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7272"/>
        <w:gridCol w:w="7272"/>
      </w:tblGrid>
      <w:tr w:rsidR="003F65DC" w:rsidRPr="00702129" w14:paraId="25C2CA36" w14:textId="77777777">
        <w:trPr>
          <w:jc w:val="center"/>
        </w:trPr>
        <w:tc>
          <w:tcPr>
            <w:tcW w:w="7272" w:type="dxa"/>
          </w:tcPr>
          <w:p w14:paraId="3589A8EF" w14:textId="77777777" w:rsidR="003F65DC" w:rsidRPr="00702129" w:rsidRDefault="0047200F">
            <w:pPr>
              <w:rPr>
                <w:rFonts w:ascii="Aptos Display" w:hAnsi="Aptos Display"/>
                <w:sz w:val="23"/>
                <w:szCs w:val="23"/>
              </w:rPr>
            </w:pPr>
            <w:r w:rsidRPr="00702129">
              <w:rPr>
                <w:rFonts w:ascii="Aptos Display" w:hAnsi="Aptos Display"/>
                <w:noProof/>
                <w:sz w:val="23"/>
                <w:szCs w:val="23"/>
              </w:rPr>
              <w:drawing>
                <wp:inline distT="0" distB="0" distL="0" distR="0" wp14:anchorId="31B987B4" wp14:editId="5A302808">
                  <wp:extent cx="1174750" cy="882650"/>
                  <wp:effectExtent l="0" t="0" r="635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4750" cy="882650"/>
                          </a:xfrm>
                          <a:prstGeom prst="rect">
                            <a:avLst/>
                          </a:prstGeom>
                          <a:noFill/>
                          <a:ln>
                            <a:noFill/>
                          </a:ln>
                        </pic:spPr>
                      </pic:pic>
                    </a:graphicData>
                  </a:graphic>
                </wp:inline>
              </w:drawing>
            </w:r>
          </w:p>
        </w:tc>
        <w:tc>
          <w:tcPr>
            <w:tcW w:w="7272" w:type="dxa"/>
          </w:tcPr>
          <w:p w14:paraId="7D229B95" w14:textId="77777777" w:rsidR="003F65DC" w:rsidRPr="00702129" w:rsidRDefault="003F65DC" w:rsidP="0047200F">
            <w:pPr>
              <w:rPr>
                <w:rFonts w:ascii="Aptos Display" w:hAnsi="Aptos Display"/>
                <w:sz w:val="23"/>
                <w:szCs w:val="23"/>
              </w:rPr>
            </w:pPr>
          </w:p>
          <w:p w14:paraId="33B79D43" w14:textId="77777777" w:rsidR="003F65DC" w:rsidRPr="00702129" w:rsidRDefault="00914460">
            <w:pPr>
              <w:jc w:val="center"/>
              <w:rPr>
                <w:rFonts w:ascii="Aptos Display" w:hAnsi="Aptos Display"/>
                <w:sz w:val="23"/>
                <w:szCs w:val="23"/>
              </w:rPr>
            </w:pPr>
            <w:r w:rsidRPr="00702129">
              <w:rPr>
                <w:rFonts w:ascii="Aptos Display" w:hAnsi="Aptos Display"/>
                <w:b/>
                <w:sz w:val="23"/>
                <w:szCs w:val="23"/>
              </w:rPr>
              <w:t xml:space="preserve"> RSHE Curriculum Overview 2026-27</w:t>
            </w:r>
          </w:p>
          <w:p w14:paraId="2618F02E" w14:textId="77777777" w:rsidR="003F65DC" w:rsidRPr="00702129" w:rsidRDefault="003F65DC">
            <w:pPr>
              <w:jc w:val="center"/>
              <w:rPr>
                <w:rFonts w:ascii="Aptos Display" w:hAnsi="Aptos Display"/>
                <w:sz w:val="23"/>
                <w:szCs w:val="23"/>
              </w:rPr>
            </w:pPr>
          </w:p>
        </w:tc>
      </w:tr>
      <w:tr w:rsidR="003F65DC" w:rsidRPr="00702129" w14:paraId="4158A644" w14:textId="77777777">
        <w:tblPrEx>
          <w:jc w:val="left"/>
        </w:tblPrEx>
        <w:tc>
          <w:tcPr>
            <w:tcW w:w="14544" w:type="dxa"/>
            <w:gridSpan w:val="2"/>
            <w:shd w:val="clear" w:color="auto" w:fill="EAF2F8"/>
          </w:tcPr>
          <w:p w14:paraId="3CD4479E" w14:textId="77777777" w:rsidR="00925321" w:rsidRPr="00B33602" w:rsidRDefault="00925321" w:rsidP="00925321">
            <w:pPr>
              <w:spacing w:before="100" w:beforeAutospacing="1" w:after="100" w:afterAutospacing="1" w:line="240" w:lineRule="auto"/>
              <w:outlineLvl w:val="2"/>
              <w:rPr>
                <w:rFonts w:ascii="Aptos Display" w:eastAsia="Times New Roman" w:hAnsi="Aptos Display" w:cs="Times New Roman"/>
                <w:b/>
                <w:bCs/>
                <w:sz w:val="24"/>
                <w:szCs w:val="24"/>
                <w:lang w:val="en-GB" w:eastAsia="en-GB"/>
              </w:rPr>
            </w:pPr>
            <w:r w:rsidRPr="00B33602">
              <w:rPr>
                <w:rFonts w:ascii="Aptos Display" w:eastAsia="Times New Roman" w:hAnsi="Aptos Display" w:cs="Times New Roman"/>
                <w:b/>
                <w:bCs/>
                <w:sz w:val="24"/>
                <w:szCs w:val="24"/>
                <w:lang w:val="en-GB" w:eastAsia="en-GB"/>
              </w:rPr>
              <w:t>Our Approach</w:t>
            </w:r>
          </w:p>
          <w:p w14:paraId="36CC559C" w14:textId="77777777" w:rsidR="00925321" w:rsidRPr="00B33602" w:rsidRDefault="00925321" w:rsidP="00925321">
            <w:pPr>
              <w:numPr>
                <w:ilvl w:val="0"/>
                <w:numId w:val="10"/>
              </w:numPr>
              <w:spacing w:before="100" w:beforeAutospacing="1" w:after="100" w:afterAutospacing="1" w:line="240" w:lineRule="auto"/>
              <w:rPr>
                <w:rFonts w:ascii="Aptos Display" w:eastAsia="Times New Roman" w:hAnsi="Aptos Display" w:cs="Times New Roman"/>
                <w:sz w:val="24"/>
                <w:szCs w:val="24"/>
                <w:lang w:val="en-GB" w:eastAsia="en-GB"/>
              </w:rPr>
            </w:pPr>
            <w:r w:rsidRPr="00B33602">
              <w:rPr>
                <w:rFonts w:ascii="Aptos Display" w:eastAsia="Times New Roman" w:hAnsi="Aptos Display" w:cs="Times New Roman"/>
                <w:b/>
                <w:bCs/>
                <w:sz w:val="24"/>
                <w:szCs w:val="24"/>
                <w:lang w:val="en-GB" w:eastAsia="en-GB"/>
              </w:rPr>
              <w:t>Journey in Love</w:t>
            </w:r>
            <w:r w:rsidRPr="00B33602">
              <w:rPr>
                <w:rFonts w:ascii="Aptos Display" w:eastAsia="Times New Roman" w:hAnsi="Aptos Display" w:cs="Times New Roman"/>
                <w:sz w:val="24"/>
                <w:szCs w:val="24"/>
                <w:lang w:val="en-GB" w:eastAsia="en-GB"/>
              </w:rPr>
              <w:t xml:space="preserve"> is at the heart of our Catholic relationships and RSE teaching. It is taught in every term: Social and Emotional in Autumn, Physical in Spring and Spiritual in Summer.</w:t>
            </w:r>
          </w:p>
          <w:p w14:paraId="57FD1A03" w14:textId="77777777" w:rsidR="00925321" w:rsidRPr="00B33602" w:rsidRDefault="00925321" w:rsidP="00925321">
            <w:pPr>
              <w:numPr>
                <w:ilvl w:val="0"/>
                <w:numId w:val="10"/>
              </w:numPr>
              <w:spacing w:before="100" w:beforeAutospacing="1" w:after="100" w:afterAutospacing="1" w:line="240" w:lineRule="auto"/>
              <w:rPr>
                <w:rFonts w:ascii="Aptos Display" w:eastAsia="Times New Roman" w:hAnsi="Aptos Display" w:cs="Times New Roman"/>
                <w:sz w:val="24"/>
                <w:szCs w:val="24"/>
                <w:lang w:val="en-GB" w:eastAsia="en-GB"/>
              </w:rPr>
            </w:pPr>
            <w:r w:rsidRPr="00B33602">
              <w:rPr>
                <w:rFonts w:ascii="Aptos Display" w:eastAsia="Times New Roman" w:hAnsi="Aptos Display" w:cs="Times New Roman"/>
                <w:b/>
                <w:bCs/>
                <w:sz w:val="24"/>
                <w:szCs w:val="24"/>
                <w:lang w:val="en-GB" w:eastAsia="en-GB"/>
              </w:rPr>
              <w:t>Pol-Ed</w:t>
            </w:r>
            <w:r w:rsidRPr="00B33602">
              <w:rPr>
                <w:rFonts w:ascii="Aptos Display" w:eastAsia="Times New Roman" w:hAnsi="Aptos Display" w:cs="Times New Roman"/>
                <w:sz w:val="24"/>
                <w:szCs w:val="24"/>
                <w:lang w:val="en-GB" w:eastAsia="en-GB"/>
              </w:rPr>
              <w:t xml:space="preserve"> is a personal, social, health and relationships education programme developed in collaboration with the police. It provides age-appropriate lessons that help children develop positive relationships, make responsible choices, understand rules and laws, recognise risks and keep themselves safe. Lessons are organised into four key areas: </w:t>
            </w:r>
            <w:r w:rsidRPr="00B33602">
              <w:rPr>
                <w:rFonts w:ascii="Aptos Display" w:eastAsia="Times New Roman" w:hAnsi="Aptos Display" w:cs="Times New Roman"/>
                <w:b/>
                <w:bCs/>
                <w:sz w:val="24"/>
                <w:szCs w:val="24"/>
                <w:lang w:val="en-GB" w:eastAsia="en-GB"/>
              </w:rPr>
              <w:t>Relationships, Keeping Safe, Understanding the Law and Wellbeing</w:t>
            </w:r>
            <w:r w:rsidRPr="00B33602">
              <w:rPr>
                <w:rFonts w:ascii="Aptos Display" w:eastAsia="Times New Roman" w:hAnsi="Aptos Display" w:cs="Times New Roman"/>
                <w:sz w:val="24"/>
                <w:szCs w:val="24"/>
                <w:lang w:val="en-GB" w:eastAsia="en-GB"/>
              </w:rPr>
              <w:t xml:space="preserve">. </w:t>
            </w:r>
            <w:r w:rsidRPr="00B33602">
              <w:rPr>
                <w:rFonts w:ascii="Aptos Display" w:eastAsia="Times New Roman" w:hAnsi="Aptos Display" w:cs="Times New Roman"/>
                <w:b/>
                <w:bCs/>
                <w:sz w:val="24"/>
                <w:szCs w:val="24"/>
                <w:lang w:val="en-GB" w:eastAsia="en-GB"/>
              </w:rPr>
              <w:t>Twinkl Life</w:t>
            </w:r>
            <w:r w:rsidRPr="00B33602">
              <w:rPr>
                <w:rFonts w:ascii="Aptos Display" w:eastAsia="Times New Roman" w:hAnsi="Aptos Display" w:cs="Times New Roman"/>
                <w:sz w:val="24"/>
                <w:szCs w:val="24"/>
                <w:lang w:val="en-GB" w:eastAsia="en-GB"/>
              </w:rPr>
              <w:t xml:space="preserve"> complements our curriculum with carefully selected, age-appropriate lessons covering </w:t>
            </w:r>
            <w:r w:rsidRPr="00B33602">
              <w:rPr>
                <w:rFonts w:ascii="Aptos Display" w:eastAsia="Times New Roman" w:hAnsi="Aptos Display" w:cs="Times New Roman"/>
                <w:b/>
                <w:bCs/>
                <w:sz w:val="24"/>
                <w:szCs w:val="24"/>
                <w:lang w:val="en-GB" w:eastAsia="en-GB"/>
              </w:rPr>
              <w:t xml:space="preserve">wellbeing, online life, health, citizenship, money, aspirations and caring for our world. </w:t>
            </w:r>
            <w:r w:rsidRPr="00B33602">
              <w:rPr>
                <w:rFonts w:ascii="Aptos Display" w:eastAsia="Times New Roman" w:hAnsi="Aptos Display" w:cs="Times New Roman"/>
                <w:sz w:val="24"/>
                <w:szCs w:val="24"/>
                <w:lang w:val="en-GB" w:eastAsia="en-GB"/>
              </w:rPr>
              <w:t>Both support our teaching of the statutory RSHE requirements effective from September 2026.</w:t>
            </w:r>
          </w:p>
          <w:p w14:paraId="23DBC4DA" w14:textId="77777777" w:rsidR="00925321" w:rsidRPr="00B33602" w:rsidRDefault="00925321" w:rsidP="00925321">
            <w:pPr>
              <w:numPr>
                <w:ilvl w:val="0"/>
                <w:numId w:val="10"/>
              </w:numPr>
              <w:spacing w:before="100" w:beforeAutospacing="1" w:after="100" w:afterAutospacing="1" w:line="240" w:lineRule="auto"/>
              <w:rPr>
                <w:rFonts w:ascii="Aptos Display" w:eastAsia="Times New Roman" w:hAnsi="Aptos Display" w:cs="Times New Roman"/>
                <w:sz w:val="24"/>
                <w:szCs w:val="24"/>
                <w:lang w:val="en-GB" w:eastAsia="en-GB"/>
              </w:rPr>
            </w:pPr>
            <w:r w:rsidRPr="00B33602">
              <w:rPr>
                <w:rFonts w:ascii="Aptos Display" w:eastAsia="Times New Roman" w:hAnsi="Aptos Display" w:cs="Times New Roman"/>
                <w:sz w:val="24"/>
                <w:szCs w:val="24"/>
                <w:lang w:val="en-GB" w:eastAsia="en-GB"/>
              </w:rPr>
              <w:t>Lessons are carefully selected from our programmes to ensure children build their knowledge and understanding progressively, without unnecessary repetition. All teaching is age-appropriate and reflects our Catholic ethos.</w:t>
            </w:r>
          </w:p>
          <w:p w14:paraId="411B97EB" w14:textId="77777777" w:rsidR="00925321" w:rsidRPr="00B33602" w:rsidRDefault="00925321" w:rsidP="00925321">
            <w:pPr>
              <w:numPr>
                <w:ilvl w:val="0"/>
                <w:numId w:val="10"/>
              </w:numPr>
              <w:spacing w:before="100" w:beforeAutospacing="1" w:after="100" w:afterAutospacing="1" w:line="240" w:lineRule="auto"/>
              <w:rPr>
                <w:rFonts w:ascii="Aptos Display" w:eastAsia="Times New Roman" w:hAnsi="Aptos Display" w:cs="Times New Roman"/>
                <w:sz w:val="24"/>
                <w:szCs w:val="24"/>
                <w:lang w:val="en-GB" w:eastAsia="en-GB"/>
              </w:rPr>
            </w:pPr>
            <w:r w:rsidRPr="00B33602">
              <w:rPr>
                <w:rFonts w:ascii="Aptos Display" w:eastAsia="Times New Roman" w:hAnsi="Aptos Display" w:cs="Times New Roman"/>
                <w:sz w:val="24"/>
                <w:szCs w:val="24"/>
                <w:lang w:val="en-GB" w:eastAsia="en-GB"/>
              </w:rPr>
              <w:t>We also enrich our PSHE/RSHE curriculum through</w:t>
            </w:r>
            <w:r w:rsidR="002767C1" w:rsidRPr="00B33602">
              <w:rPr>
                <w:rFonts w:ascii="Aptos Display" w:eastAsia="Times New Roman" w:hAnsi="Aptos Display" w:cs="Times New Roman"/>
                <w:sz w:val="24"/>
                <w:szCs w:val="24"/>
                <w:lang w:val="en-GB" w:eastAsia="en-GB"/>
              </w:rPr>
              <w:t xml:space="preserve">, </w:t>
            </w:r>
            <w:r w:rsidRPr="00B33602">
              <w:rPr>
                <w:rFonts w:ascii="Aptos Display" w:eastAsia="Times New Roman" w:hAnsi="Aptos Display" w:cs="Times New Roman"/>
                <w:sz w:val="24"/>
                <w:szCs w:val="24"/>
                <w:lang w:val="en-GB" w:eastAsia="en-GB"/>
              </w:rPr>
              <w:t>Science</w:t>
            </w:r>
            <w:r w:rsidR="002767C1" w:rsidRPr="00B33602">
              <w:rPr>
                <w:rFonts w:ascii="Aptos Display" w:eastAsia="Times New Roman" w:hAnsi="Aptos Display" w:cs="Times New Roman"/>
                <w:sz w:val="24"/>
                <w:szCs w:val="24"/>
                <w:lang w:val="en-GB" w:eastAsia="en-GB"/>
              </w:rPr>
              <w:t xml:space="preserve">, </w:t>
            </w:r>
            <w:r w:rsidRPr="00B33602">
              <w:rPr>
                <w:rFonts w:ascii="Aptos Display" w:eastAsia="Times New Roman" w:hAnsi="Aptos Display" w:cs="Times New Roman"/>
                <w:sz w:val="24"/>
                <w:szCs w:val="24"/>
                <w:lang w:val="en-GB" w:eastAsia="en-GB"/>
              </w:rPr>
              <w:t>a</w:t>
            </w:r>
            <w:r w:rsidR="002767C1" w:rsidRPr="00B33602">
              <w:rPr>
                <w:rFonts w:ascii="Aptos Display" w:eastAsia="Times New Roman" w:hAnsi="Aptos Display" w:cs="Times New Roman"/>
                <w:sz w:val="24"/>
                <w:szCs w:val="24"/>
                <w:lang w:val="en-GB" w:eastAsia="en-GB"/>
              </w:rPr>
              <w:t>ssemblies</w:t>
            </w:r>
            <w:r w:rsidRPr="00B33602">
              <w:rPr>
                <w:rFonts w:ascii="Aptos Display" w:eastAsia="Times New Roman" w:hAnsi="Aptos Display" w:cs="Times New Roman"/>
                <w:sz w:val="24"/>
                <w:szCs w:val="24"/>
                <w:lang w:val="en-GB" w:eastAsia="en-GB"/>
              </w:rPr>
              <w:t>, workshops and learning opportunities from Young Minds, St John Ambulance, Picture News and Active Sefton. These provide further opportunities to develop children's understanding of mental health and emotional wellbeing, first aid, personal safety, current issues, citizenship and physical health.</w:t>
            </w:r>
          </w:p>
          <w:p w14:paraId="5A9FD91A" w14:textId="77777777" w:rsidR="00D46007" w:rsidRPr="00702129" w:rsidRDefault="00D46007">
            <w:pPr>
              <w:rPr>
                <w:rFonts w:ascii="Aptos Display" w:hAnsi="Aptos Display"/>
                <w:sz w:val="23"/>
                <w:szCs w:val="23"/>
              </w:rPr>
            </w:pPr>
          </w:p>
        </w:tc>
      </w:tr>
    </w:tbl>
    <w:p w14:paraId="00EF6728" w14:textId="77777777" w:rsidR="00602A1E" w:rsidRPr="00702129" w:rsidRDefault="00602A1E" w:rsidP="00602A1E">
      <w:pPr>
        <w:rPr>
          <w:rFonts w:ascii="Aptos Display" w:hAnsi="Aptos Display"/>
          <w:sz w:val="23"/>
          <w:szCs w:val="23"/>
        </w:rPr>
      </w:pPr>
    </w:p>
    <w:p w14:paraId="336E6656" w14:textId="2D58AD90" w:rsidR="00B33602" w:rsidRPr="00B33602" w:rsidRDefault="00914460" w:rsidP="00B33602">
      <w:pPr>
        <w:pStyle w:val="Heading2"/>
        <w:spacing w:before="60" w:after="60"/>
        <w:rPr>
          <w:rFonts w:ascii="Aptos Display" w:hAnsi="Aptos Display"/>
          <w:sz w:val="23"/>
          <w:szCs w:val="23"/>
        </w:rPr>
      </w:pPr>
      <w:r w:rsidRPr="00702129">
        <w:rPr>
          <w:rFonts w:ascii="Aptos Display" w:hAnsi="Aptos Display"/>
          <w:sz w:val="23"/>
          <w:szCs w:val="23"/>
        </w:rPr>
        <w:t>Whole-school awaren</w:t>
      </w:r>
      <w:r w:rsidRPr="00702129">
        <w:rPr>
          <w:rFonts w:ascii="Aptos Display" w:hAnsi="Aptos Display"/>
          <w:sz w:val="23"/>
          <w:szCs w:val="23"/>
        </w:rPr>
        <w:t>ess days and themed weeks (additional enrichment)</w:t>
      </w: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702129" w14:paraId="30E6C5C1" w14:textId="77777777">
        <w:trPr>
          <w:jc w:val="center"/>
        </w:trPr>
        <w:tc>
          <w:tcPr>
            <w:tcW w:w="2424" w:type="dxa"/>
            <w:shd w:val="clear" w:color="auto" w:fill="FFF2CC"/>
            <w:tcMar>
              <w:top w:w="85" w:type="dxa"/>
              <w:left w:w="85" w:type="dxa"/>
              <w:bottom w:w="85" w:type="dxa"/>
              <w:right w:w="85" w:type="dxa"/>
            </w:tcMar>
          </w:tcPr>
          <w:p w14:paraId="0C7759B2" w14:textId="77777777" w:rsidR="003F65DC" w:rsidRPr="00B33602" w:rsidRDefault="00914460" w:rsidP="002C4B19">
            <w:pPr>
              <w:spacing w:after="100"/>
              <w:rPr>
                <w:rFonts w:ascii="Aptos Display" w:hAnsi="Aptos Display"/>
                <w:sz w:val="24"/>
                <w:szCs w:val="24"/>
              </w:rPr>
            </w:pPr>
            <w:r w:rsidRPr="00B33602">
              <w:rPr>
                <w:rFonts w:ascii="Aptos Display" w:hAnsi="Aptos Display"/>
                <w:b/>
                <w:sz w:val="24"/>
                <w:szCs w:val="24"/>
              </w:rPr>
              <w:t>Autumn 1</w:t>
            </w:r>
          </w:p>
        </w:tc>
        <w:tc>
          <w:tcPr>
            <w:tcW w:w="2424" w:type="dxa"/>
            <w:shd w:val="clear" w:color="auto" w:fill="FFF2CC"/>
            <w:tcMar>
              <w:top w:w="85" w:type="dxa"/>
              <w:left w:w="85" w:type="dxa"/>
              <w:bottom w:w="85" w:type="dxa"/>
              <w:right w:w="85" w:type="dxa"/>
            </w:tcMar>
          </w:tcPr>
          <w:p w14:paraId="59B8B164" w14:textId="77777777" w:rsidR="003F65DC" w:rsidRPr="00B33602" w:rsidRDefault="00914460" w:rsidP="002C4B19">
            <w:pPr>
              <w:spacing w:after="100"/>
              <w:rPr>
                <w:rFonts w:ascii="Aptos Display" w:hAnsi="Aptos Display"/>
                <w:sz w:val="24"/>
                <w:szCs w:val="24"/>
              </w:rPr>
            </w:pPr>
            <w:r w:rsidRPr="00B33602">
              <w:rPr>
                <w:rFonts w:ascii="Aptos Display" w:hAnsi="Aptos Display"/>
                <w:b/>
                <w:sz w:val="24"/>
                <w:szCs w:val="24"/>
              </w:rPr>
              <w:t>Autumn 2</w:t>
            </w:r>
          </w:p>
        </w:tc>
        <w:tc>
          <w:tcPr>
            <w:tcW w:w="2424" w:type="dxa"/>
            <w:shd w:val="clear" w:color="auto" w:fill="E2F0D9"/>
            <w:tcMar>
              <w:top w:w="85" w:type="dxa"/>
              <w:left w:w="85" w:type="dxa"/>
              <w:bottom w:w="85" w:type="dxa"/>
              <w:right w:w="85" w:type="dxa"/>
            </w:tcMar>
          </w:tcPr>
          <w:p w14:paraId="1D7A3E38" w14:textId="77777777" w:rsidR="003F65DC" w:rsidRPr="00B33602" w:rsidRDefault="00914460" w:rsidP="002C4B19">
            <w:pPr>
              <w:spacing w:after="100"/>
              <w:rPr>
                <w:rFonts w:ascii="Aptos Display" w:hAnsi="Aptos Display"/>
                <w:sz w:val="24"/>
                <w:szCs w:val="24"/>
              </w:rPr>
            </w:pPr>
            <w:r w:rsidRPr="00B33602">
              <w:rPr>
                <w:rFonts w:ascii="Aptos Display" w:hAnsi="Aptos Display"/>
                <w:b/>
                <w:sz w:val="24"/>
                <w:szCs w:val="24"/>
              </w:rPr>
              <w:t>Spring 1</w:t>
            </w:r>
          </w:p>
        </w:tc>
        <w:tc>
          <w:tcPr>
            <w:tcW w:w="2424" w:type="dxa"/>
            <w:shd w:val="clear" w:color="auto" w:fill="E2F0D9"/>
            <w:tcMar>
              <w:top w:w="85" w:type="dxa"/>
              <w:left w:w="85" w:type="dxa"/>
              <w:bottom w:w="85" w:type="dxa"/>
              <w:right w:w="85" w:type="dxa"/>
            </w:tcMar>
          </w:tcPr>
          <w:p w14:paraId="75B1AB9A" w14:textId="77777777" w:rsidR="003F65DC" w:rsidRPr="00B33602" w:rsidRDefault="00914460" w:rsidP="002C4B19">
            <w:pPr>
              <w:spacing w:after="100"/>
              <w:rPr>
                <w:rFonts w:ascii="Aptos Display" w:hAnsi="Aptos Display"/>
                <w:sz w:val="24"/>
                <w:szCs w:val="24"/>
              </w:rPr>
            </w:pPr>
            <w:r w:rsidRPr="00B33602">
              <w:rPr>
                <w:rFonts w:ascii="Aptos Display" w:hAnsi="Aptos Display"/>
                <w:b/>
                <w:sz w:val="24"/>
                <w:szCs w:val="24"/>
              </w:rPr>
              <w:t>Spring 2</w:t>
            </w:r>
          </w:p>
        </w:tc>
        <w:tc>
          <w:tcPr>
            <w:tcW w:w="2424" w:type="dxa"/>
            <w:shd w:val="clear" w:color="auto" w:fill="F4CCCC"/>
            <w:tcMar>
              <w:top w:w="85" w:type="dxa"/>
              <w:left w:w="85" w:type="dxa"/>
              <w:bottom w:w="85" w:type="dxa"/>
              <w:right w:w="85" w:type="dxa"/>
            </w:tcMar>
          </w:tcPr>
          <w:p w14:paraId="3C113B2A" w14:textId="77777777" w:rsidR="003F65DC" w:rsidRPr="00B33602" w:rsidRDefault="00914460" w:rsidP="002C4B19">
            <w:pPr>
              <w:spacing w:after="100"/>
              <w:rPr>
                <w:rFonts w:ascii="Aptos Display" w:hAnsi="Aptos Display"/>
                <w:sz w:val="24"/>
                <w:szCs w:val="24"/>
              </w:rPr>
            </w:pPr>
            <w:r w:rsidRPr="00B33602">
              <w:rPr>
                <w:rFonts w:ascii="Aptos Display" w:hAnsi="Aptos Display"/>
                <w:b/>
                <w:sz w:val="24"/>
                <w:szCs w:val="24"/>
              </w:rPr>
              <w:t>Summer 1</w:t>
            </w:r>
          </w:p>
        </w:tc>
        <w:tc>
          <w:tcPr>
            <w:tcW w:w="2424" w:type="dxa"/>
            <w:shd w:val="clear" w:color="auto" w:fill="F4CCCC"/>
            <w:tcMar>
              <w:top w:w="85" w:type="dxa"/>
              <w:left w:w="85" w:type="dxa"/>
              <w:bottom w:w="85" w:type="dxa"/>
              <w:right w:w="85" w:type="dxa"/>
            </w:tcMar>
          </w:tcPr>
          <w:p w14:paraId="7C179CC9" w14:textId="77777777" w:rsidR="003F65DC" w:rsidRPr="00B33602" w:rsidRDefault="00914460" w:rsidP="002C4B19">
            <w:pPr>
              <w:spacing w:after="100"/>
              <w:rPr>
                <w:rFonts w:ascii="Aptos Display" w:hAnsi="Aptos Display"/>
                <w:sz w:val="24"/>
                <w:szCs w:val="24"/>
              </w:rPr>
            </w:pPr>
            <w:r w:rsidRPr="00B33602">
              <w:rPr>
                <w:rFonts w:ascii="Aptos Display" w:hAnsi="Aptos Display"/>
                <w:b/>
                <w:sz w:val="24"/>
                <w:szCs w:val="24"/>
              </w:rPr>
              <w:t>Summer 2</w:t>
            </w:r>
          </w:p>
        </w:tc>
      </w:tr>
      <w:tr w:rsidR="00D46007" w:rsidRPr="00702129" w14:paraId="61C6A101" w14:textId="77777777">
        <w:trPr>
          <w:jc w:val="center"/>
        </w:trPr>
        <w:tc>
          <w:tcPr>
            <w:tcW w:w="2424" w:type="dxa"/>
            <w:shd w:val="clear" w:color="auto" w:fill="EAF3F6"/>
            <w:tcMar>
              <w:top w:w="85" w:type="dxa"/>
              <w:left w:w="85" w:type="dxa"/>
              <w:bottom w:w="85" w:type="dxa"/>
              <w:right w:w="85" w:type="dxa"/>
            </w:tcMar>
          </w:tcPr>
          <w:p w14:paraId="203D44F9" w14:textId="77777777" w:rsidR="00204367" w:rsidRPr="00B33602" w:rsidRDefault="00914460">
            <w:pPr>
              <w:spacing w:after="100" w:line="240" w:lineRule="auto"/>
              <w:rPr>
                <w:rFonts w:ascii="Aptos Display" w:hAnsi="Aptos Display"/>
                <w:sz w:val="24"/>
                <w:szCs w:val="24"/>
              </w:rPr>
            </w:pPr>
            <w:r w:rsidRPr="00B33602">
              <w:rPr>
                <w:rFonts w:ascii="Aptos Display" w:hAnsi="Aptos Display"/>
                <w:sz w:val="24"/>
                <w:szCs w:val="24"/>
              </w:rPr>
              <w:t>World Mental Health Day</w:t>
            </w:r>
            <w:r w:rsidRPr="00B33602">
              <w:rPr>
                <w:rFonts w:ascii="Aptos Display" w:hAnsi="Aptos Display"/>
                <w:sz w:val="24"/>
                <w:szCs w:val="24"/>
              </w:rPr>
              <w:br/>
              <w:t>Black History Month</w:t>
            </w:r>
            <w:r w:rsidRPr="00B33602">
              <w:rPr>
                <w:rFonts w:ascii="Aptos Display" w:hAnsi="Aptos Display"/>
                <w:sz w:val="24"/>
                <w:szCs w:val="24"/>
              </w:rPr>
              <w:br/>
              <w:t>Dyslexia Awareness Month</w:t>
            </w:r>
          </w:p>
        </w:tc>
        <w:tc>
          <w:tcPr>
            <w:tcW w:w="2424" w:type="dxa"/>
            <w:shd w:val="clear" w:color="auto" w:fill="EAF3F6"/>
            <w:tcMar>
              <w:top w:w="85" w:type="dxa"/>
              <w:left w:w="85" w:type="dxa"/>
              <w:bottom w:w="85" w:type="dxa"/>
              <w:right w:w="85" w:type="dxa"/>
            </w:tcMar>
          </w:tcPr>
          <w:p w14:paraId="698BBF59" w14:textId="77777777" w:rsidR="00204367" w:rsidRPr="00B33602" w:rsidRDefault="00914460">
            <w:pPr>
              <w:spacing w:after="100" w:line="240" w:lineRule="auto"/>
              <w:rPr>
                <w:rFonts w:ascii="Aptos Display" w:hAnsi="Aptos Display"/>
                <w:sz w:val="24"/>
                <w:szCs w:val="24"/>
              </w:rPr>
            </w:pPr>
            <w:r w:rsidRPr="00B33602">
              <w:rPr>
                <w:rFonts w:ascii="Aptos Display" w:hAnsi="Aptos Display"/>
                <w:sz w:val="24"/>
                <w:szCs w:val="24"/>
              </w:rPr>
              <w:t>Anti-Bullying Week</w:t>
            </w:r>
            <w:r w:rsidRPr="00B33602">
              <w:rPr>
                <w:rFonts w:ascii="Aptos Display" w:hAnsi="Aptos Display"/>
                <w:sz w:val="24"/>
                <w:szCs w:val="24"/>
              </w:rPr>
              <w:br/>
              <w:t>Odd Socks Day (during Anti-Bullying Week)</w:t>
            </w:r>
            <w:r w:rsidRPr="00B33602">
              <w:rPr>
                <w:rFonts w:ascii="Aptos Display" w:hAnsi="Aptos Display"/>
                <w:sz w:val="24"/>
                <w:szCs w:val="24"/>
              </w:rPr>
              <w:br/>
              <w:t>UK Parliament Week</w:t>
            </w:r>
            <w:r w:rsidRPr="00B33602">
              <w:rPr>
                <w:rFonts w:ascii="Aptos Display" w:hAnsi="Aptos Display"/>
                <w:sz w:val="24"/>
                <w:szCs w:val="24"/>
              </w:rPr>
              <w:br/>
              <w:t>Road Safety Week</w:t>
            </w:r>
          </w:p>
        </w:tc>
        <w:tc>
          <w:tcPr>
            <w:tcW w:w="2424" w:type="dxa"/>
            <w:shd w:val="clear" w:color="auto" w:fill="EAF3F6"/>
            <w:tcMar>
              <w:top w:w="85" w:type="dxa"/>
              <w:left w:w="85" w:type="dxa"/>
              <w:bottom w:w="85" w:type="dxa"/>
              <w:right w:w="85" w:type="dxa"/>
            </w:tcMar>
          </w:tcPr>
          <w:p w14:paraId="3138B0B2" w14:textId="77777777" w:rsidR="00204367" w:rsidRPr="00B33602" w:rsidRDefault="00914460">
            <w:pPr>
              <w:spacing w:after="100" w:line="240" w:lineRule="auto"/>
              <w:rPr>
                <w:rFonts w:ascii="Aptos Display" w:hAnsi="Aptos Display"/>
                <w:sz w:val="24"/>
                <w:szCs w:val="24"/>
              </w:rPr>
            </w:pPr>
            <w:r w:rsidRPr="00B33602">
              <w:rPr>
                <w:rFonts w:ascii="Aptos Display" w:hAnsi="Aptos Display"/>
                <w:sz w:val="24"/>
                <w:szCs w:val="24"/>
              </w:rPr>
              <w:t>Children’s Mental Health Week</w:t>
            </w:r>
            <w:r w:rsidRPr="00B33602">
              <w:rPr>
                <w:rFonts w:ascii="Aptos Display" w:hAnsi="Aptos Display"/>
                <w:sz w:val="24"/>
                <w:szCs w:val="24"/>
              </w:rPr>
              <w:br/>
              <w:t>Safer Internet Day</w:t>
            </w:r>
          </w:p>
        </w:tc>
        <w:tc>
          <w:tcPr>
            <w:tcW w:w="2424" w:type="dxa"/>
            <w:shd w:val="clear" w:color="auto" w:fill="EAF3F6"/>
            <w:tcMar>
              <w:top w:w="85" w:type="dxa"/>
              <w:left w:w="85" w:type="dxa"/>
              <w:bottom w:w="85" w:type="dxa"/>
              <w:right w:w="85" w:type="dxa"/>
            </w:tcMar>
          </w:tcPr>
          <w:p w14:paraId="66DF5DB3" w14:textId="77777777" w:rsidR="00204367" w:rsidRPr="00B33602" w:rsidRDefault="00914460">
            <w:pPr>
              <w:spacing w:after="100" w:line="240" w:lineRule="auto"/>
              <w:rPr>
                <w:rFonts w:ascii="Aptos Display" w:hAnsi="Aptos Display"/>
                <w:sz w:val="24"/>
                <w:szCs w:val="24"/>
              </w:rPr>
            </w:pPr>
            <w:r w:rsidRPr="00B33602">
              <w:rPr>
                <w:rFonts w:ascii="Aptos Display" w:hAnsi="Aptos Display"/>
                <w:sz w:val="24"/>
                <w:szCs w:val="24"/>
              </w:rPr>
              <w:t>Neurodiversity Celebration Week</w:t>
            </w:r>
            <w:r w:rsidRPr="00B33602">
              <w:rPr>
                <w:rFonts w:ascii="Aptos Display" w:hAnsi="Aptos Display"/>
                <w:sz w:val="24"/>
                <w:szCs w:val="24"/>
              </w:rPr>
              <w:br/>
              <w:t>World Water Day</w:t>
            </w:r>
            <w:r w:rsidRPr="00B33602">
              <w:rPr>
                <w:rFonts w:ascii="Aptos Display" w:hAnsi="Aptos Display"/>
                <w:sz w:val="24"/>
                <w:szCs w:val="24"/>
              </w:rPr>
              <w:br/>
              <w:t>Lent / CAFOD</w:t>
            </w:r>
          </w:p>
        </w:tc>
        <w:tc>
          <w:tcPr>
            <w:tcW w:w="2424" w:type="dxa"/>
            <w:shd w:val="clear" w:color="auto" w:fill="EAF3F6"/>
            <w:tcMar>
              <w:top w:w="85" w:type="dxa"/>
              <w:left w:w="85" w:type="dxa"/>
              <w:bottom w:w="85" w:type="dxa"/>
              <w:right w:w="85" w:type="dxa"/>
            </w:tcMar>
          </w:tcPr>
          <w:p w14:paraId="221A8F58" w14:textId="77777777" w:rsidR="00204367" w:rsidRPr="00B33602" w:rsidRDefault="00914460">
            <w:pPr>
              <w:spacing w:after="100" w:line="240" w:lineRule="auto"/>
              <w:rPr>
                <w:rFonts w:ascii="Aptos Display" w:hAnsi="Aptos Display"/>
                <w:sz w:val="24"/>
                <w:szCs w:val="24"/>
              </w:rPr>
            </w:pPr>
            <w:r w:rsidRPr="00B33602">
              <w:rPr>
                <w:rFonts w:ascii="Aptos Display" w:hAnsi="Aptos Display"/>
                <w:sz w:val="24"/>
                <w:szCs w:val="24"/>
              </w:rPr>
              <w:t>Walk to School Week</w:t>
            </w:r>
          </w:p>
        </w:tc>
        <w:tc>
          <w:tcPr>
            <w:tcW w:w="2424" w:type="dxa"/>
            <w:shd w:val="clear" w:color="auto" w:fill="EAF3F6"/>
            <w:tcMar>
              <w:top w:w="85" w:type="dxa"/>
              <w:left w:w="85" w:type="dxa"/>
              <w:bottom w:w="85" w:type="dxa"/>
              <w:right w:w="85" w:type="dxa"/>
            </w:tcMar>
          </w:tcPr>
          <w:p w14:paraId="6FF9EB59" w14:textId="77777777" w:rsidR="00204367" w:rsidRPr="00B33602" w:rsidRDefault="00914460">
            <w:pPr>
              <w:spacing w:after="100" w:line="240" w:lineRule="auto"/>
              <w:rPr>
                <w:rFonts w:ascii="Aptos Display" w:hAnsi="Aptos Display"/>
                <w:sz w:val="24"/>
                <w:szCs w:val="24"/>
              </w:rPr>
            </w:pPr>
            <w:r w:rsidRPr="00B33602">
              <w:rPr>
                <w:rFonts w:ascii="Aptos Display" w:hAnsi="Aptos Display"/>
                <w:sz w:val="24"/>
                <w:szCs w:val="24"/>
              </w:rPr>
              <w:t>Refugee Week</w:t>
            </w:r>
            <w:r w:rsidRPr="00B33602">
              <w:rPr>
                <w:rFonts w:ascii="Aptos Display" w:hAnsi="Aptos Display"/>
                <w:sz w:val="24"/>
                <w:szCs w:val="24"/>
              </w:rPr>
              <w:br/>
              <w:t>Healthy Eating Week</w:t>
            </w:r>
            <w:r w:rsidRPr="00B33602">
              <w:rPr>
                <w:rFonts w:ascii="Aptos Display" w:hAnsi="Aptos Display"/>
                <w:sz w:val="24"/>
                <w:szCs w:val="24"/>
              </w:rPr>
              <w:br/>
              <w:t>Transition and moving-on activities</w:t>
            </w:r>
          </w:p>
        </w:tc>
      </w:tr>
    </w:tbl>
    <w:p w14:paraId="1C1B7DF4" w14:textId="77777777" w:rsidR="003F65DC" w:rsidRPr="00702129" w:rsidRDefault="003F65DC">
      <w:pPr>
        <w:rPr>
          <w:rFonts w:ascii="Aptos Display" w:hAnsi="Aptos Display"/>
          <w:sz w:val="23"/>
          <w:szCs w:val="23"/>
        </w:rPr>
      </w:pPr>
    </w:p>
    <w:p w14:paraId="65BBC444" w14:textId="77777777" w:rsidR="00B96E25" w:rsidRPr="00702129" w:rsidRDefault="00B96E25">
      <w:pPr>
        <w:spacing w:after="40"/>
        <w:rPr>
          <w:rFonts w:ascii="Aptos Display" w:hAnsi="Aptos Display"/>
          <w:b/>
          <w:sz w:val="23"/>
          <w:szCs w:val="23"/>
        </w:rPr>
      </w:pPr>
    </w:p>
    <w:p w14:paraId="6F65619B" w14:textId="77777777" w:rsidR="00B96E25" w:rsidRPr="00702129" w:rsidRDefault="00B96E25">
      <w:pPr>
        <w:spacing w:after="40"/>
        <w:rPr>
          <w:rFonts w:ascii="Aptos Display" w:hAnsi="Aptos Display"/>
          <w:b/>
          <w:sz w:val="23"/>
          <w:szCs w:val="23"/>
        </w:rPr>
      </w:pPr>
    </w:p>
    <w:p w14:paraId="1F5E6FA5" w14:textId="77777777" w:rsidR="003F65DC" w:rsidRPr="00702129" w:rsidRDefault="00914460">
      <w:pPr>
        <w:keepNext/>
        <w:spacing w:after="40"/>
        <w:rPr>
          <w:rFonts w:ascii="Aptos Display" w:hAnsi="Aptos Display"/>
          <w:b/>
          <w:sz w:val="23"/>
          <w:szCs w:val="23"/>
        </w:rPr>
      </w:pPr>
      <w:r w:rsidRPr="00702129">
        <w:rPr>
          <w:rFonts w:ascii="Aptos Display" w:hAnsi="Aptos Display"/>
          <w:b/>
          <w:sz w:val="23"/>
          <w:szCs w:val="23"/>
        </w:rPr>
        <w:t>Reception - Belonging, friendship, saf</w:t>
      </w:r>
      <w:r w:rsidRPr="00702129">
        <w:rPr>
          <w:rFonts w:ascii="Aptos Display" w:hAnsi="Aptos Display"/>
          <w:b/>
          <w:sz w:val="23"/>
          <w:szCs w:val="23"/>
        </w:rPr>
        <w:t>ety and healthy beginnings</w:t>
      </w:r>
    </w:p>
    <w:p w14:paraId="04EDDBFF" w14:textId="77777777" w:rsidR="003F65DC" w:rsidRPr="00702129" w:rsidRDefault="00914460">
      <w:pPr>
        <w:spacing w:after="80"/>
        <w:rPr>
          <w:rFonts w:ascii="Aptos Display" w:hAnsi="Aptos Display"/>
          <w:sz w:val="23"/>
          <w:szCs w:val="23"/>
        </w:rPr>
      </w:pPr>
      <w:r w:rsidRPr="00702129">
        <w:rPr>
          <w:rFonts w:ascii="Aptos Display" w:hAnsi="Aptos Display"/>
          <w:b/>
          <w:bCs/>
          <w:sz w:val="23"/>
          <w:szCs w:val="23"/>
        </w:rPr>
        <w:t>Journey in Love theme: The wonder of being special and unique. Across the year, children will: Settle into school, learn classroom routines and rules, build friendships, share and take turns. They will explore how to be a good friend, recognise feelings and big emotions, learn simple safety rules for play, home and school, and discover how adults and the police help us. Children will explore healthy food, exercise and hygiene, celebrate their uniqueness and prepare for Year 1.</w:t>
      </w: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702129" w14:paraId="5EDA8EE2" w14:textId="77777777">
        <w:trPr>
          <w:jc w:val="center"/>
        </w:trPr>
        <w:tc>
          <w:tcPr>
            <w:tcW w:w="2424" w:type="dxa"/>
            <w:shd w:val="clear" w:color="auto" w:fill="FFF2CC"/>
            <w:tcMar>
              <w:top w:w="85" w:type="dxa"/>
              <w:left w:w="85" w:type="dxa"/>
              <w:bottom w:w="85" w:type="dxa"/>
              <w:right w:w="85" w:type="dxa"/>
            </w:tcMar>
          </w:tcPr>
          <w:p w14:paraId="341D6AF4"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Aut</w:t>
            </w:r>
            <w:r w:rsidRPr="00702129">
              <w:rPr>
                <w:rFonts w:ascii="Aptos Display" w:hAnsi="Aptos Display"/>
                <w:b/>
                <w:sz w:val="23"/>
                <w:szCs w:val="23"/>
              </w:rPr>
              <w:t>umn 1</w:t>
            </w:r>
          </w:p>
        </w:tc>
        <w:tc>
          <w:tcPr>
            <w:tcW w:w="2424" w:type="dxa"/>
            <w:shd w:val="clear" w:color="auto" w:fill="FFF2CC"/>
            <w:tcMar>
              <w:top w:w="85" w:type="dxa"/>
              <w:left w:w="85" w:type="dxa"/>
              <w:bottom w:w="85" w:type="dxa"/>
              <w:right w:w="85" w:type="dxa"/>
            </w:tcMar>
          </w:tcPr>
          <w:p w14:paraId="679CD7A6"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Autumn 2</w:t>
            </w:r>
          </w:p>
        </w:tc>
        <w:tc>
          <w:tcPr>
            <w:tcW w:w="2424" w:type="dxa"/>
            <w:shd w:val="clear" w:color="auto" w:fill="E2F0D9"/>
            <w:tcMar>
              <w:top w:w="85" w:type="dxa"/>
              <w:left w:w="85" w:type="dxa"/>
              <w:bottom w:w="85" w:type="dxa"/>
              <w:right w:w="85" w:type="dxa"/>
            </w:tcMar>
          </w:tcPr>
          <w:p w14:paraId="0709E050"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Spring 1</w:t>
            </w:r>
          </w:p>
        </w:tc>
        <w:tc>
          <w:tcPr>
            <w:tcW w:w="2424" w:type="dxa"/>
            <w:shd w:val="clear" w:color="auto" w:fill="E2F0D9"/>
            <w:tcMar>
              <w:top w:w="85" w:type="dxa"/>
              <w:left w:w="85" w:type="dxa"/>
              <w:bottom w:w="85" w:type="dxa"/>
              <w:right w:w="85" w:type="dxa"/>
            </w:tcMar>
          </w:tcPr>
          <w:p w14:paraId="20EF0AD9"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Spring 2</w:t>
            </w:r>
          </w:p>
        </w:tc>
        <w:tc>
          <w:tcPr>
            <w:tcW w:w="2424" w:type="dxa"/>
            <w:shd w:val="clear" w:color="auto" w:fill="F4CCCC"/>
            <w:tcMar>
              <w:top w:w="85" w:type="dxa"/>
              <w:left w:w="85" w:type="dxa"/>
              <w:bottom w:w="85" w:type="dxa"/>
              <w:right w:w="85" w:type="dxa"/>
            </w:tcMar>
          </w:tcPr>
          <w:p w14:paraId="0D7FD9A3"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Summer 1</w:t>
            </w:r>
          </w:p>
        </w:tc>
        <w:tc>
          <w:tcPr>
            <w:tcW w:w="2424" w:type="dxa"/>
            <w:shd w:val="clear" w:color="auto" w:fill="F4CCCC"/>
            <w:tcMar>
              <w:top w:w="85" w:type="dxa"/>
              <w:left w:w="85" w:type="dxa"/>
              <w:bottom w:w="85" w:type="dxa"/>
              <w:right w:w="85" w:type="dxa"/>
            </w:tcMar>
          </w:tcPr>
          <w:p w14:paraId="7CCCFB88"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Summer 2</w:t>
            </w:r>
          </w:p>
        </w:tc>
      </w:tr>
      <w:tr w:rsidR="003F65DC" w:rsidRPr="00702129" w14:paraId="5A592C08" w14:textId="77777777">
        <w:trPr>
          <w:jc w:val="center"/>
        </w:trPr>
        <w:tc>
          <w:tcPr>
            <w:tcW w:w="2424" w:type="dxa"/>
            <w:shd w:val="clear" w:color="auto" w:fill="FFF2CC"/>
            <w:tcMar>
              <w:top w:w="85" w:type="dxa"/>
              <w:left w:w="85" w:type="dxa"/>
              <w:bottom w:w="85" w:type="dxa"/>
              <w:right w:w="85" w:type="dxa"/>
            </w:tcMar>
          </w:tcPr>
          <w:p w14:paraId="6A7DB275" w14:textId="77777777" w:rsidR="007E0EB7" w:rsidRPr="00702129" w:rsidRDefault="00914460">
            <w:pPr>
              <w:rPr>
                <w:rFonts w:ascii="Aptos Display" w:hAnsi="Aptos Display"/>
                <w:b/>
                <w:sz w:val="23"/>
                <w:szCs w:val="23"/>
              </w:rPr>
            </w:pPr>
            <w:r w:rsidRPr="00702129">
              <w:rPr>
                <w:rFonts w:ascii="Aptos Display" w:hAnsi="Aptos Display"/>
                <w:b/>
                <w:sz w:val="23"/>
                <w:szCs w:val="23"/>
              </w:rPr>
              <w:t>New beginnings</w:t>
            </w:r>
            <w:r w:rsidRPr="00702129">
              <w:rPr>
                <w:rFonts w:ascii="Aptos Display" w:hAnsi="Aptos Display"/>
                <w:b/>
                <w:sz w:val="23"/>
                <w:szCs w:val="23"/>
              </w:rPr>
              <w:br/>
              <w:t>Settling in and belonging</w:t>
            </w:r>
            <w:r w:rsidRPr="00702129">
              <w:rPr>
                <w:rFonts w:ascii="Aptos Display" w:hAnsi="Aptos Display"/>
                <w:b/>
                <w:sz w:val="23"/>
                <w:szCs w:val="23"/>
              </w:rPr>
              <w:br/>
            </w:r>
            <w:r w:rsidRPr="00702129">
              <w:rPr>
                <w:rFonts w:ascii="Aptos Display" w:hAnsi="Aptos Display"/>
                <w:bCs/>
                <w:sz w:val="23"/>
                <w:szCs w:val="23"/>
              </w:rPr>
              <w:t xml:space="preserve">Children get to know classroom routines, rules and expectations. They learn names, make friends, take turns, share resources and </w:t>
            </w:r>
            <w:proofErr w:type="spellStart"/>
            <w:r w:rsidRPr="00702129">
              <w:rPr>
                <w:rFonts w:ascii="Aptos Display" w:hAnsi="Aptos Display"/>
                <w:bCs/>
                <w:sz w:val="23"/>
                <w:szCs w:val="23"/>
              </w:rPr>
              <w:t>recognise</w:t>
            </w:r>
            <w:proofErr w:type="spellEnd"/>
            <w:r w:rsidRPr="00702129">
              <w:rPr>
                <w:rFonts w:ascii="Aptos Display" w:hAnsi="Aptos Display"/>
                <w:bCs/>
                <w:sz w:val="23"/>
                <w:szCs w:val="23"/>
              </w:rPr>
              <w:t xml:space="preserve"> their own feelings.</w:t>
            </w:r>
          </w:p>
          <w:p w14:paraId="34E3376B" w14:textId="77777777" w:rsidR="007E0EB7" w:rsidRPr="00702129" w:rsidRDefault="007E0EB7">
            <w:pPr>
              <w:rPr>
                <w:rFonts w:ascii="Aptos Display" w:hAnsi="Aptos Display"/>
                <w:b/>
                <w:sz w:val="23"/>
                <w:szCs w:val="23"/>
              </w:rPr>
            </w:pPr>
          </w:p>
          <w:p w14:paraId="04D7F1EE" w14:textId="77777777" w:rsidR="00B33602" w:rsidRDefault="00914460">
            <w:pPr>
              <w:rPr>
                <w:rFonts w:ascii="Aptos Display" w:hAnsi="Aptos Display"/>
                <w:sz w:val="23"/>
                <w:szCs w:val="23"/>
              </w:rPr>
            </w:pPr>
            <w:r w:rsidRPr="00702129">
              <w:rPr>
                <w:rFonts w:ascii="Aptos Display" w:hAnsi="Aptos Display"/>
                <w:b/>
                <w:sz w:val="23"/>
                <w:szCs w:val="23"/>
              </w:rPr>
              <w:br/>
            </w:r>
            <w:r w:rsidR="00702129" w:rsidRPr="00702129">
              <w:rPr>
                <w:rFonts w:ascii="Aptos Display" w:hAnsi="Aptos Display"/>
                <w:b/>
                <w:sz w:val="23"/>
                <w:szCs w:val="23"/>
              </w:rPr>
              <w:t>J</w:t>
            </w:r>
            <w:r w:rsidRPr="00702129">
              <w:rPr>
                <w:rFonts w:ascii="Aptos Display" w:hAnsi="Aptos Display"/>
                <w:b/>
                <w:sz w:val="23"/>
                <w:szCs w:val="23"/>
              </w:rPr>
              <w:t>ourney in Love — AUTUMN: SOCIAL &amp; EMOTIONAL</w:t>
            </w:r>
            <w:r w:rsidRPr="00702129">
              <w:rPr>
                <w:rFonts w:ascii="Aptos Display" w:hAnsi="Aptos Display"/>
                <w:b/>
                <w:sz w:val="23"/>
                <w:szCs w:val="23"/>
              </w:rPr>
              <w:br/>
            </w:r>
          </w:p>
          <w:p w14:paraId="01A86553" w14:textId="2816917B" w:rsidR="00B867AD" w:rsidRPr="00702129" w:rsidRDefault="00702129">
            <w:pPr>
              <w:rPr>
                <w:rFonts w:ascii="Aptos Display" w:hAnsi="Aptos Display"/>
                <w:sz w:val="23"/>
                <w:szCs w:val="23"/>
              </w:rPr>
            </w:pPr>
            <w:r w:rsidRPr="00702129">
              <w:rPr>
                <w:rFonts w:ascii="Aptos Display" w:hAnsi="Aptos Display"/>
                <w:sz w:val="23"/>
                <w:szCs w:val="23"/>
              </w:rPr>
              <w:t xml:space="preserve">To </w:t>
            </w:r>
            <w:proofErr w:type="spellStart"/>
            <w:r w:rsidRPr="00702129">
              <w:rPr>
                <w:rFonts w:ascii="Aptos Display" w:hAnsi="Aptos Display"/>
                <w:sz w:val="23"/>
                <w:szCs w:val="23"/>
              </w:rPr>
              <w:t>recognise</w:t>
            </w:r>
            <w:proofErr w:type="spellEnd"/>
            <w:r w:rsidRPr="00702129">
              <w:rPr>
                <w:rFonts w:ascii="Aptos Display" w:hAnsi="Aptos Display"/>
                <w:sz w:val="23"/>
                <w:szCs w:val="23"/>
              </w:rPr>
              <w:t xml:space="preserve"> being a special person in my family.</w:t>
            </w:r>
          </w:p>
        </w:tc>
        <w:tc>
          <w:tcPr>
            <w:tcW w:w="2424" w:type="dxa"/>
            <w:shd w:val="clear" w:color="auto" w:fill="FFF2CC"/>
            <w:tcMar>
              <w:top w:w="85" w:type="dxa"/>
              <w:left w:w="85" w:type="dxa"/>
              <w:bottom w:w="85" w:type="dxa"/>
              <w:right w:w="85" w:type="dxa"/>
            </w:tcMar>
          </w:tcPr>
          <w:p w14:paraId="1444AF64" w14:textId="75389CF7" w:rsidR="007E0EB7" w:rsidRPr="00702129" w:rsidRDefault="007E0EB7">
            <w:pPr>
              <w:rPr>
                <w:rFonts w:ascii="Aptos Display" w:hAnsi="Aptos Display"/>
                <w:b/>
                <w:sz w:val="23"/>
                <w:szCs w:val="23"/>
              </w:rPr>
            </w:pPr>
            <w:r w:rsidRPr="00702129">
              <w:rPr>
                <w:rFonts w:ascii="Aptos Display" w:hAnsi="Aptos Display"/>
                <w:b/>
                <w:sz w:val="23"/>
                <w:szCs w:val="23"/>
              </w:rPr>
              <w:t>Pol-Ed Lessons</w:t>
            </w:r>
          </w:p>
          <w:p w14:paraId="6FA55EF5" w14:textId="77777777" w:rsidR="007E0EB7" w:rsidRPr="00702129" w:rsidRDefault="007E0EB7">
            <w:pPr>
              <w:rPr>
                <w:rFonts w:ascii="Aptos Display" w:hAnsi="Aptos Display"/>
                <w:b/>
                <w:sz w:val="23"/>
                <w:szCs w:val="23"/>
              </w:rPr>
            </w:pPr>
            <w:r w:rsidRPr="00702129">
              <w:rPr>
                <w:rFonts w:ascii="Aptos Display" w:hAnsi="Aptos Display"/>
                <w:b/>
                <w:sz w:val="23"/>
                <w:szCs w:val="23"/>
              </w:rPr>
              <w:t>Relationships</w:t>
            </w:r>
          </w:p>
          <w:p w14:paraId="1FEBA22A" w14:textId="77777777" w:rsidR="007E0EB7" w:rsidRPr="00702129" w:rsidRDefault="007E0EB7">
            <w:pPr>
              <w:rPr>
                <w:rFonts w:ascii="Aptos Display" w:hAnsi="Aptos Display"/>
                <w:bCs/>
                <w:sz w:val="23"/>
                <w:szCs w:val="23"/>
              </w:rPr>
            </w:pPr>
            <w:r w:rsidRPr="00702129">
              <w:rPr>
                <w:rFonts w:ascii="Aptos Display" w:hAnsi="Aptos Display"/>
                <w:bCs/>
                <w:sz w:val="23"/>
                <w:szCs w:val="23"/>
              </w:rPr>
              <w:t>How can I be a good friend?</w:t>
            </w:r>
          </w:p>
          <w:p w14:paraId="486D7D55" w14:textId="6C9B612B" w:rsidR="007E0EB7" w:rsidRPr="00702129" w:rsidRDefault="007E0EB7">
            <w:pPr>
              <w:rPr>
                <w:rFonts w:ascii="Aptos Display" w:hAnsi="Aptos Display"/>
                <w:bCs/>
                <w:sz w:val="23"/>
                <w:szCs w:val="23"/>
              </w:rPr>
            </w:pPr>
            <w:r w:rsidRPr="00702129">
              <w:rPr>
                <w:rFonts w:ascii="Aptos Display" w:hAnsi="Aptos Display"/>
                <w:bCs/>
                <w:sz w:val="23"/>
                <w:szCs w:val="23"/>
              </w:rPr>
              <w:t>How can I make other children feel happy?</w:t>
            </w:r>
          </w:p>
          <w:p w14:paraId="111BB95D" w14:textId="77777777" w:rsidR="007E0EB7" w:rsidRPr="00702129" w:rsidRDefault="007E0EB7">
            <w:pPr>
              <w:rPr>
                <w:rFonts w:ascii="Aptos Display" w:hAnsi="Aptos Display"/>
                <w:bCs/>
                <w:sz w:val="23"/>
                <w:szCs w:val="23"/>
              </w:rPr>
            </w:pPr>
            <w:r w:rsidRPr="00702129">
              <w:rPr>
                <w:rFonts w:ascii="Aptos Display" w:hAnsi="Aptos Display"/>
                <w:bCs/>
                <w:sz w:val="23"/>
                <w:szCs w:val="23"/>
              </w:rPr>
              <w:t>How can I play nicely with others?</w:t>
            </w:r>
          </w:p>
          <w:p w14:paraId="3443BFE0" w14:textId="3C1BD718" w:rsidR="00B867AD" w:rsidRPr="00702129" w:rsidRDefault="007E0EB7">
            <w:pPr>
              <w:rPr>
                <w:rFonts w:ascii="Aptos Display" w:hAnsi="Aptos Display"/>
                <w:sz w:val="23"/>
                <w:szCs w:val="23"/>
              </w:rPr>
            </w:pPr>
            <w:r w:rsidRPr="00702129">
              <w:rPr>
                <w:rFonts w:ascii="Aptos Display" w:hAnsi="Aptos Display"/>
                <w:bCs/>
                <w:sz w:val="23"/>
                <w:szCs w:val="23"/>
              </w:rPr>
              <w:t>How can adults at school help me?</w:t>
            </w:r>
            <w:r w:rsidRPr="00702129">
              <w:rPr>
                <w:rFonts w:ascii="Aptos Display" w:hAnsi="Aptos Display"/>
                <w:bCs/>
                <w:sz w:val="23"/>
                <w:szCs w:val="23"/>
              </w:rPr>
              <w:br/>
            </w:r>
            <w:r w:rsidRPr="00702129">
              <w:rPr>
                <w:rFonts w:ascii="Aptos Display" w:hAnsi="Aptos Display"/>
                <w:b/>
                <w:sz w:val="23"/>
                <w:szCs w:val="23"/>
              </w:rPr>
              <w:br/>
            </w:r>
          </w:p>
        </w:tc>
        <w:tc>
          <w:tcPr>
            <w:tcW w:w="2424" w:type="dxa"/>
            <w:shd w:val="clear" w:color="auto" w:fill="E2F0D9"/>
            <w:tcMar>
              <w:top w:w="85" w:type="dxa"/>
              <w:left w:w="85" w:type="dxa"/>
              <w:bottom w:w="85" w:type="dxa"/>
              <w:right w:w="85" w:type="dxa"/>
            </w:tcMar>
          </w:tcPr>
          <w:p w14:paraId="5DF2B9D3" w14:textId="3C7B11D3" w:rsidR="007E0EB7" w:rsidRPr="00702129" w:rsidRDefault="007E0EB7">
            <w:pPr>
              <w:rPr>
                <w:rFonts w:ascii="Aptos Display" w:hAnsi="Aptos Display"/>
                <w:b/>
                <w:sz w:val="23"/>
                <w:szCs w:val="23"/>
              </w:rPr>
            </w:pPr>
            <w:r w:rsidRPr="00702129">
              <w:rPr>
                <w:rFonts w:ascii="Aptos Display" w:hAnsi="Aptos Display"/>
                <w:b/>
                <w:sz w:val="23"/>
                <w:szCs w:val="23"/>
              </w:rPr>
              <w:t>Pol-Ed Lessons</w:t>
            </w:r>
          </w:p>
          <w:p w14:paraId="7C12684B" w14:textId="77777777" w:rsidR="007E0EB7" w:rsidRPr="00702129" w:rsidRDefault="007E0EB7">
            <w:pPr>
              <w:rPr>
                <w:rFonts w:ascii="Aptos Display" w:hAnsi="Aptos Display"/>
                <w:b/>
                <w:sz w:val="23"/>
                <w:szCs w:val="23"/>
              </w:rPr>
            </w:pPr>
            <w:r w:rsidRPr="00702129">
              <w:rPr>
                <w:rFonts w:ascii="Aptos Display" w:hAnsi="Aptos Display"/>
                <w:b/>
                <w:sz w:val="23"/>
                <w:szCs w:val="23"/>
              </w:rPr>
              <w:t>Keeping Safe</w:t>
            </w:r>
          </w:p>
          <w:p w14:paraId="069FB30C" w14:textId="77777777" w:rsidR="007E0EB7" w:rsidRPr="00702129" w:rsidRDefault="007E0EB7">
            <w:pPr>
              <w:rPr>
                <w:rFonts w:ascii="Aptos Display" w:hAnsi="Aptos Display"/>
                <w:bCs/>
                <w:sz w:val="23"/>
                <w:szCs w:val="23"/>
              </w:rPr>
            </w:pPr>
            <w:r w:rsidRPr="00702129">
              <w:rPr>
                <w:rFonts w:ascii="Aptos Display" w:hAnsi="Aptos Display"/>
                <w:bCs/>
                <w:sz w:val="23"/>
                <w:szCs w:val="23"/>
              </w:rPr>
              <w:t>How can I play safely?</w:t>
            </w:r>
          </w:p>
          <w:p w14:paraId="5701586F" w14:textId="77777777" w:rsidR="007E0EB7" w:rsidRPr="00702129" w:rsidRDefault="007E0EB7">
            <w:pPr>
              <w:rPr>
                <w:rFonts w:ascii="Aptos Display" w:hAnsi="Aptos Display"/>
                <w:bCs/>
                <w:sz w:val="23"/>
                <w:szCs w:val="23"/>
              </w:rPr>
            </w:pPr>
            <w:r w:rsidRPr="00702129">
              <w:rPr>
                <w:rFonts w:ascii="Aptos Display" w:hAnsi="Aptos Display"/>
                <w:bCs/>
                <w:sz w:val="23"/>
                <w:szCs w:val="23"/>
              </w:rPr>
              <w:t xml:space="preserve">How can I keep safe at </w:t>
            </w:r>
            <w:proofErr w:type="gramStart"/>
            <w:r w:rsidRPr="00702129">
              <w:rPr>
                <w:rFonts w:ascii="Aptos Display" w:hAnsi="Aptos Display"/>
                <w:bCs/>
                <w:sz w:val="23"/>
                <w:szCs w:val="23"/>
              </w:rPr>
              <w:t>school;?</w:t>
            </w:r>
            <w:proofErr w:type="gramEnd"/>
          </w:p>
          <w:p w14:paraId="0C1B13E5" w14:textId="77777777" w:rsidR="007E0EB7" w:rsidRPr="00702129" w:rsidRDefault="007E0EB7">
            <w:pPr>
              <w:rPr>
                <w:rFonts w:ascii="Aptos Display" w:hAnsi="Aptos Display"/>
                <w:bCs/>
                <w:sz w:val="23"/>
                <w:szCs w:val="23"/>
              </w:rPr>
            </w:pPr>
            <w:r w:rsidRPr="00702129">
              <w:rPr>
                <w:rFonts w:ascii="Aptos Display" w:hAnsi="Aptos Display"/>
                <w:bCs/>
                <w:sz w:val="23"/>
                <w:szCs w:val="23"/>
              </w:rPr>
              <w:t>How can I keep safe at home?</w:t>
            </w:r>
          </w:p>
          <w:p w14:paraId="51F7BCE5" w14:textId="77777777" w:rsidR="00B33602" w:rsidRDefault="00914460">
            <w:pPr>
              <w:rPr>
                <w:rFonts w:ascii="Aptos Display" w:hAnsi="Aptos Display"/>
                <w:bCs/>
                <w:sz w:val="23"/>
                <w:szCs w:val="23"/>
              </w:rPr>
            </w:pPr>
            <w:r w:rsidRPr="00702129">
              <w:rPr>
                <w:rFonts w:ascii="Aptos Display" w:hAnsi="Aptos Display"/>
                <w:b/>
                <w:sz w:val="23"/>
                <w:szCs w:val="23"/>
              </w:rPr>
              <w:br/>
              <w:t>Journey in Love — SPRING: PHYSICAL</w:t>
            </w:r>
            <w:r w:rsidRPr="00702129">
              <w:rPr>
                <w:rFonts w:ascii="Aptos Display" w:hAnsi="Aptos Display"/>
                <w:b/>
                <w:sz w:val="23"/>
                <w:szCs w:val="23"/>
              </w:rPr>
              <w:br/>
            </w:r>
          </w:p>
          <w:p w14:paraId="2624B9FD" w14:textId="63CD31AE" w:rsidR="00B867AD" w:rsidRPr="00702129" w:rsidRDefault="00914460">
            <w:pPr>
              <w:rPr>
                <w:rFonts w:ascii="Aptos Display" w:hAnsi="Aptos Display"/>
                <w:sz w:val="23"/>
                <w:szCs w:val="23"/>
              </w:rPr>
            </w:pPr>
            <w:r w:rsidRPr="00702129">
              <w:rPr>
                <w:rFonts w:ascii="Aptos Display" w:hAnsi="Aptos Display"/>
                <w:bCs/>
                <w:sz w:val="23"/>
                <w:szCs w:val="23"/>
              </w:rPr>
              <w:t xml:space="preserve">To </w:t>
            </w:r>
            <w:proofErr w:type="spellStart"/>
            <w:r w:rsidRPr="00702129">
              <w:rPr>
                <w:rFonts w:ascii="Aptos Display" w:hAnsi="Aptos Display"/>
                <w:bCs/>
                <w:sz w:val="23"/>
                <w:szCs w:val="23"/>
              </w:rPr>
              <w:t>recognise</w:t>
            </w:r>
            <w:proofErr w:type="spellEnd"/>
            <w:r w:rsidRPr="00702129">
              <w:rPr>
                <w:rFonts w:ascii="Aptos Display" w:hAnsi="Aptos Display"/>
                <w:bCs/>
                <w:sz w:val="23"/>
                <w:szCs w:val="23"/>
              </w:rPr>
              <w:t xml:space="preserve"> </w:t>
            </w:r>
            <w:r w:rsidR="00B33602">
              <w:rPr>
                <w:rFonts w:ascii="Aptos Display" w:hAnsi="Aptos Display"/>
                <w:bCs/>
                <w:sz w:val="23"/>
                <w:szCs w:val="23"/>
              </w:rPr>
              <w:t xml:space="preserve">that we are all </w:t>
            </w:r>
            <w:proofErr w:type="gramStart"/>
            <w:r w:rsidR="00B33602">
              <w:rPr>
                <w:rFonts w:ascii="Aptos Display" w:hAnsi="Aptos Display"/>
                <w:bCs/>
                <w:sz w:val="23"/>
                <w:szCs w:val="23"/>
              </w:rPr>
              <w:t xml:space="preserve">different </w:t>
            </w:r>
            <w:r w:rsidRPr="00702129">
              <w:rPr>
                <w:rFonts w:ascii="Aptos Display" w:hAnsi="Aptos Display"/>
                <w:bCs/>
                <w:sz w:val="23"/>
                <w:szCs w:val="23"/>
              </w:rPr>
              <w:t xml:space="preserve"> and</w:t>
            </w:r>
            <w:proofErr w:type="gramEnd"/>
            <w:r w:rsidRPr="00702129">
              <w:rPr>
                <w:rFonts w:ascii="Aptos Display" w:hAnsi="Aptos Display"/>
                <w:bCs/>
                <w:sz w:val="23"/>
                <w:szCs w:val="23"/>
              </w:rPr>
              <w:t xml:space="preserve"> unique.</w:t>
            </w:r>
          </w:p>
        </w:tc>
        <w:tc>
          <w:tcPr>
            <w:tcW w:w="2424" w:type="dxa"/>
            <w:shd w:val="clear" w:color="auto" w:fill="E2F0D9"/>
            <w:tcMar>
              <w:top w:w="85" w:type="dxa"/>
              <w:left w:w="85" w:type="dxa"/>
              <w:bottom w:w="85" w:type="dxa"/>
              <w:right w:w="85" w:type="dxa"/>
            </w:tcMar>
          </w:tcPr>
          <w:p w14:paraId="3404DFD7" w14:textId="77777777" w:rsidR="00B867AD" w:rsidRPr="00702129" w:rsidRDefault="007E0EB7">
            <w:pPr>
              <w:rPr>
                <w:rFonts w:ascii="Aptos Display" w:hAnsi="Aptos Display"/>
                <w:b/>
                <w:sz w:val="23"/>
                <w:szCs w:val="23"/>
              </w:rPr>
            </w:pPr>
            <w:r w:rsidRPr="00702129">
              <w:rPr>
                <w:rFonts w:ascii="Aptos Display" w:hAnsi="Aptos Display"/>
                <w:b/>
                <w:sz w:val="23"/>
                <w:szCs w:val="23"/>
              </w:rPr>
              <w:t>Pol=Ed Lessons</w:t>
            </w:r>
          </w:p>
          <w:p w14:paraId="77080548" w14:textId="77777777" w:rsidR="007E0EB7" w:rsidRPr="00702129" w:rsidRDefault="007E0EB7">
            <w:pPr>
              <w:rPr>
                <w:rFonts w:ascii="Aptos Display" w:hAnsi="Aptos Display"/>
                <w:b/>
                <w:sz w:val="23"/>
                <w:szCs w:val="23"/>
              </w:rPr>
            </w:pPr>
            <w:r w:rsidRPr="00702129">
              <w:rPr>
                <w:rFonts w:ascii="Aptos Display" w:hAnsi="Aptos Display"/>
                <w:b/>
                <w:sz w:val="23"/>
                <w:szCs w:val="23"/>
              </w:rPr>
              <w:t>Understanding the Law</w:t>
            </w:r>
          </w:p>
          <w:p w14:paraId="1775E8F4" w14:textId="77777777" w:rsidR="007E0EB7" w:rsidRPr="00702129" w:rsidRDefault="007E0EB7">
            <w:pPr>
              <w:rPr>
                <w:rFonts w:ascii="Aptos Display" w:hAnsi="Aptos Display"/>
                <w:bCs/>
                <w:sz w:val="23"/>
                <w:szCs w:val="23"/>
              </w:rPr>
            </w:pPr>
            <w:r w:rsidRPr="00702129">
              <w:rPr>
                <w:rFonts w:ascii="Aptos Display" w:hAnsi="Aptos Display"/>
                <w:bCs/>
                <w:sz w:val="23"/>
                <w:szCs w:val="23"/>
              </w:rPr>
              <w:t>What are rules?</w:t>
            </w:r>
          </w:p>
          <w:p w14:paraId="22D16DBA" w14:textId="77777777" w:rsidR="007E0EB7" w:rsidRPr="00702129" w:rsidRDefault="007E0EB7">
            <w:pPr>
              <w:rPr>
                <w:rFonts w:ascii="Aptos Display" w:hAnsi="Aptos Display"/>
                <w:bCs/>
                <w:sz w:val="23"/>
                <w:szCs w:val="23"/>
              </w:rPr>
            </w:pPr>
            <w:r w:rsidRPr="00702129">
              <w:rPr>
                <w:rFonts w:ascii="Aptos Display" w:hAnsi="Aptos Display"/>
                <w:bCs/>
                <w:sz w:val="23"/>
                <w:szCs w:val="23"/>
              </w:rPr>
              <w:t>What are consequences?</w:t>
            </w:r>
          </w:p>
          <w:p w14:paraId="7A45FC4E" w14:textId="77777777" w:rsidR="007E0EB7" w:rsidRPr="00702129" w:rsidRDefault="007E0EB7">
            <w:pPr>
              <w:rPr>
                <w:rFonts w:ascii="Aptos Display" w:hAnsi="Aptos Display"/>
                <w:bCs/>
                <w:sz w:val="23"/>
                <w:szCs w:val="23"/>
              </w:rPr>
            </w:pPr>
            <w:r w:rsidRPr="00702129">
              <w:rPr>
                <w:rFonts w:ascii="Aptos Display" w:hAnsi="Aptos Display"/>
                <w:bCs/>
                <w:sz w:val="23"/>
                <w:szCs w:val="23"/>
              </w:rPr>
              <w:t>What can I do if I’m feeling big emotions?</w:t>
            </w:r>
          </w:p>
          <w:p w14:paraId="69FFD412" w14:textId="279F96D3" w:rsidR="007E0EB7" w:rsidRPr="00702129" w:rsidRDefault="007E0EB7">
            <w:pPr>
              <w:rPr>
                <w:rFonts w:ascii="Aptos Display" w:hAnsi="Aptos Display"/>
                <w:sz w:val="23"/>
                <w:szCs w:val="23"/>
              </w:rPr>
            </w:pPr>
            <w:r w:rsidRPr="00702129">
              <w:rPr>
                <w:rFonts w:ascii="Aptos Display" w:hAnsi="Aptos Display"/>
                <w:bCs/>
                <w:sz w:val="23"/>
                <w:szCs w:val="23"/>
              </w:rPr>
              <w:t>Who are the police and how do they help us?</w:t>
            </w:r>
          </w:p>
        </w:tc>
        <w:tc>
          <w:tcPr>
            <w:tcW w:w="2424" w:type="dxa"/>
            <w:shd w:val="clear" w:color="auto" w:fill="F4CCCC"/>
            <w:tcMar>
              <w:top w:w="85" w:type="dxa"/>
              <w:left w:w="85" w:type="dxa"/>
              <w:bottom w:w="85" w:type="dxa"/>
              <w:right w:w="85" w:type="dxa"/>
            </w:tcMar>
          </w:tcPr>
          <w:p w14:paraId="16A64728" w14:textId="77777777" w:rsidR="007E0EB7" w:rsidRPr="00702129" w:rsidRDefault="007E0EB7">
            <w:pPr>
              <w:rPr>
                <w:rFonts w:ascii="Aptos Display" w:hAnsi="Aptos Display"/>
                <w:b/>
                <w:sz w:val="23"/>
                <w:szCs w:val="23"/>
              </w:rPr>
            </w:pPr>
            <w:r w:rsidRPr="00702129">
              <w:rPr>
                <w:rFonts w:ascii="Aptos Display" w:hAnsi="Aptos Display"/>
                <w:b/>
                <w:sz w:val="23"/>
                <w:szCs w:val="23"/>
              </w:rPr>
              <w:t>Pol-Ed Lessons</w:t>
            </w:r>
          </w:p>
          <w:p w14:paraId="38E8F5D8" w14:textId="77777777" w:rsidR="007E0EB7" w:rsidRPr="00702129" w:rsidRDefault="007E0EB7">
            <w:pPr>
              <w:rPr>
                <w:rFonts w:ascii="Aptos Display" w:hAnsi="Aptos Display"/>
                <w:b/>
                <w:sz w:val="23"/>
                <w:szCs w:val="23"/>
              </w:rPr>
            </w:pPr>
            <w:r w:rsidRPr="00702129">
              <w:rPr>
                <w:rFonts w:ascii="Aptos Display" w:hAnsi="Aptos Display"/>
                <w:b/>
                <w:sz w:val="23"/>
                <w:szCs w:val="23"/>
              </w:rPr>
              <w:t>Wellbeing</w:t>
            </w:r>
          </w:p>
          <w:p w14:paraId="4DFA84C2" w14:textId="77777777" w:rsidR="007E0EB7" w:rsidRPr="00702129" w:rsidRDefault="007E0EB7">
            <w:pPr>
              <w:rPr>
                <w:rFonts w:ascii="Aptos Display" w:hAnsi="Aptos Display"/>
                <w:bCs/>
                <w:sz w:val="23"/>
                <w:szCs w:val="23"/>
              </w:rPr>
            </w:pPr>
            <w:r w:rsidRPr="00702129">
              <w:rPr>
                <w:rFonts w:ascii="Aptos Display" w:hAnsi="Aptos Display"/>
                <w:bCs/>
                <w:sz w:val="23"/>
                <w:szCs w:val="23"/>
              </w:rPr>
              <w:t>How can I be a germ buster?</w:t>
            </w:r>
          </w:p>
          <w:p w14:paraId="3B4D199D" w14:textId="77777777" w:rsidR="007E0EB7" w:rsidRPr="00702129" w:rsidRDefault="007E0EB7">
            <w:pPr>
              <w:rPr>
                <w:rFonts w:ascii="Aptos Display" w:hAnsi="Aptos Display"/>
                <w:bCs/>
                <w:sz w:val="23"/>
                <w:szCs w:val="23"/>
              </w:rPr>
            </w:pPr>
            <w:r w:rsidRPr="00702129">
              <w:rPr>
                <w:rFonts w:ascii="Aptos Display" w:hAnsi="Aptos Display"/>
                <w:bCs/>
                <w:sz w:val="23"/>
                <w:szCs w:val="23"/>
              </w:rPr>
              <w:t>How does food help me?</w:t>
            </w:r>
          </w:p>
          <w:p w14:paraId="3821D8B5" w14:textId="0F262369" w:rsidR="007E0EB7" w:rsidRPr="00702129" w:rsidRDefault="007E0EB7" w:rsidP="007E0EB7">
            <w:pPr>
              <w:rPr>
                <w:rFonts w:ascii="Aptos Display" w:eastAsia="Times New Roman" w:hAnsi="Aptos Display" w:cs="Times New Roman"/>
                <w:sz w:val="23"/>
                <w:szCs w:val="23"/>
                <w:lang w:val="en-GB" w:eastAsia="en-GB"/>
              </w:rPr>
            </w:pPr>
            <w:r w:rsidRPr="00702129">
              <w:rPr>
                <w:rFonts w:ascii="Aptos Display" w:hAnsi="Aptos Display"/>
                <w:bCs/>
                <w:sz w:val="23"/>
                <w:szCs w:val="23"/>
              </w:rPr>
              <w:t>How does exercise help me</w:t>
            </w:r>
            <w:r w:rsidRPr="00702129">
              <w:rPr>
                <w:rFonts w:ascii="Aptos Display" w:hAnsi="Aptos Display"/>
                <w:b/>
                <w:sz w:val="23"/>
                <w:szCs w:val="23"/>
              </w:rPr>
              <w:br/>
            </w:r>
            <w:r w:rsidRPr="00702129">
              <w:rPr>
                <w:rFonts w:ascii="Aptos Display" w:hAnsi="Aptos Display"/>
                <w:b/>
                <w:sz w:val="23"/>
                <w:szCs w:val="23"/>
              </w:rPr>
              <w:br/>
            </w:r>
          </w:p>
          <w:p w14:paraId="16779EBB" w14:textId="058363CF" w:rsidR="00B867AD" w:rsidRPr="00702129" w:rsidRDefault="00B867AD">
            <w:pPr>
              <w:rPr>
                <w:rFonts w:ascii="Aptos Display" w:hAnsi="Aptos Display"/>
                <w:b/>
                <w:sz w:val="23"/>
                <w:szCs w:val="23"/>
              </w:rPr>
            </w:pPr>
          </w:p>
        </w:tc>
        <w:tc>
          <w:tcPr>
            <w:tcW w:w="2424" w:type="dxa"/>
            <w:shd w:val="clear" w:color="auto" w:fill="F4CCCC"/>
            <w:tcMar>
              <w:top w:w="85" w:type="dxa"/>
              <w:left w:w="85" w:type="dxa"/>
              <w:bottom w:w="85" w:type="dxa"/>
              <w:right w:w="85" w:type="dxa"/>
            </w:tcMar>
          </w:tcPr>
          <w:p w14:paraId="1D8D0DEC" w14:textId="77777777" w:rsidR="00B867AD" w:rsidRPr="00B33602" w:rsidRDefault="00914460">
            <w:pPr>
              <w:rPr>
                <w:rFonts w:ascii="Aptos Display" w:hAnsi="Aptos Display"/>
                <w:bCs/>
                <w:sz w:val="23"/>
                <w:szCs w:val="23"/>
              </w:rPr>
            </w:pPr>
            <w:r w:rsidRPr="00B33602">
              <w:rPr>
                <w:rFonts w:ascii="Aptos Display" w:hAnsi="Aptos Display"/>
                <w:b/>
                <w:sz w:val="23"/>
                <w:szCs w:val="23"/>
              </w:rPr>
              <w:t>Growing and moving on</w:t>
            </w:r>
            <w:r w:rsidRPr="00B33602">
              <w:rPr>
                <w:rFonts w:ascii="Aptos Display" w:hAnsi="Aptos Display"/>
                <w:b/>
                <w:sz w:val="23"/>
                <w:szCs w:val="23"/>
              </w:rPr>
              <w:br/>
              <w:t>Transition</w:t>
            </w:r>
            <w:r w:rsidRPr="00B33602">
              <w:rPr>
                <w:rFonts w:ascii="Aptos Display" w:hAnsi="Aptos Display"/>
                <w:b/>
                <w:sz w:val="23"/>
                <w:szCs w:val="23"/>
              </w:rPr>
              <w:br/>
            </w:r>
            <w:r w:rsidRPr="00B33602">
              <w:rPr>
                <w:rFonts w:ascii="Aptos Display" w:hAnsi="Aptos Display"/>
                <w:bCs/>
                <w:sz w:val="23"/>
                <w:szCs w:val="23"/>
              </w:rPr>
              <w:t>Ch</w:t>
            </w:r>
            <w:r w:rsidRPr="00B33602">
              <w:rPr>
                <w:rFonts w:ascii="Aptos Display" w:hAnsi="Aptos Display"/>
                <w:bCs/>
                <w:sz w:val="23"/>
                <w:szCs w:val="23"/>
              </w:rPr>
              <w:t>ildren reflect on what they have learnt, celebrate friendships and achievements, and prepare for Year 1. They explore similarities and differences, caring for others and our world.</w:t>
            </w:r>
          </w:p>
          <w:p w14:paraId="408B9DBE" w14:textId="77777777" w:rsidR="00B33602" w:rsidRPr="00B33602" w:rsidRDefault="00702129">
            <w:pPr>
              <w:rPr>
                <w:rFonts w:ascii="Aptos Display" w:hAnsi="Aptos Display"/>
                <w:b/>
                <w:sz w:val="23"/>
                <w:szCs w:val="23"/>
              </w:rPr>
            </w:pPr>
            <w:r w:rsidRPr="00B33602">
              <w:rPr>
                <w:rFonts w:ascii="Aptos Display" w:hAnsi="Aptos Display"/>
                <w:b/>
                <w:sz w:val="23"/>
                <w:szCs w:val="23"/>
              </w:rPr>
              <w:t>Journey in Love — SUMMER: SPIRITUAL</w:t>
            </w:r>
          </w:p>
          <w:p w14:paraId="28FBB92F" w14:textId="2CF15E9A" w:rsidR="00702129" w:rsidRPr="00B33602" w:rsidRDefault="00B33602">
            <w:pPr>
              <w:rPr>
                <w:rFonts w:ascii="Aptos Display" w:hAnsi="Aptos Display"/>
                <w:bCs/>
                <w:sz w:val="23"/>
                <w:szCs w:val="23"/>
              </w:rPr>
            </w:pPr>
            <w:r w:rsidRPr="00B33602">
              <w:rPr>
                <w:rFonts w:ascii="Aptos Display" w:hAnsi="Aptos Display"/>
                <w:sz w:val="23"/>
                <w:szCs w:val="23"/>
              </w:rPr>
              <w:t>To celebrate the joy of being a special person in God’s family.</w:t>
            </w:r>
            <w:r w:rsidR="00702129" w:rsidRPr="00B33602">
              <w:rPr>
                <w:rFonts w:ascii="Aptos Display" w:hAnsi="Aptos Display"/>
                <w:b/>
                <w:sz w:val="23"/>
                <w:szCs w:val="23"/>
              </w:rPr>
              <w:br/>
            </w:r>
          </w:p>
          <w:p w14:paraId="0611222F" w14:textId="77777777" w:rsidR="00702129" w:rsidRPr="00B33602" w:rsidRDefault="00702129">
            <w:pPr>
              <w:rPr>
                <w:rFonts w:ascii="Aptos Display" w:hAnsi="Aptos Display"/>
                <w:sz w:val="23"/>
                <w:szCs w:val="23"/>
              </w:rPr>
            </w:pPr>
          </w:p>
        </w:tc>
      </w:tr>
    </w:tbl>
    <w:p w14:paraId="1E9F7828" w14:textId="77777777" w:rsidR="00D63BB5" w:rsidRDefault="00D63BB5">
      <w:pPr>
        <w:spacing w:after="40"/>
        <w:rPr>
          <w:rFonts w:ascii="Aptos Display" w:hAnsi="Aptos Display"/>
          <w:b/>
          <w:sz w:val="23"/>
          <w:szCs w:val="23"/>
        </w:rPr>
      </w:pPr>
    </w:p>
    <w:p w14:paraId="33C68871" w14:textId="77777777" w:rsidR="00B33602" w:rsidRPr="00702129" w:rsidRDefault="00B33602">
      <w:pPr>
        <w:spacing w:after="40"/>
        <w:rPr>
          <w:rFonts w:ascii="Aptos Display" w:hAnsi="Aptos Display"/>
          <w:sz w:val="23"/>
          <w:szCs w:val="23"/>
        </w:rPr>
      </w:pPr>
    </w:p>
    <w:p w14:paraId="66D15312" w14:textId="0F3C131A" w:rsidR="003F65DC" w:rsidRPr="00702129" w:rsidRDefault="00702129">
      <w:pPr>
        <w:spacing w:after="80"/>
        <w:rPr>
          <w:rFonts w:ascii="Aptos Display" w:hAnsi="Aptos Display"/>
          <w:sz w:val="23"/>
          <w:szCs w:val="23"/>
        </w:rPr>
      </w:pPr>
      <w:r>
        <w:rPr>
          <w:rFonts w:ascii="Aptos Display" w:hAnsi="Aptos Display"/>
          <w:b/>
          <w:bCs/>
          <w:sz w:val="23"/>
          <w:szCs w:val="23"/>
        </w:rPr>
        <w:t>Year 1 - Family, friendship, feelings and staying safe. Journey in Love theme: We meet God's love in our family. Across the year, children will: Explore positive thoughts, gratitude and mindfulness, learn to name and share feelings, make friends and recognise unkind behaviour and bullying. They will identify trusted adults, learn about personal information, 999, rules and the police, and practise staying safe in different places. Children will explore family love, empathy, communities around the world and caring for the Earth.</w:t>
      </w:r>
    </w:p>
    <w:p w14:paraId="076CD0C1" w14:textId="77777777" w:rsidR="00D63BB5" w:rsidRPr="00702129" w:rsidRDefault="00D63BB5">
      <w:pPr>
        <w:spacing w:after="80"/>
        <w:rPr>
          <w:rFonts w:ascii="Aptos Display" w:hAnsi="Aptos Display"/>
          <w:sz w:val="23"/>
          <w:szCs w:val="23"/>
        </w:rPr>
      </w:pP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702129" w14:paraId="196CBDDD" w14:textId="77777777">
        <w:trPr>
          <w:jc w:val="center"/>
        </w:trPr>
        <w:tc>
          <w:tcPr>
            <w:tcW w:w="2424" w:type="dxa"/>
            <w:shd w:val="clear" w:color="auto" w:fill="FFF2CC"/>
            <w:tcMar>
              <w:top w:w="85" w:type="dxa"/>
              <w:left w:w="85" w:type="dxa"/>
              <w:bottom w:w="85" w:type="dxa"/>
              <w:right w:w="85" w:type="dxa"/>
            </w:tcMar>
          </w:tcPr>
          <w:p w14:paraId="74912F36"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Autumn 1</w:t>
            </w:r>
          </w:p>
        </w:tc>
        <w:tc>
          <w:tcPr>
            <w:tcW w:w="2424" w:type="dxa"/>
            <w:shd w:val="clear" w:color="auto" w:fill="FFF2CC"/>
            <w:tcMar>
              <w:top w:w="85" w:type="dxa"/>
              <w:left w:w="85" w:type="dxa"/>
              <w:bottom w:w="85" w:type="dxa"/>
              <w:right w:w="85" w:type="dxa"/>
            </w:tcMar>
          </w:tcPr>
          <w:p w14:paraId="00CD262E"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Autumn 2</w:t>
            </w:r>
          </w:p>
        </w:tc>
        <w:tc>
          <w:tcPr>
            <w:tcW w:w="2424" w:type="dxa"/>
            <w:shd w:val="clear" w:color="auto" w:fill="E2F0D9"/>
            <w:tcMar>
              <w:top w:w="85" w:type="dxa"/>
              <w:left w:w="85" w:type="dxa"/>
              <w:bottom w:w="85" w:type="dxa"/>
              <w:right w:w="85" w:type="dxa"/>
            </w:tcMar>
          </w:tcPr>
          <w:p w14:paraId="593E540E"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Spring 1</w:t>
            </w:r>
          </w:p>
        </w:tc>
        <w:tc>
          <w:tcPr>
            <w:tcW w:w="2424" w:type="dxa"/>
            <w:shd w:val="clear" w:color="auto" w:fill="E2F0D9"/>
            <w:tcMar>
              <w:top w:w="85" w:type="dxa"/>
              <w:left w:w="85" w:type="dxa"/>
              <w:bottom w:w="85" w:type="dxa"/>
              <w:right w:w="85" w:type="dxa"/>
            </w:tcMar>
          </w:tcPr>
          <w:p w14:paraId="472B7068"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Spring 2</w:t>
            </w:r>
          </w:p>
        </w:tc>
        <w:tc>
          <w:tcPr>
            <w:tcW w:w="2424" w:type="dxa"/>
            <w:shd w:val="clear" w:color="auto" w:fill="F4CCCC"/>
            <w:tcMar>
              <w:top w:w="85" w:type="dxa"/>
              <w:left w:w="85" w:type="dxa"/>
              <w:bottom w:w="85" w:type="dxa"/>
              <w:right w:w="85" w:type="dxa"/>
            </w:tcMar>
          </w:tcPr>
          <w:p w14:paraId="68842A7C"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Summer 1</w:t>
            </w:r>
          </w:p>
        </w:tc>
        <w:tc>
          <w:tcPr>
            <w:tcW w:w="2424" w:type="dxa"/>
            <w:shd w:val="clear" w:color="auto" w:fill="F4CCCC"/>
            <w:tcMar>
              <w:top w:w="85" w:type="dxa"/>
              <w:left w:w="85" w:type="dxa"/>
              <w:bottom w:w="85" w:type="dxa"/>
              <w:right w:w="85" w:type="dxa"/>
            </w:tcMar>
          </w:tcPr>
          <w:p w14:paraId="315EB5AF"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Summer 2</w:t>
            </w:r>
          </w:p>
        </w:tc>
      </w:tr>
      <w:tr w:rsidR="003F65DC" w:rsidRPr="00702129" w14:paraId="0E2FB66B" w14:textId="77777777">
        <w:trPr>
          <w:jc w:val="center"/>
        </w:trPr>
        <w:tc>
          <w:tcPr>
            <w:tcW w:w="2424" w:type="dxa"/>
            <w:shd w:val="clear" w:color="auto" w:fill="FFF2CC"/>
            <w:tcMar>
              <w:top w:w="85" w:type="dxa"/>
              <w:left w:w="85" w:type="dxa"/>
              <w:bottom w:w="85" w:type="dxa"/>
              <w:right w:w="85" w:type="dxa"/>
            </w:tcMar>
          </w:tcPr>
          <w:p w14:paraId="7BBC7F1A" w14:textId="77777777" w:rsidR="00B96E25" w:rsidRPr="00702129" w:rsidRDefault="00914460">
            <w:pPr>
              <w:spacing w:after="100"/>
              <w:rPr>
                <w:rFonts w:ascii="Aptos Display" w:hAnsi="Aptos Display"/>
                <w:b/>
                <w:bCs/>
                <w:sz w:val="23"/>
                <w:szCs w:val="23"/>
              </w:rPr>
            </w:pPr>
            <w:r w:rsidRPr="00702129">
              <w:rPr>
                <w:rFonts w:ascii="Aptos Display" w:hAnsi="Aptos Display"/>
                <w:b/>
                <w:bCs/>
                <w:sz w:val="23"/>
                <w:szCs w:val="23"/>
              </w:rPr>
              <w:t>N</w:t>
            </w:r>
            <w:r w:rsidR="00256D6B" w:rsidRPr="00702129">
              <w:rPr>
                <w:rFonts w:ascii="Aptos Display" w:hAnsi="Aptos Display"/>
                <w:b/>
                <w:bCs/>
                <w:sz w:val="23"/>
                <w:szCs w:val="23"/>
              </w:rPr>
              <w:t>ew beginnings</w:t>
            </w:r>
          </w:p>
          <w:p w14:paraId="09651504" w14:textId="77777777" w:rsidR="00B96E25" w:rsidRPr="00702129" w:rsidRDefault="000E2D7E">
            <w:pPr>
              <w:spacing w:after="100"/>
              <w:rPr>
                <w:rFonts w:ascii="Aptos Display" w:hAnsi="Aptos Display"/>
                <w:b/>
                <w:bCs/>
                <w:sz w:val="23"/>
                <w:szCs w:val="23"/>
              </w:rPr>
            </w:pPr>
            <w:r w:rsidRPr="00702129">
              <w:rPr>
                <w:rFonts w:ascii="Aptos Display" w:hAnsi="Aptos Display"/>
                <w:b/>
                <w:bCs/>
                <w:sz w:val="23"/>
                <w:szCs w:val="23"/>
              </w:rPr>
              <w:t>Think Positive</w:t>
            </w:r>
            <w:r w:rsidR="00256D6B" w:rsidRPr="00702129">
              <w:rPr>
                <w:rFonts w:ascii="Aptos Display" w:hAnsi="Aptos Display"/>
                <w:b/>
                <w:bCs/>
                <w:sz w:val="23"/>
                <w:szCs w:val="23"/>
              </w:rPr>
              <w:t xml:space="preserve"> </w:t>
            </w:r>
          </w:p>
          <w:p w14:paraId="05E3E4A4" w14:textId="77777777" w:rsidR="00235DC0" w:rsidRPr="00702129" w:rsidRDefault="00235DC0">
            <w:pPr>
              <w:spacing w:after="100"/>
              <w:rPr>
                <w:rFonts w:ascii="Aptos Display" w:hAnsi="Aptos Display"/>
                <w:sz w:val="23"/>
                <w:szCs w:val="23"/>
              </w:rPr>
            </w:pPr>
            <w:r w:rsidRPr="00702129">
              <w:rPr>
                <w:rFonts w:ascii="Aptos Display" w:hAnsi="Aptos Display"/>
                <w:sz w:val="23"/>
                <w:szCs w:val="23"/>
              </w:rPr>
              <w:t>Children will explore adopting a positive outlook and explore the benefits of this. They will develop their understanding of</w:t>
            </w:r>
          </w:p>
          <w:p w14:paraId="12C7252C" w14:textId="77777777" w:rsidR="00235DC0" w:rsidRPr="00702129" w:rsidRDefault="00235DC0" w:rsidP="00235DC0">
            <w:pPr>
              <w:pStyle w:val="ListParagraph"/>
              <w:numPr>
                <w:ilvl w:val="0"/>
                <w:numId w:val="11"/>
              </w:numPr>
              <w:spacing w:after="100"/>
              <w:rPr>
                <w:rFonts w:ascii="Aptos Display" w:hAnsi="Aptos Display"/>
                <w:sz w:val="23"/>
                <w:szCs w:val="23"/>
              </w:rPr>
            </w:pPr>
            <w:r w:rsidRPr="00702129">
              <w:rPr>
                <w:rFonts w:ascii="Aptos Display" w:hAnsi="Aptos Display"/>
                <w:sz w:val="23"/>
                <w:szCs w:val="23"/>
              </w:rPr>
              <w:t>thoughts and feelings</w:t>
            </w:r>
          </w:p>
          <w:p w14:paraId="7CE9C84C" w14:textId="77777777" w:rsidR="00235DC0" w:rsidRPr="00702129" w:rsidRDefault="00235DC0" w:rsidP="00235DC0">
            <w:pPr>
              <w:pStyle w:val="ListParagraph"/>
              <w:numPr>
                <w:ilvl w:val="0"/>
                <w:numId w:val="11"/>
              </w:numPr>
              <w:spacing w:after="100"/>
              <w:rPr>
                <w:rFonts w:ascii="Aptos Display" w:hAnsi="Aptos Display"/>
                <w:sz w:val="23"/>
                <w:szCs w:val="23"/>
              </w:rPr>
            </w:pPr>
            <w:r w:rsidRPr="00702129">
              <w:rPr>
                <w:rFonts w:ascii="Aptos Display" w:hAnsi="Aptos Display"/>
                <w:sz w:val="23"/>
                <w:szCs w:val="23"/>
              </w:rPr>
              <w:t xml:space="preserve">ways to express emotions </w:t>
            </w:r>
          </w:p>
          <w:p w14:paraId="2FB5F81B" w14:textId="77777777" w:rsidR="00235DC0" w:rsidRPr="00702129" w:rsidRDefault="00235DC0" w:rsidP="00235DC0">
            <w:pPr>
              <w:pStyle w:val="ListParagraph"/>
              <w:numPr>
                <w:ilvl w:val="0"/>
                <w:numId w:val="11"/>
              </w:numPr>
              <w:spacing w:after="100"/>
              <w:rPr>
                <w:rFonts w:ascii="Aptos Display" w:hAnsi="Aptos Display"/>
                <w:sz w:val="23"/>
                <w:szCs w:val="23"/>
              </w:rPr>
            </w:pPr>
            <w:r w:rsidRPr="00702129">
              <w:rPr>
                <w:rFonts w:ascii="Aptos Display" w:hAnsi="Aptos Display"/>
                <w:sz w:val="23"/>
                <w:szCs w:val="23"/>
              </w:rPr>
              <w:t>Gratitude and mindfulness</w:t>
            </w:r>
          </w:p>
          <w:p w14:paraId="45F504FD" w14:textId="77777777" w:rsidR="00B33602" w:rsidRDefault="00702129">
            <w:pPr>
              <w:spacing w:after="100"/>
              <w:rPr>
                <w:rFonts w:ascii="Aptos Display" w:hAnsi="Aptos Display"/>
                <w:sz w:val="23"/>
                <w:szCs w:val="23"/>
              </w:rPr>
            </w:pPr>
            <w:r w:rsidRPr="00702129">
              <w:rPr>
                <w:rFonts w:ascii="Aptos Display" w:hAnsi="Aptos Display"/>
                <w:sz w:val="23"/>
                <w:szCs w:val="23"/>
              </w:rPr>
              <w:t>J</w:t>
            </w:r>
            <w:r w:rsidRPr="00702129">
              <w:rPr>
                <w:rFonts w:ascii="Aptos Display" w:hAnsi="Aptos Display"/>
                <w:b/>
                <w:bCs/>
                <w:sz w:val="23"/>
                <w:szCs w:val="23"/>
              </w:rPr>
              <w:t>ourney in Love — AUTUMN: SOCIAL &amp; EMOTIONAL</w:t>
            </w:r>
            <w:r w:rsidRPr="00702129">
              <w:rPr>
                <w:rFonts w:ascii="Aptos Display" w:hAnsi="Aptos Display"/>
                <w:b/>
                <w:bCs/>
                <w:sz w:val="23"/>
                <w:szCs w:val="23"/>
              </w:rPr>
              <w:br/>
            </w:r>
          </w:p>
          <w:p w14:paraId="72FBFE3F" w14:textId="146D7382" w:rsidR="00317054" w:rsidRPr="00702129" w:rsidRDefault="00914460">
            <w:pPr>
              <w:spacing w:after="100"/>
              <w:rPr>
                <w:rFonts w:ascii="Aptos Display" w:hAnsi="Aptos Display"/>
                <w:b/>
                <w:bCs/>
                <w:sz w:val="23"/>
                <w:szCs w:val="23"/>
              </w:rPr>
            </w:pPr>
            <w:r w:rsidRPr="00702129">
              <w:rPr>
                <w:rFonts w:ascii="Aptos Display" w:hAnsi="Aptos Display"/>
                <w:sz w:val="23"/>
                <w:szCs w:val="23"/>
              </w:rPr>
              <w:t xml:space="preserve">To </w:t>
            </w:r>
            <w:proofErr w:type="spellStart"/>
            <w:r w:rsidRPr="00702129">
              <w:rPr>
                <w:rFonts w:ascii="Aptos Display" w:hAnsi="Aptos Display"/>
                <w:sz w:val="23"/>
                <w:szCs w:val="23"/>
              </w:rPr>
              <w:t>recognise</w:t>
            </w:r>
            <w:proofErr w:type="spellEnd"/>
            <w:r w:rsidRPr="00702129">
              <w:rPr>
                <w:rFonts w:ascii="Aptos Display" w:hAnsi="Aptos Display"/>
                <w:sz w:val="23"/>
                <w:szCs w:val="23"/>
              </w:rPr>
              <w:t xml:space="preserve"> signs that I am loved in my family.</w:t>
            </w:r>
          </w:p>
        </w:tc>
        <w:tc>
          <w:tcPr>
            <w:tcW w:w="2424" w:type="dxa"/>
            <w:shd w:val="clear" w:color="auto" w:fill="FFF2CC"/>
            <w:tcMar>
              <w:top w:w="85" w:type="dxa"/>
              <w:left w:w="85" w:type="dxa"/>
              <w:bottom w:w="85" w:type="dxa"/>
              <w:right w:w="85" w:type="dxa"/>
            </w:tcMar>
          </w:tcPr>
          <w:p w14:paraId="485599F1" w14:textId="77777777" w:rsidR="00A21624" w:rsidRPr="00702129" w:rsidRDefault="000E2D7E">
            <w:pPr>
              <w:spacing w:after="100"/>
              <w:rPr>
                <w:rFonts w:ascii="Aptos Display" w:hAnsi="Aptos Display"/>
                <w:b/>
                <w:sz w:val="23"/>
                <w:szCs w:val="23"/>
              </w:rPr>
            </w:pPr>
            <w:r w:rsidRPr="00702129">
              <w:rPr>
                <w:rFonts w:ascii="Aptos Display" w:hAnsi="Aptos Display"/>
                <w:b/>
                <w:sz w:val="23"/>
                <w:szCs w:val="23"/>
              </w:rPr>
              <w:t>P</w:t>
            </w:r>
            <w:r w:rsidR="00B96E25" w:rsidRPr="00702129">
              <w:rPr>
                <w:rFonts w:ascii="Aptos Display" w:hAnsi="Aptos Display"/>
                <w:b/>
                <w:sz w:val="23"/>
                <w:szCs w:val="23"/>
              </w:rPr>
              <w:t>ol</w:t>
            </w:r>
            <w:r w:rsidR="00A21624" w:rsidRPr="00702129">
              <w:rPr>
                <w:rFonts w:ascii="Aptos Display" w:hAnsi="Aptos Display"/>
                <w:b/>
                <w:sz w:val="23"/>
                <w:szCs w:val="23"/>
              </w:rPr>
              <w:t>-</w:t>
            </w:r>
            <w:r w:rsidRPr="00702129">
              <w:rPr>
                <w:rFonts w:ascii="Aptos Display" w:hAnsi="Aptos Display"/>
                <w:b/>
                <w:sz w:val="23"/>
                <w:szCs w:val="23"/>
              </w:rPr>
              <w:t>E</w:t>
            </w:r>
            <w:r w:rsidR="00B96E25" w:rsidRPr="00702129">
              <w:rPr>
                <w:rFonts w:ascii="Aptos Display" w:hAnsi="Aptos Display"/>
                <w:b/>
                <w:sz w:val="23"/>
                <w:szCs w:val="23"/>
              </w:rPr>
              <w:t>d Lessons</w:t>
            </w:r>
          </w:p>
          <w:p w14:paraId="16FF917D" w14:textId="77777777" w:rsidR="0044419D" w:rsidRPr="00702129" w:rsidRDefault="00A21624">
            <w:pPr>
              <w:spacing w:after="100"/>
              <w:rPr>
                <w:rFonts w:ascii="Aptos Display" w:hAnsi="Aptos Display"/>
                <w:b/>
                <w:sz w:val="23"/>
                <w:szCs w:val="23"/>
              </w:rPr>
            </w:pPr>
            <w:r w:rsidRPr="00702129">
              <w:rPr>
                <w:rFonts w:ascii="Aptos Display" w:hAnsi="Aptos Display"/>
                <w:b/>
                <w:sz w:val="23"/>
                <w:szCs w:val="23"/>
              </w:rPr>
              <w:t xml:space="preserve">Relationships </w:t>
            </w:r>
          </w:p>
          <w:p w14:paraId="657D2134" w14:textId="77777777" w:rsidR="00A21624" w:rsidRPr="00702129" w:rsidRDefault="00A21624">
            <w:pPr>
              <w:spacing w:after="100"/>
              <w:rPr>
                <w:rFonts w:ascii="Aptos Display" w:hAnsi="Aptos Display"/>
                <w:bCs/>
                <w:sz w:val="23"/>
                <w:szCs w:val="23"/>
              </w:rPr>
            </w:pPr>
            <w:r w:rsidRPr="00702129">
              <w:rPr>
                <w:rFonts w:ascii="Aptos Display" w:hAnsi="Aptos Display"/>
                <w:bCs/>
                <w:sz w:val="23"/>
                <w:szCs w:val="23"/>
              </w:rPr>
              <w:t>What is an ally?</w:t>
            </w:r>
          </w:p>
          <w:p w14:paraId="0C6FBBF5" w14:textId="77777777" w:rsidR="00A21624" w:rsidRPr="00702129" w:rsidRDefault="00A21624">
            <w:pPr>
              <w:spacing w:after="100"/>
              <w:rPr>
                <w:rFonts w:ascii="Aptos Display" w:hAnsi="Aptos Display"/>
                <w:bCs/>
                <w:sz w:val="23"/>
                <w:szCs w:val="23"/>
              </w:rPr>
            </w:pPr>
            <w:r w:rsidRPr="00702129">
              <w:rPr>
                <w:rFonts w:ascii="Aptos Display" w:hAnsi="Aptos Display"/>
                <w:bCs/>
                <w:sz w:val="23"/>
                <w:szCs w:val="23"/>
              </w:rPr>
              <w:t>How can I make friends?</w:t>
            </w:r>
          </w:p>
          <w:p w14:paraId="358A6758" w14:textId="77777777" w:rsidR="00A21624" w:rsidRPr="00702129" w:rsidRDefault="00A21624">
            <w:pPr>
              <w:spacing w:after="100"/>
              <w:rPr>
                <w:rFonts w:ascii="Aptos Display" w:hAnsi="Aptos Display"/>
                <w:bCs/>
                <w:sz w:val="23"/>
                <w:szCs w:val="23"/>
              </w:rPr>
            </w:pPr>
            <w:r w:rsidRPr="00702129">
              <w:rPr>
                <w:rFonts w:ascii="Aptos Display" w:hAnsi="Aptos Display"/>
                <w:bCs/>
                <w:sz w:val="23"/>
                <w:szCs w:val="23"/>
              </w:rPr>
              <w:t>What if my friends are making me feel sad?</w:t>
            </w:r>
          </w:p>
          <w:p w14:paraId="19AB5D6F" w14:textId="77777777" w:rsidR="00A21624" w:rsidRPr="00702129" w:rsidRDefault="00A21624">
            <w:pPr>
              <w:spacing w:after="100"/>
              <w:rPr>
                <w:rFonts w:ascii="Aptos Display" w:hAnsi="Aptos Display"/>
                <w:bCs/>
                <w:sz w:val="23"/>
                <w:szCs w:val="23"/>
              </w:rPr>
            </w:pPr>
            <w:r w:rsidRPr="00702129">
              <w:rPr>
                <w:rFonts w:ascii="Aptos Display" w:hAnsi="Aptos Display"/>
                <w:bCs/>
                <w:sz w:val="23"/>
                <w:szCs w:val="23"/>
              </w:rPr>
              <w:t>What is bullying?</w:t>
            </w:r>
          </w:p>
          <w:p w14:paraId="5E2C2338" w14:textId="77777777" w:rsidR="00A21624" w:rsidRPr="00702129" w:rsidRDefault="00A21624">
            <w:pPr>
              <w:spacing w:after="100"/>
              <w:rPr>
                <w:rFonts w:ascii="Aptos Display" w:hAnsi="Aptos Display"/>
                <w:bCs/>
                <w:sz w:val="23"/>
                <w:szCs w:val="23"/>
              </w:rPr>
            </w:pPr>
            <w:r w:rsidRPr="00702129">
              <w:rPr>
                <w:rFonts w:ascii="Aptos Display" w:hAnsi="Aptos Display"/>
                <w:bCs/>
                <w:sz w:val="23"/>
                <w:szCs w:val="23"/>
              </w:rPr>
              <w:t>Why are safe hands important?</w:t>
            </w:r>
          </w:p>
          <w:p w14:paraId="5E500883" w14:textId="77777777" w:rsidR="00A21624" w:rsidRPr="00702129" w:rsidRDefault="00A21624">
            <w:pPr>
              <w:spacing w:after="100"/>
              <w:rPr>
                <w:rFonts w:ascii="Aptos Display" w:hAnsi="Aptos Display"/>
                <w:bCs/>
                <w:sz w:val="23"/>
                <w:szCs w:val="23"/>
              </w:rPr>
            </w:pPr>
            <w:r w:rsidRPr="00702129">
              <w:rPr>
                <w:rFonts w:ascii="Aptos Display" w:hAnsi="Aptos Display"/>
                <w:bCs/>
                <w:sz w:val="23"/>
                <w:szCs w:val="23"/>
              </w:rPr>
              <w:t>Why is name calling unkind?</w:t>
            </w:r>
          </w:p>
          <w:p w14:paraId="3F637C61" w14:textId="77777777" w:rsidR="00A21624" w:rsidRPr="00702129" w:rsidRDefault="00A21624">
            <w:pPr>
              <w:spacing w:after="100"/>
              <w:rPr>
                <w:rFonts w:ascii="Aptos Display" w:hAnsi="Aptos Display"/>
                <w:b/>
                <w:sz w:val="23"/>
                <w:szCs w:val="23"/>
              </w:rPr>
            </w:pPr>
          </w:p>
          <w:p w14:paraId="66A77991" w14:textId="77777777" w:rsidR="00A21624" w:rsidRPr="00702129" w:rsidRDefault="00A21624">
            <w:pPr>
              <w:spacing w:after="100"/>
              <w:rPr>
                <w:rFonts w:ascii="Aptos Display" w:hAnsi="Aptos Display"/>
                <w:b/>
                <w:sz w:val="23"/>
                <w:szCs w:val="23"/>
              </w:rPr>
            </w:pPr>
          </w:p>
          <w:p w14:paraId="41EF91D5" w14:textId="77777777" w:rsidR="00A21624" w:rsidRPr="00702129" w:rsidRDefault="00A21624">
            <w:pPr>
              <w:spacing w:after="100"/>
              <w:rPr>
                <w:rFonts w:ascii="Aptos Display" w:hAnsi="Aptos Display"/>
                <w:b/>
                <w:sz w:val="23"/>
                <w:szCs w:val="23"/>
              </w:rPr>
            </w:pPr>
          </w:p>
          <w:p w14:paraId="1EBA7046" w14:textId="77777777" w:rsidR="00A21624" w:rsidRPr="00702129" w:rsidRDefault="00A21624">
            <w:pPr>
              <w:spacing w:after="100"/>
              <w:rPr>
                <w:rFonts w:ascii="Aptos Display" w:hAnsi="Aptos Display"/>
                <w:sz w:val="23"/>
                <w:szCs w:val="23"/>
              </w:rPr>
            </w:pPr>
          </w:p>
        </w:tc>
        <w:tc>
          <w:tcPr>
            <w:tcW w:w="2424" w:type="dxa"/>
            <w:shd w:val="clear" w:color="auto" w:fill="E2F0D9"/>
            <w:tcMar>
              <w:top w:w="85" w:type="dxa"/>
              <w:left w:w="85" w:type="dxa"/>
              <w:bottom w:w="85" w:type="dxa"/>
              <w:right w:w="85" w:type="dxa"/>
            </w:tcMar>
          </w:tcPr>
          <w:p w14:paraId="7171E360" w14:textId="77777777" w:rsidR="00A21624" w:rsidRPr="00702129" w:rsidRDefault="000E2D7E" w:rsidP="0072580E">
            <w:pPr>
              <w:spacing w:after="100"/>
              <w:rPr>
                <w:rFonts w:ascii="Aptos Display" w:hAnsi="Aptos Display"/>
                <w:b/>
                <w:sz w:val="23"/>
                <w:szCs w:val="23"/>
              </w:rPr>
            </w:pPr>
            <w:r w:rsidRPr="00702129">
              <w:rPr>
                <w:rFonts w:ascii="Aptos Display" w:hAnsi="Aptos Display"/>
                <w:b/>
                <w:sz w:val="23"/>
                <w:szCs w:val="23"/>
              </w:rPr>
              <w:t>Po</w:t>
            </w:r>
            <w:r w:rsidR="00A21624" w:rsidRPr="00702129">
              <w:rPr>
                <w:rFonts w:ascii="Aptos Display" w:hAnsi="Aptos Display"/>
                <w:b/>
                <w:sz w:val="23"/>
                <w:szCs w:val="23"/>
              </w:rPr>
              <w:t xml:space="preserve">l-Ed </w:t>
            </w:r>
            <w:r w:rsidR="00B96E25" w:rsidRPr="00702129">
              <w:rPr>
                <w:rFonts w:ascii="Aptos Display" w:hAnsi="Aptos Display"/>
                <w:b/>
                <w:sz w:val="23"/>
                <w:szCs w:val="23"/>
              </w:rPr>
              <w:t>Lessons</w:t>
            </w:r>
          </w:p>
          <w:p w14:paraId="392CD1B0" w14:textId="77777777" w:rsidR="0072580E" w:rsidRPr="00702129" w:rsidRDefault="000E2D7E" w:rsidP="0072580E">
            <w:pPr>
              <w:spacing w:after="100"/>
              <w:rPr>
                <w:rFonts w:ascii="Aptos Display" w:hAnsi="Aptos Display"/>
                <w:b/>
                <w:sz w:val="23"/>
                <w:szCs w:val="23"/>
              </w:rPr>
            </w:pPr>
            <w:r w:rsidRPr="00702129">
              <w:rPr>
                <w:rFonts w:ascii="Aptos Display" w:hAnsi="Aptos Display"/>
                <w:b/>
                <w:sz w:val="23"/>
                <w:szCs w:val="23"/>
              </w:rPr>
              <w:t xml:space="preserve"> </w:t>
            </w:r>
            <w:r w:rsidR="00A21624" w:rsidRPr="00702129">
              <w:rPr>
                <w:rFonts w:ascii="Aptos Display" w:hAnsi="Aptos Display"/>
                <w:b/>
                <w:sz w:val="23"/>
                <w:szCs w:val="23"/>
              </w:rPr>
              <w:t xml:space="preserve">Keeping Safe </w:t>
            </w:r>
          </w:p>
          <w:p w14:paraId="07751180" w14:textId="77777777" w:rsidR="00B96E25" w:rsidRPr="00702129" w:rsidRDefault="00B96E25" w:rsidP="0072580E">
            <w:pPr>
              <w:spacing w:after="100"/>
              <w:rPr>
                <w:rFonts w:ascii="Aptos Display" w:hAnsi="Aptos Display"/>
                <w:bCs/>
                <w:sz w:val="23"/>
                <w:szCs w:val="23"/>
              </w:rPr>
            </w:pPr>
            <w:r w:rsidRPr="00702129">
              <w:rPr>
                <w:rFonts w:ascii="Aptos Display" w:hAnsi="Aptos Display"/>
                <w:bCs/>
                <w:sz w:val="23"/>
                <w:szCs w:val="23"/>
              </w:rPr>
              <w:t>How can I keep safe in new places?</w:t>
            </w:r>
          </w:p>
          <w:p w14:paraId="312D16B2" w14:textId="77777777" w:rsidR="00B96E25" w:rsidRPr="00702129" w:rsidRDefault="00B96E25" w:rsidP="0072580E">
            <w:pPr>
              <w:spacing w:after="100"/>
              <w:rPr>
                <w:rFonts w:ascii="Aptos Display" w:hAnsi="Aptos Display"/>
                <w:bCs/>
                <w:sz w:val="23"/>
                <w:szCs w:val="23"/>
              </w:rPr>
            </w:pPr>
            <w:r w:rsidRPr="00702129">
              <w:rPr>
                <w:rFonts w:ascii="Aptos Display" w:hAnsi="Aptos Display"/>
                <w:bCs/>
                <w:sz w:val="23"/>
                <w:szCs w:val="23"/>
              </w:rPr>
              <w:t>How can I speak up?</w:t>
            </w:r>
          </w:p>
          <w:p w14:paraId="29CC712C" w14:textId="77777777" w:rsidR="00B96E25" w:rsidRPr="00702129" w:rsidRDefault="00B96E25" w:rsidP="0072580E">
            <w:pPr>
              <w:spacing w:after="100"/>
              <w:rPr>
                <w:rFonts w:ascii="Aptos Display" w:hAnsi="Aptos Display"/>
                <w:bCs/>
                <w:sz w:val="23"/>
                <w:szCs w:val="23"/>
              </w:rPr>
            </w:pPr>
            <w:r w:rsidRPr="00702129">
              <w:rPr>
                <w:rFonts w:ascii="Aptos Display" w:hAnsi="Aptos Display"/>
                <w:bCs/>
                <w:sz w:val="23"/>
                <w:szCs w:val="23"/>
              </w:rPr>
              <w:t>How can I use things at home safely?</w:t>
            </w:r>
          </w:p>
          <w:p w14:paraId="231E7BE7" w14:textId="77777777" w:rsidR="00B96E25" w:rsidRPr="00702129" w:rsidRDefault="00B96E25" w:rsidP="0072580E">
            <w:pPr>
              <w:spacing w:after="100"/>
              <w:rPr>
                <w:rFonts w:ascii="Aptos Display" w:hAnsi="Aptos Display"/>
                <w:bCs/>
                <w:sz w:val="23"/>
                <w:szCs w:val="23"/>
              </w:rPr>
            </w:pPr>
            <w:r w:rsidRPr="00702129">
              <w:rPr>
                <w:rFonts w:ascii="Aptos Display" w:hAnsi="Aptos Display"/>
                <w:bCs/>
                <w:sz w:val="23"/>
                <w:szCs w:val="23"/>
              </w:rPr>
              <w:t>What is 999?</w:t>
            </w:r>
          </w:p>
          <w:p w14:paraId="63841B5E" w14:textId="77777777" w:rsidR="00B96E25" w:rsidRPr="00702129" w:rsidRDefault="00B96E25" w:rsidP="0072580E">
            <w:pPr>
              <w:spacing w:after="100"/>
              <w:rPr>
                <w:rFonts w:ascii="Aptos Display" w:hAnsi="Aptos Display"/>
                <w:bCs/>
                <w:sz w:val="23"/>
                <w:szCs w:val="23"/>
              </w:rPr>
            </w:pPr>
            <w:r w:rsidRPr="00702129">
              <w:rPr>
                <w:rFonts w:ascii="Aptos Display" w:hAnsi="Aptos Display"/>
                <w:bCs/>
                <w:sz w:val="23"/>
                <w:szCs w:val="23"/>
              </w:rPr>
              <w:t>What is private information?</w:t>
            </w:r>
          </w:p>
          <w:p w14:paraId="5E1AC5CE" w14:textId="77777777" w:rsidR="00BE249E" w:rsidRPr="00702129" w:rsidRDefault="00B96E25">
            <w:pPr>
              <w:spacing w:after="100"/>
              <w:rPr>
                <w:rFonts w:ascii="Aptos Display" w:hAnsi="Aptos Display"/>
                <w:bCs/>
                <w:sz w:val="23"/>
                <w:szCs w:val="23"/>
              </w:rPr>
            </w:pPr>
            <w:r w:rsidRPr="00702129">
              <w:rPr>
                <w:rFonts w:ascii="Aptos Display" w:hAnsi="Aptos Display"/>
                <w:bCs/>
                <w:sz w:val="23"/>
                <w:szCs w:val="23"/>
              </w:rPr>
              <w:t>Who are my trusted adults?</w:t>
            </w:r>
          </w:p>
          <w:p w14:paraId="38CC65E2" w14:textId="77777777" w:rsidR="00B33602" w:rsidRDefault="00914460">
            <w:pPr>
              <w:spacing w:after="100"/>
              <w:rPr>
                <w:rFonts w:ascii="Aptos Display" w:hAnsi="Aptos Display"/>
                <w:bCs/>
                <w:sz w:val="23"/>
                <w:szCs w:val="23"/>
              </w:rPr>
            </w:pPr>
            <w:r w:rsidRPr="00702129">
              <w:rPr>
                <w:rFonts w:ascii="Aptos Display" w:hAnsi="Aptos Display"/>
                <w:b/>
                <w:sz w:val="23"/>
                <w:szCs w:val="23"/>
              </w:rPr>
              <w:t>Journey in Love — SPRING: PHYSICAL</w:t>
            </w:r>
            <w:r w:rsidRPr="00702129">
              <w:rPr>
                <w:rFonts w:ascii="Aptos Display" w:hAnsi="Aptos Display"/>
                <w:b/>
                <w:sz w:val="23"/>
                <w:szCs w:val="23"/>
              </w:rPr>
              <w:br/>
            </w:r>
          </w:p>
          <w:p w14:paraId="1A9FEE92" w14:textId="51D6CEE7" w:rsidR="0044419D" w:rsidRPr="00702129" w:rsidRDefault="00914460">
            <w:pPr>
              <w:spacing w:after="100"/>
              <w:rPr>
                <w:rFonts w:ascii="Aptos Display" w:hAnsi="Aptos Display"/>
                <w:bCs/>
                <w:sz w:val="23"/>
                <w:szCs w:val="23"/>
              </w:rPr>
            </w:pPr>
            <w:r w:rsidRPr="00702129">
              <w:rPr>
                <w:rFonts w:ascii="Aptos Display" w:hAnsi="Aptos Display"/>
                <w:bCs/>
                <w:sz w:val="23"/>
                <w:szCs w:val="23"/>
              </w:rPr>
              <w:t xml:space="preserve">To </w:t>
            </w:r>
            <w:proofErr w:type="spellStart"/>
            <w:r w:rsidRPr="00702129">
              <w:rPr>
                <w:rFonts w:ascii="Aptos Display" w:hAnsi="Aptos Display"/>
                <w:bCs/>
                <w:sz w:val="23"/>
                <w:szCs w:val="23"/>
              </w:rPr>
              <w:t>recognise</w:t>
            </w:r>
            <w:proofErr w:type="spellEnd"/>
            <w:r w:rsidRPr="00702129">
              <w:rPr>
                <w:rFonts w:ascii="Aptos Display" w:hAnsi="Aptos Display"/>
                <w:bCs/>
                <w:sz w:val="23"/>
                <w:szCs w:val="23"/>
              </w:rPr>
              <w:t xml:space="preserve"> how I am cared for and kept safe in my family.</w:t>
            </w:r>
          </w:p>
        </w:tc>
        <w:tc>
          <w:tcPr>
            <w:tcW w:w="2424" w:type="dxa"/>
            <w:shd w:val="clear" w:color="auto" w:fill="E2F0D9"/>
            <w:tcMar>
              <w:top w:w="85" w:type="dxa"/>
              <w:left w:w="85" w:type="dxa"/>
              <w:bottom w:w="85" w:type="dxa"/>
              <w:right w:w="85" w:type="dxa"/>
            </w:tcMar>
          </w:tcPr>
          <w:p w14:paraId="049020FF" w14:textId="77777777" w:rsidR="00A21624" w:rsidRPr="00702129" w:rsidRDefault="000E2D7E">
            <w:pPr>
              <w:spacing w:after="100"/>
              <w:rPr>
                <w:rFonts w:ascii="Aptos Display" w:hAnsi="Aptos Display"/>
                <w:b/>
                <w:sz w:val="23"/>
                <w:szCs w:val="23"/>
              </w:rPr>
            </w:pPr>
            <w:r w:rsidRPr="00702129">
              <w:rPr>
                <w:rFonts w:ascii="Aptos Display" w:hAnsi="Aptos Display"/>
                <w:b/>
                <w:sz w:val="23"/>
                <w:szCs w:val="23"/>
              </w:rPr>
              <w:t>P</w:t>
            </w:r>
            <w:r w:rsidR="00A21624" w:rsidRPr="00702129">
              <w:rPr>
                <w:rFonts w:ascii="Aptos Display" w:hAnsi="Aptos Display"/>
                <w:b/>
                <w:sz w:val="23"/>
                <w:szCs w:val="23"/>
              </w:rPr>
              <w:t>ol-Ed</w:t>
            </w:r>
            <w:r w:rsidR="00B96E25" w:rsidRPr="00702129">
              <w:rPr>
                <w:rFonts w:ascii="Aptos Display" w:hAnsi="Aptos Display"/>
                <w:b/>
                <w:sz w:val="23"/>
                <w:szCs w:val="23"/>
              </w:rPr>
              <w:t xml:space="preserve"> Lessons</w:t>
            </w:r>
          </w:p>
          <w:p w14:paraId="284E94D4" w14:textId="77777777" w:rsidR="0044419D" w:rsidRPr="00702129" w:rsidRDefault="000E2D7E">
            <w:pPr>
              <w:spacing w:after="100"/>
              <w:rPr>
                <w:rFonts w:ascii="Aptos Display" w:hAnsi="Aptos Display"/>
                <w:b/>
                <w:sz w:val="23"/>
                <w:szCs w:val="23"/>
              </w:rPr>
            </w:pPr>
            <w:r w:rsidRPr="00702129">
              <w:rPr>
                <w:rFonts w:ascii="Aptos Display" w:hAnsi="Aptos Display"/>
                <w:b/>
                <w:sz w:val="23"/>
                <w:szCs w:val="23"/>
              </w:rPr>
              <w:t>Understanding the law</w:t>
            </w:r>
          </w:p>
          <w:p w14:paraId="69B059B6" w14:textId="77777777" w:rsidR="00B96E25" w:rsidRPr="00702129" w:rsidRDefault="00B96E25">
            <w:pPr>
              <w:spacing w:after="100"/>
              <w:rPr>
                <w:rFonts w:ascii="Aptos Display" w:hAnsi="Aptos Display"/>
                <w:bCs/>
                <w:sz w:val="23"/>
                <w:szCs w:val="23"/>
              </w:rPr>
            </w:pPr>
            <w:r w:rsidRPr="00702129">
              <w:rPr>
                <w:rFonts w:ascii="Aptos Display" w:hAnsi="Aptos Display"/>
                <w:bCs/>
                <w:sz w:val="23"/>
                <w:szCs w:val="23"/>
              </w:rPr>
              <w:t>How can I be responsible?</w:t>
            </w:r>
          </w:p>
          <w:p w14:paraId="2D6E8D02" w14:textId="77777777" w:rsidR="00B96E25" w:rsidRPr="00702129" w:rsidRDefault="00B96E25">
            <w:pPr>
              <w:spacing w:after="100"/>
              <w:rPr>
                <w:rFonts w:ascii="Aptos Display" w:hAnsi="Aptos Display"/>
                <w:bCs/>
                <w:sz w:val="23"/>
                <w:szCs w:val="23"/>
              </w:rPr>
            </w:pPr>
            <w:r w:rsidRPr="00702129">
              <w:rPr>
                <w:rFonts w:ascii="Aptos Display" w:hAnsi="Aptos Display"/>
                <w:bCs/>
                <w:sz w:val="23"/>
                <w:szCs w:val="23"/>
              </w:rPr>
              <w:t>What can happen when rules are broken?</w:t>
            </w:r>
          </w:p>
          <w:p w14:paraId="0524632B" w14:textId="77777777" w:rsidR="00B96E25" w:rsidRPr="00702129" w:rsidRDefault="00B96E25">
            <w:pPr>
              <w:spacing w:after="100"/>
              <w:rPr>
                <w:rFonts w:ascii="Aptos Display" w:hAnsi="Aptos Display"/>
                <w:bCs/>
                <w:sz w:val="23"/>
                <w:szCs w:val="23"/>
              </w:rPr>
            </w:pPr>
            <w:r w:rsidRPr="00702129">
              <w:rPr>
                <w:rFonts w:ascii="Aptos Display" w:hAnsi="Aptos Display"/>
                <w:bCs/>
                <w:sz w:val="23"/>
                <w:szCs w:val="23"/>
              </w:rPr>
              <w:t>What do the police do?</w:t>
            </w:r>
          </w:p>
          <w:p w14:paraId="5FFD0923" w14:textId="77777777" w:rsidR="00B96E25" w:rsidRPr="00702129" w:rsidRDefault="00B96E25">
            <w:pPr>
              <w:spacing w:after="100"/>
              <w:rPr>
                <w:rFonts w:ascii="Aptos Display" w:hAnsi="Aptos Display"/>
                <w:sz w:val="23"/>
                <w:szCs w:val="23"/>
              </w:rPr>
            </w:pPr>
            <w:r w:rsidRPr="00702129">
              <w:rPr>
                <w:rFonts w:ascii="Aptos Display" w:hAnsi="Aptos Display"/>
                <w:bCs/>
                <w:sz w:val="23"/>
                <w:szCs w:val="23"/>
              </w:rPr>
              <w:t xml:space="preserve">Why </w:t>
            </w:r>
            <w:r w:rsidR="00BA04D9" w:rsidRPr="00702129">
              <w:rPr>
                <w:rFonts w:ascii="Aptos Display" w:hAnsi="Aptos Display"/>
                <w:bCs/>
                <w:sz w:val="23"/>
                <w:szCs w:val="23"/>
              </w:rPr>
              <w:t>do we have</w:t>
            </w:r>
            <w:r w:rsidRPr="00702129">
              <w:rPr>
                <w:rFonts w:ascii="Aptos Display" w:hAnsi="Aptos Display"/>
                <w:bCs/>
                <w:sz w:val="23"/>
                <w:szCs w:val="23"/>
              </w:rPr>
              <w:t xml:space="preserve"> different rules in different places?</w:t>
            </w:r>
          </w:p>
        </w:tc>
        <w:tc>
          <w:tcPr>
            <w:tcW w:w="2424" w:type="dxa"/>
            <w:shd w:val="clear" w:color="auto" w:fill="F4CCCC"/>
            <w:tcMar>
              <w:top w:w="85" w:type="dxa"/>
              <w:left w:w="85" w:type="dxa"/>
              <w:bottom w:w="85" w:type="dxa"/>
              <w:right w:w="85" w:type="dxa"/>
            </w:tcMar>
          </w:tcPr>
          <w:p w14:paraId="09547D7A" w14:textId="77777777" w:rsidR="00A21624" w:rsidRPr="00702129" w:rsidRDefault="000E2D7E">
            <w:pPr>
              <w:spacing w:after="100"/>
              <w:rPr>
                <w:rFonts w:ascii="Aptos Display" w:hAnsi="Aptos Display"/>
                <w:b/>
                <w:sz w:val="23"/>
                <w:szCs w:val="23"/>
              </w:rPr>
            </w:pPr>
            <w:r w:rsidRPr="00702129">
              <w:rPr>
                <w:rFonts w:ascii="Aptos Display" w:hAnsi="Aptos Display"/>
                <w:b/>
                <w:sz w:val="23"/>
                <w:szCs w:val="23"/>
              </w:rPr>
              <w:t>Pol</w:t>
            </w:r>
            <w:r w:rsidR="00A21624" w:rsidRPr="00702129">
              <w:rPr>
                <w:rFonts w:ascii="Aptos Display" w:hAnsi="Aptos Display"/>
                <w:b/>
                <w:sz w:val="23"/>
                <w:szCs w:val="23"/>
              </w:rPr>
              <w:t>-Ed</w:t>
            </w:r>
            <w:r w:rsidR="00B96E25" w:rsidRPr="00702129">
              <w:rPr>
                <w:rFonts w:ascii="Aptos Display" w:hAnsi="Aptos Display"/>
                <w:b/>
                <w:sz w:val="23"/>
                <w:szCs w:val="23"/>
              </w:rPr>
              <w:t xml:space="preserve"> Lessons</w:t>
            </w:r>
          </w:p>
          <w:p w14:paraId="095E6B2B" w14:textId="77777777" w:rsidR="00042837" w:rsidRPr="00702129" w:rsidRDefault="000E2D7E">
            <w:pPr>
              <w:spacing w:after="100"/>
              <w:rPr>
                <w:rFonts w:ascii="Aptos Display" w:hAnsi="Aptos Display"/>
                <w:b/>
                <w:sz w:val="23"/>
                <w:szCs w:val="23"/>
              </w:rPr>
            </w:pPr>
            <w:r w:rsidRPr="00702129">
              <w:rPr>
                <w:rFonts w:ascii="Aptos Display" w:hAnsi="Aptos Display"/>
                <w:b/>
                <w:sz w:val="23"/>
                <w:szCs w:val="23"/>
              </w:rPr>
              <w:t xml:space="preserve">Wellbeing </w:t>
            </w:r>
          </w:p>
          <w:p w14:paraId="06420CCB" w14:textId="77777777" w:rsidR="00B96E25" w:rsidRPr="00702129" w:rsidRDefault="00B96E25">
            <w:pPr>
              <w:spacing w:after="100"/>
              <w:rPr>
                <w:rFonts w:ascii="Aptos Display" w:hAnsi="Aptos Display"/>
                <w:bCs/>
                <w:sz w:val="23"/>
                <w:szCs w:val="23"/>
              </w:rPr>
            </w:pPr>
            <w:r w:rsidRPr="00702129">
              <w:rPr>
                <w:rFonts w:ascii="Aptos Display" w:hAnsi="Aptos Display"/>
                <w:bCs/>
                <w:sz w:val="23"/>
                <w:szCs w:val="23"/>
              </w:rPr>
              <w:t>What makes me special?</w:t>
            </w:r>
          </w:p>
          <w:p w14:paraId="2EF175C1" w14:textId="77777777" w:rsidR="00B96E25" w:rsidRPr="00702129" w:rsidRDefault="00B96E25">
            <w:pPr>
              <w:spacing w:after="100"/>
              <w:rPr>
                <w:rFonts w:ascii="Aptos Display" w:hAnsi="Aptos Display"/>
                <w:bCs/>
                <w:sz w:val="23"/>
                <w:szCs w:val="23"/>
              </w:rPr>
            </w:pPr>
            <w:r w:rsidRPr="00702129">
              <w:rPr>
                <w:rFonts w:ascii="Aptos Display" w:hAnsi="Aptos Display"/>
                <w:bCs/>
                <w:sz w:val="23"/>
                <w:szCs w:val="23"/>
              </w:rPr>
              <w:t>What do feelings feel like?</w:t>
            </w:r>
          </w:p>
          <w:p w14:paraId="003F34D3" w14:textId="77777777" w:rsidR="00B96E25" w:rsidRPr="00702129" w:rsidRDefault="00B96E25">
            <w:pPr>
              <w:spacing w:after="100"/>
              <w:rPr>
                <w:rFonts w:ascii="Aptos Display" w:hAnsi="Aptos Display"/>
                <w:bCs/>
                <w:sz w:val="23"/>
                <w:szCs w:val="23"/>
              </w:rPr>
            </w:pPr>
            <w:r w:rsidRPr="00702129">
              <w:rPr>
                <w:rFonts w:ascii="Aptos Display" w:hAnsi="Aptos Display"/>
                <w:bCs/>
                <w:sz w:val="23"/>
                <w:szCs w:val="23"/>
              </w:rPr>
              <w:t>How can I share feelings?</w:t>
            </w:r>
          </w:p>
          <w:p w14:paraId="13DA2F9D" w14:textId="77777777" w:rsidR="00B96E25" w:rsidRPr="00702129" w:rsidRDefault="00BA04D9">
            <w:pPr>
              <w:spacing w:after="100"/>
              <w:rPr>
                <w:rFonts w:ascii="Aptos Display" w:hAnsi="Aptos Display"/>
                <w:bCs/>
                <w:sz w:val="23"/>
                <w:szCs w:val="23"/>
              </w:rPr>
            </w:pPr>
            <w:r w:rsidRPr="00702129">
              <w:rPr>
                <w:rFonts w:ascii="Aptos Display" w:hAnsi="Aptos Display"/>
                <w:bCs/>
                <w:sz w:val="23"/>
                <w:szCs w:val="23"/>
              </w:rPr>
              <w:t>How can I be an empathy expert?</w:t>
            </w:r>
          </w:p>
          <w:p w14:paraId="34614CEA" w14:textId="77777777" w:rsidR="00042837" w:rsidRPr="00702129" w:rsidRDefault="00042837">
            <w:pPr>
              <w:spacing w:after="100"/>
              <w:rPr>
                <w:rFonts w:ascii="Aptos Display" w:hAnsi="Aptos Display"/>
                <w:bCs/>
                <w:sz w:val="23"/>
                <w:szCs w:val="23"/>
              </w:rPr>
            </w:pPr>
          </w:p>
          <w:p w14:paraId="13D07BAB" w14:textId="77777777" w:rsidR="0044419D" w:rsidRPr="00702129" w:rsidRDefault="0044419D">
            <w:pPr>
              <w:spacing w:after="100"/>
              <w:rPr>
                <w:rFonts w:ascii="Aptos Display" w:hAnsi="Aptos Display"/>
                <w:sz w:val="23"/>
                <w:szCs w:val="23"/>
              </w:rPr>
            </w:pPr>
          </w:p>
          <w:p w14:paraId="4024FFD3" w14:textId="77777777" w:rsidR="00263D83" w:rsidRPr="00702129" w:rsidRDefault="00263D83">
            <w:pPr>
              <w:spacing w:after="100"/>
              <w:rPr>
                <w:rFonts w:ascii="Aptos Display" w:hAnsi="Aptos Display"/>
                <w:sz w:val="23"/>
                <w:szCs w:val="23"/>
              </w:rPr>
            </w:pPr>
          </w:p>
          <w:p w14:paraId="66771E09" w14:textId="77777777" w:rsidR="00263D83" w:rsidRPr="00702129" w:rsidRDefault="00263D83">
            <w:pPr>
              <w:spacing w:after="100"/>
              <w:rPr>
                <w:rFonts w:ascii="Aptos Display" w:hAnsi="Aptos Display"/>
                <w:sz w:val="23"/>
                <w:szCs w:val="23"/>
              </w:rPr>
            </w:pPr>
          </w:p>
          <w:p w14:paraId="02C83E0D" w14:textId="77777777" w:rsidR="00263D83" w:rsidRPr="00702129" w:rsidRDefault="00263D83">
            <w:pPr>
              <w:spacing w:after="100"/>
              <w:rPr>
                <w:rFonts w:ascii="Aptos Display" w:hAnsi="Aptos Display"/>
                <w:sz w:val="23"/>
                <w:szCs w:val="23"/>
              </w:rPr>
            </w:pPr>
          </w:p>
        </w:tc>
        <w:tc>
          <w:tcPr>
            <w:tcW w:w="2424" w:type="dxa"/>
            <w:shd w:val="clear" w:color="auto" w:fill="F4CCCC"/>
            <w:tcMar>
              <w:top w:w="85" w:type="dxa"/>
              <w:left w:w="85" w:type="dxa"/>
              <w:bottom w:w="85" w:type="dxa"/>
              <w:right w:w="85" w:type="dxa"/>
            </w:tcMar>
          </w:tcPr>
          <w:p w14:paraId="57013916" w14:textId="77777777" w:rsidR="00042837" w:rsidRPr="00702129" w:rsidRDefault="00914460">
            <w:pPr>
              <w:spacing w:after="100"/>
              <w:rPr>
                <w:rFonts w:ascii="Aptos Display" w:hAnsi="Aptos Display"/>
                <w:b/>
                <w:sz w:val="23"/>
                <w:szCs w:val="23"/>
              </w:rPr>
            </w:pPr>
            <w:r w:rsidRPr="00702129">
              <w:rPr>
                <w:rFonts w:ascii="Aptos Display" w:hAnsi="Aptos Display"/>
                <w:b/>
                <w:sz w:val="23"/>
                <w:szCs w:val="23"/>
              </w:rPr>
              <w:t>One World</w:t>
            </w:r>
          </w:p>
          <w:p w14:paraId="64F7DBF5" w14:textId="77777777" w:rsidR="00B96E25" w:rsidRPr="00702129" w:rsidRDefault="00B96E25">
            <w:pPr>
              <w:spacing w:after="100"/>
              <w:rPr>
                <w:rFonts w:ascii="Aptos Display" w:hAnsi="Aptos Display"/>
                <w:b/>
                <w:sz w:val="23"/>
                <w:szCs w:val="23"/>
              </w:rPr>
            </w:pPr>
            <w:r w:rsidRPr="00702129">
              <w:rPr>
                <w:rFonts w:ascii="Aptos Display" w:hAnsi="Aptos Display"/>
                <w:b/>
                <w:sz w:val="23"/>
                <w:szCs w:val="23"/>
              </w:rPr>
              <w:t>Transition</w:t>
            </w:r>
          </w:p>
          <w:p w14:paraId="13BE241E" w14:textId="77777777" w:rsidR="0044419D" w:rsidRPr="00702129" w:rsidRDefault="00914460">
            <w:pPr>
              <w:spacing w:after="100"/>
              <w:rPr>
                <w:rFonts w:ascii="Aptos Display" w:hAnsi="Aptos Display"/>
                <w:bCs/>
                <w:sz w:val="23"/>
                <w:szCs w:val="23"/>
              </w:rPr>
            </w:pPr>
            <w:r w:rsidRPr="00702129">
              <w:rPr>
                <w:rFonts w:ascii="Aptos Display" w:hAnsi="Aptos Display"/>
                <w:bCs/>
                <w:sz w:val="23"/>
                <w:szCs w:val="23"/>
              </w:rPr>
              <w:t>Children compare family life,</w:t>
            </w:r>
            <w:r w:rsidRPr="00702129">
              <w:rPr>
                <w:rFonts w:ascii="Aptos Display" w:hAnsi="Aptos Display"/>
                <w:bCs/>
                <w:sz w:val="23"/>
                <w:szCs w:val="23"/>
              </w:rPr>
              <w:t xml:space="preserve"> homes and schools around the world, explore similarities and differences and learn ways to care for the Earth.</w:t>
            </w:r>
          </w:p>
          <w:p w14:paraId="007C4BC6" w14:textId="77777777" w:rsidR="00503DC2" w:rsidRPr="00702129" w:rsidRDefault="00503DC2">
            <w:pPr>
              <w:spacing w:after="100"/>
              <w:rPr>
                <w:rFonts w:ascii="Aptos Display" w:hAnsi="Aptos Display"/>
                <w:bCs/>
                <w:sz w:val="23"/>
                <w:szCs w:val="23"/>
              </w:rPr>
            </w:pPr>
          </w:p>
          <w:p w14:paraId="0E82FAA9" w14:textId="77777777" w:rsidR="00B33602" w:rsidRDefault="00503DC2" w:rsidP="00503DC2">
            <w:pPr>
              <w:spacing w:after="100"/>
              <w:rPr>
                <w:rFonts w:ascii="Aptos Display" w:hAnsi="Aptos Display"/>
                <w:bCs/>
                <w:sz w:val="23"/>
                <w:szCs w:val="23"/>
              </w:rPr>
            </w:pPr>
            <w:r w:rsidRPr="00702129">
              <w:rPr>
                <w:rFonts w:ascii="Aptos Display" w:hAnsi="Aptos Display"/>
                <w:b/>
                <w:sz w:val="23"/>
                <w:szCs w:val="23"/>
              </w:rPr>
              <w:t>Journey in Love — SUMMER: SPIRITUAL</w:t>
            </w:r>
            <w:r w:rsidRPr="00702129">
              <w:rPr>
                <w:rFonts w:ascii="Aptos Display" w:hAnsi="Aptos Display"/>
                <w:b/>
                <w:sz w:val="23"/>
                <w:szCs w:val="23"/>
              </w:rPr>
              <w:br/>
            </w:r>
          </w:p>
          <w:p w14:paraId="5CCA7660" w14:textId="49243E9D" w:rsidR="00503DC2" w:rsidRPr="00702129" w:rsidRDefault="00503DC2" w:rsidP="00503DC2">
            <w:pPr>
              <w:spacing w:after="100"/>
              <w:rPr>
                <w:rFonts w:ascii="Aptos Display" w:hAnsi="Aptos Display"/>
                <w:b/>
                <w:sz w:val="23"/>
                <w:szCs w:val="23"/>
              </w:rPr>
            </w:pPr>
            <w:r w:rsidRPr="00702129">
              <w:rPr>
                <w:rFonts w:ascii="Aptos Display" w:hAnsi="Aptos Display"/>
                <w:bCs/>
                <w:sz w:val="23"/>
                <w:szCs w:val="23"/>
              </w:rPr>
              <w:t>To celebrate ways that God loves and cares for us.</w:t>
            </w:r>
          </w:p>
          <w:p w14:paraId="5E2C3589" w14:textId="77777777" w:rsidR="00503DC2" w:rsidRPr="00702129" w:rsidRDefault="00503DC2" w:rsidP="00503DC2">
            <w:pPr>
              <w:spacing w:after="100"/>
              <w:rPr>
                <w:rFonts w:ascii="Aptos Display" w:hAnsi="Aptos Display"/>
                <w:sz w:val="23"/>
                <w:szCs w:val="23"/>
              </w:rPr>
            </w:pPr>
          </w:p>
          <w:p w14:paraId="610EC1DA" w14:textId="77777777" w:rsidR="00317054" w:rsidRPr="00702129" w:rsidRDefault="00317054">
            <w:pPr>
              <w:spacing w:after="100"/>
              <w:rPr>
                <w:rFonts w:ascii="Aptos Display" w:hAnsi="Aptos Display"/>
                <w:sz w:val="23"/>
                <w:szCs w:val="23"/>
              </w:rPr>
            </w:pPr>
          </w:p>
        </w:tc>
      </w:tr>
    </w:tbl>
    <w:p w14:paraId="5775E1C3" w14:textId="77777777" w:rsidR="003F65DC" w:rsidRPr="00702129" w:rsidRDefault="003F65DC">
      <w:pPr>
        <w:spacing w:before="60" w:after="40"/>
        <w:rPr>
          <w:rFonts w:ascii="Aptos Display" w:hAnsi="Aptos Display"/>
          <w:sz w:val="23"/>
          <w:szCs w:val="23"/>
        </w:rPr>
      </w:pPr>
    </w:p>
    <w:p w14:paraId="1996DB96" w14:textId="77777777" w:rsidR="00702129" w:rsidRDefault="00702129" w:rsidP="00263D83">
      <w:pPr>
        <w:keepNext/>
        <w:rPr>
          <w:rFonts w:ascii="Aptos Display" w:hAnsi="Aptos Display"/>
          <w:b/>
          <w:sz w:val="23"/>
          <w:szCs w:val="23"/>
        </w:rPr>
      </w:pPr>
    </w:p>
    <w:p w14:paraId="6062ED33" w14:textId="7E1F80A3" w:rsidR="003F65DC" w:rsidRPr="00702129" w:rsidRDefault="00914460" w:rsidP="00263D83">
      <w:pPr>
        <w:keepNext/>
        <w:rPr>
          <w:rFonts w:ascii="Aptos Display" w:hAnsi="Aptos Display"/>
          <w:sz w:val="23"/>
          <w:szCs w:val="23"/>
        </w:rPr>
      </w:pPr>
      <w:r w:rsidRPr="00702129">
        <w:rPr>
          <w:rFonts w:ascii="Aptos Display" w:hAnsi="Aptos Display"/>
          <w:b/>
          <w:sz w:val="23"/>
          <w:szCs w:val="23"/>
        </w:rPr>
        <w:t>Year 2 - Community, relationships, health and responsibility</w:t>
      </w:r>
    </w:p>
    <w:p w14:paraId="4E32A4EE" w14:textId="77777777" w:rsidR="003F65DC" w:rsidRPr="00702129" w:rsidRDefault="00914460">
      <w:pPr>
        <w:spacing w:after="80"/>
        <w:rPr>
          <w:rFonts w:ascii="Aptos Display" w:hAnsi="Aptos Display"/>
          <w:sz w:val="23"/>
          <w:szCs w:val="23"/>
        </w:rPr>
      </w:pPr>
      <w:r w:rsidRPr="00702129">
        <w:rPr>
          <w:rFonts w:ascii="Aptos Display" w:hAnsi="Aptos Display"/>
          <w:b/>
          <w:bCs/>
          <w:sz w:val="23"/>
          <w:szCs w:val="23"/>
        </w:rPr>
        <w:t>Journey in Love theme: We meet God's love in the community. Across the year, children will: Develop teamwork and belonging, recognise similarities and differences, explore families and relationships, and learn to share worries. They will learn a</w:t>
      </w:r>
      <w:r w:rsidRPr="00702129">
        <w:rPr>
          <w:rFonts w:ascii="Aptos Display" w:hAnsi="Aptos Display"/>
          <w:b/>
          <w:bCs/>
          <w:sz w:val="23"/>
          <w:szCs w:val="23"/>
        </w:rPr>
        <w:t>bout online and fire safety, medicines, private body parts, age-related rules, needs, wants, jobs and money. Children will consider healthy habits, sleep, taking breaks, managing change and video gaming, and explore diversity and responsibility in their communities.</w:t>
      </w:r>
    </w:p>
    <w:p w14:paraId="07EE0B6B" w14:textId="77777777" w:rsidR="00D63BB5" w:rsidRPr="00702129" w:rsidRDefault="00D63BB5">
      <w:pPr>
        <w:spacing w:after="80"/>
        <w:rPr>
          <w:rFonts w:ascii="Aptos Display" w:hAnsi="Aptos Display"/>
          <w:sz w:val="23"/>
          <w:szCs w:val="23"/>
        </w:rPr>
      </w:pP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702129" w14:paraId="753629FC" w14:textId="77777777">
        <w:trPr>
          <w:jc w:val="center"/>
        </w:trPr>
        <w:tc>
          <w:tcPr>
            <w:tcW w:w="2424" w:type="dxa"/>
            <w:shd w:val="clear" w:color="auto" w:fill="FFF2CC"/>
            <w:tcMar>
              <w:top w:w="85" w:type="dxa"/>
              <w:left w:w="85" w:type="dxa"/>
              <w:bottom w:w="85" w:type="dxa"/>
              <w:right w:w="85" w:type="dxa"/>
            </w:tcMar>
          </w:tcPr>
          <w:p w14:paraId="5238A9E3"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Autumn 1</w:t>
            </w:r>
          </w:p>
        </w:tc>
        <w:tc>
          <w:tcPr>
            <w:tcW w:w="2424" w:type="dxa"/>
            <w:shd w:val="clear" w:color="auto" w:fill="FFF2CC"/>
            <w:tcMar>
              <w:top w:w="85" w:type="dxa"/>
              <w:left w:w="85" w:type="dxa"/>
              <w:bottom w:w="85" w:type="dxa"/>
              <w:right w:w="85" w:type="dxa"/>
            </w:tcMar>
          </w:tcPr>
          <w:p w14:paraId="62DA5523"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Autumn 2</w:t>
            </w:r>
          </w:p>
        </w:tc>
        <w:tc>
          <w:tcPr>
            <w:tcW w:w="2424" w:type="dxa"/>
            <w:shd w:val="clear" w:color="auto" w:fill="E2F0D9"/>
            <w:tcMar>
              <w:top w:w="85" w:type="dxa"/>
              <w:left w:w="85" w:type="dxa"/>
              <w:bottom w:w="85" w:type="dxa"/>
              <w:right w:w="85" w:type="dxa"/>
            </w:tcMar>
          </w:tcPr>
          <w:p w14:paraId="6D00FA3A"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Spring 1</w:t>
            </w:r>
          </w:p>
        </w:tc>
        <w:tc>
          <w:tcPr>
            <w:tcW w:w="2424" w:type="dxa"/>
            <w:shd w:val="clear" w:color="auto" w:fill="E2F0D9"/>
            <w:tcMar>
              <w:top w:w="85" w:type="dxa"/>
              <w:left w:w="85" w:type="dxa"/>
              <w:bottom w:w="85" w:type="dxa"/>
              <w:right w:w="85" w:type="dxa"/>
            </w:tcMar>
          </w:tcPr>
          <w:p w14:paraId="598C6D18"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Spring 2</w:t>
            </w:r>
          </w:p>
        </w:tc>
        <w:tc>
          <w:tcPr>
            <w:tcW w:w="2424" w:type="dxa"/>
            <w:shd w:val="clear" w:color="auto" w:fill="F4CCCC"/>
            <w:tcMar>
              <w:top w:w="85" w:type="dxa"/>
              <w:left w:w="85" w:type="dxa"/>
              <w:bottom w:w="85" w:type="dxa"/>
              <w:right w:w="85" w:type="dxa"/>
            </w:tcMar>
          </w:tcPr>
          <w:p w14:paraId="7B420C74"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Summer 1</w:t>
            </w:r>
          </w:p>
        </w:tc>
        <w:tc>
          <w:tcPr>
            <w:tcW w:w="2424" w:type="dxa"/>
            <w:shd w:val="clear" w:color="auto" w:fill="F4CCCC"/>
            <w:tcMar>
              <w:top w:w="85" w:type="dxa"/>
              <w:left w:w="85" w:type="dxa"/>
              <w:bottom w:w="85" w:type="dxa"/>
              <w:right w:w="85" w:type="dxa"/>
            </w:tcMar>
          </w:tcPr>
          <w:p w14:paraId="2FE4BD12"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Summer 2</w:t>
            </w:r>
          </w:p>
        </w:tc>
      </w:tr>
      <w:tr w:rsidR="003F65DC" w:rsidRPr="00702129" w14:paraId="1E2F87EE" w14:textId="77777777">
        <w:trPr>
          <w:jc w:val="center"/>
        </w:trPr>
        <w:tc>
          <w:tcPr>
            <w:tcW w:w="2424" w:type="dxa"/>
            <w:shd w:val="clear" w:color="auto" w:fill="FFF2CC"/>
            <w:tcMar>
              <w:top w:w="85" w:type="dxa"/>
              <w:left w:w="85" w:type="dxa"/>
              <w:bottom w:w="85" w:type="dxa"/>
              <w:right w:w="85" w:type="dxa"/>
            </w:tcMar>
          </w:tcPr>
          <w:p w14:paraId="39F5AF92" w14:textId="77777777" w:rsidR="000A7A32" w:rsidRPr="00702129" w:rsidRDefault="00914460">
            <w:pPr>
              <w:spacing w:after="100"/>
              <w:rPr>
                <w:rFonts w:ascii="Aptos Display" w:hAnsi="Aptos Display"/>
                <w:b/>
                <w:bCs/>
                <w:sz w:val="23"/>
                <w:szCs w:val="23"/>
              </w:rPr>
            </w:pPr>
            <w:r w:rsidRPr="00702129">
              <w:rPr>
                <w:rFonts w:ascii="Aptos Display" w:hAnsi="Aptos Display"/>
                <w:b/>
                <w:bCs/>
                <w:sz w:val="23"/>
                <w:szCs w:val="23"/>
              </w:rPr>
              <w:t>N</w:t>
            </w:r>
            <w:r w:rsidR="00602A1E" w:rsidRPr="00702129">
              <w:rPr>
                <w:rFonts w:ascii="Aptos Display" w:hAnsi="Aptos Display"/>
                <w:b/>
                <w:bCs/>
                <w:sz w:val="23"/>
                <w:szCs w:val="23"/>
              </w:rPr>
              <w:t>ew Beginnings</w:t>
            </w:r>
          </w:p>
          <w:p w14:paraId="215D33CE" w14:textId="77777777" w:rsidR="002767C1" w:rsidRPr="00702129" w:rsidRDefault="00602A1E">
            <w:pPr>
              <w:spacing w:after="100"/>
              <w:rPr>
                <w:rFonts w:ascii="Aptos Display" w:hAnsi="Aptos Display"/>
                <w:b/>
                <w:bCs/>
                <w:sz w:val="23"/>
                <w:szCs w:val="23"/>
              </w:rPr>
            </w:pPr>
            <w:r w:rsidRPr="00702129">
              <w:rPr>
                <w:rFonts w:ascii="Aptos Display" w:hAnsi="Aptos Display"/>
                <w:b/>
                <w:bCs/>
                <w:sz w:val="23"/>
                <w:szCs w:val="23"/>
              </w:rPr>
              <w:t>TEAM</w:t>
            </w:r>
            <w:r w:rsidRPr="00702129">
              <w:rPr>
                <w:rFonts w:ascii="Aptos Display" w:hAnsi="Aptos Display"/>
                <w:b/>
                <w:bCs/>
                <w:sz w:val="23"/>
                <w:szCs w:val="23"/>
              </w:rPr>
              <w:br/>
            </w:r>
            <w:r w:rsidRPr="00702129">
              <w:rPr>
                <w:rFonts w:ascii="Aptos Display" w:hAnsi="Aptos Display"/>
                <w:sz w:val="23"/>
                <w:szCs w:val="23"/>
              </w:rPr>
              <w:t xml:space="preserve">Children explore </w:t>
            </w:r>
            <w:r w:rsidR="000A7A32" w:rsidRPr="00702129">
              <w:rPr>
                <w:rFonts w:ascii="Aptos Display" w:hAnsi="Aptos Display"/>
                <w:sz w:val="23"/>
                <w:szCs w:val="23"/>
              </w:rPr>
              <w:t xml:space="preserve">belonging. The rules of our class, school and community and how a positive learning environment creates success for all. </w:t>
            </w:r>
          </w:p>
          <w:p w14:paraId="297554A0" w14:textId="77777777" w:rsidR="00702129" w:rsidRPr="00702129" w:rsidRDefault="00702129">
            <w:pPr>
              <w:spacing w:after="100"/>
              <w:rPr>
                <w:rFonts w:ascii="Aptos Display" w:hAnsi="Aptos Display"/>
                <w:b/>
                <w:bCs/>
                <w:sz w:val="23"/>
                <w:szCs w:val="23"/>
              </w:rPr>
            </w:pPr>
          </w:p>
          <w:p w14:paraId="0F992F6B" w14:textId="4E1F7FC4" w:rsidR="00317054" w:rsidRPr="00702129" w:rsidRDefault="002767C1">
            <w:pPr>
              <w:spacing w:after="100"/>
              <w:rPr>
                <w:rFonts w:ascii="Aptos Display" w:hAnsi="Aptos Display"/>
                <w:sz w:val="23"/>
                <w:szCs w:val="23"/>
              </w:rPr>
            </w:pPr>
            <w:r w:rsidRPr="00702129">
              <w:rPr>
                <w:rFonts w:ascii="Aptos Display" w:hAnsi="Aptos Display"/>
                <w:b/>
                <w:bCs/>
                <w:sz w:val="23"/>
                <w:szCs w:val="23"/>
              </w:rPr>
              <w:t>Journey</w:t>
            </w:r>
            <w:r w:rsidR="00602A1E" w:rsidRPr="00702129">
              <w:rPr>
                <w:rFonts w:ascii="Aptos Display" w:hAnsi="Aptos Display"/>
                <w:b/>
                <w:bCs/>
                <w:sz w:val="23"/>
                <w:szCs w:val="23"/>
              </w:rPr>
              <w:t xml:space="preserve"> in Love — AUTUMN: SOCIAL &amp; EMOTIONAL</w:t>
            </w:r>
            <w:r w:rsidR="00602A1E" w:rsidRPr="00702129">
              <w:rPr>
                <w:rFonts w:ascii="Aptos Display" w:hAnsi="Aptos Display"/>
                <w:sz w:val="23"/>
                <w:szCs w:val="23"/>
              </w:rPr>
              <w:br/>
            </w:r>
            <w:r w:rsidR="00602A1E" w:rsidRPr="00702129">
              <w:rPr>
                <w:rFonts w:ascii="Aptos Display" w:hAnsi="Aptos Display"/>
                <w:sz w:val="23"/>
                <w:szCs w:val="23"/>
              </w:rPr>
              <w:br/>
              <w:t>To recognise the joy and friendship of belonging to a diverse community.</w:t>
            </w:r>
            <w:r w:rsidR="00602A1E" w:rsidRPr="00702129">
              <w:rPr>
                <w:rFonts w:ascii="Aptos Display" w:hAnsi="Aptos Display"/>
                <w:sz w:val="23"/>
                <w:szCs w:val="23"/>
              </w:rPr>
              <w:br/>
            </w:r>
          </w:p>
        </w:tc>
        <w:tc>
          <w:tcPr>
            <w:tcW w:w="2424" w:type="dxa"/>
            <w:shd w:val="clear" w:color="auto" w:fill="FFF2CC"/>
            <w:tcMar>
              <w:top w:w="85" w:type="dxa"/>
              <w:left w:w="85" w:type="dxa"/>
              <w:bottom w:w="85" w:type="dxa"/>
              <w:right w:w="85" w:type="dxa"/>
            </w:tcMar>
          </w:tcPr>
          <w:p w14:paraId="02BCDD96" w14:textId="77777777" w:rsidR="000A7A32" w:rsidRPr="00702129" w:rsidRDefault="000E2D7E" w:rsidP="000E2D7E">
            <w:pPr>
              <w:spacing w:after="100"/>
              <w:rPr>
                <w:rFonts w:ascii="Aptos Display" w:hAnsi="Aptos Display"/>
                <w:b/>
                <w:sz w:val="23"/>
                <w:szCs w:val="23"/>
              </w:rPr>
            </w:pPr>
            <w:r w:rsidRPr="00702129">
              <w:rPr>
                <w:rFonts w:ascii="Aptos Display" w:hAnsi="Aptos Display"/>
                <w:b/>
                <w:sz w:val="23"/>
                <w:szCs w:val="23"/>
              </w:rPr>
              <w:t>Pol</w:t>
            </w:r>
            <w:r w:rsidR="000A7A32" w:rsidRPr="00702129">
              <w:rPr>
                <w:rFonts w:ascii="Aptos Display" w:hAnsi="Aptos Display"/>
                <w:b/>
                <w:sz w:val="23"/>
                <w:szCs w:val="23"/>
              </w:rPr>
              <w:t>-E</w:t>
            </w:r>
            <w:r w:rsidRPr="00702129">
              <w:rPr>
                <w:rFonts w:ascii="Aptos Display" w:hAnsi="Aptos Display"/>
                <w:b/>
                <w:sz w:val="23"/>
                <w:szCs w:val="23"/>
              </w:rPr>
              <w:t>d</w:t>
            </w:r>
            <w:r w:rsidR="000A7A32" w:rsidRPr="00702129">
              <w:rPr>
                <w:rFonts w:ascii="Aptos Display" w:hAnsi="Aptos Display"/>
                <w:b/>
                <w:sz w:val="23"/>
                <w:szCs w:val="23"/>
              </w:rPr>
              <w:t xml:space="preserve"> Lessons</w:t>
            </w:r>
          </w:p>
          <w:p w14:paraId="228D826F" w14:textId="77777777" w:rsidR="000A7A32" w:rsidRPr="00702129" w:rsidRDefault="000A7A32" w:rsidP="000E2D7E">
            <w:pPr>
              <w:spacing w:after="100"/>
              <w:rPr>
                <w:rFonts w:ascii="Aptos Display" w:hAnsi="Aptos Display"/>
                <w:b/>
                <w:sz w:val="23"/>
                <w:szCs w:val="23"/>
              </w:rPr>
            </w:pPr>
            <w:r w:rsidRPr="00702129">
              <w:rPr>
                <w:rFonts w:ascii="Aptos Display" w:hAnsi="Aptos Display"/>
                <w:b/>
                <w:sz w:val="23"/>
                <w:szCs w:val="23"/>
              </w:rPr>
              <w:t>Relationships</w:t>
            </w:r>
          </w:p>
          <w:p w14:paraId="29D1A5FC" w14:textId="77777777" w:rsidR="000A7A32" w:rsidRPr="00702129" w:rsidRDefault="000A7A32" w:rsidP="000E2D7E">
            <w:pPr>
              <w:spacing w:after="100"/>
              <w:rPr>
                <w:rFonts w:ascii="Aptos Display" w:hAnsi="Aptos Display"/>
                <w:bCs/>
                <w:sz w:val="23"/>
                <w:szCs w:val="23"/>
              </w:rPr>
            </w:pPr>
            <w:r w:rsidRPr="00702129">
              <w:rPr>
                <w:rFonts w:ascii="Aptos Display" w:hAnsi="Aptos Display"/>
                <w:bCs/>
                <w:sz w:val="23"/>
                <w:szCs w:val="23"/>
              </w:rPr>
              <w:t>How are we the same and how are we different?</w:t>
            </w:r>
          </w:p>
          <w:p w14:paraId="6AD96DDD" w14:textId="77777777" w:rsidR="000A7A32" w:rsidRPr="00702129" w:rsidRDefault="000A7A32" w:rsidP="000E2D7E">
            <w:pPr>
              <w:spacing w:after="100"/>
              <w:rPr>
                <w:rFonts w:ascii="Aptos Display" w:hAnsi="Aptos Display"/>
                <w:bCs/>
                <w:sz w:val="23"/>
                <w:szCs w:val="23"/>
              </w:rPr>
            </w:pPr>
            <w:r w:rsidRPr="00702129">
              <w:rPr>
                <w:rFonts w:ascii="Aptos Display" w:hAnsi="Aptos Display"/>
                <w:bCs/>
                <w:sz w:val="23"/>
                <w:szCs w:val="23"/>
              </w:rPr>
              <w:t>How can I work with different people?</w:t>
            </w:r>
          </w:p>
          <w:p w14:paraId="3258B5C4" w14:textId="77777777" w:rsidR="000A7A32" w:rsidRPr="00702129" w:rsidRDefault="000A7A32" w:rsidP="000E2D7E">
            <w:pPr>
              <w:spacing w:after="100"/>
              <w:rPr>
                <w:rFonts w:ascii="Aptos Display" w:hAnsi="Aptos Display"/>
                <w:bCs/>
                <w:sz w:val="23"/>
                <w:szCs w:val="23"/>
              </w:rPr>
            </w:pPr>
            <w:r w:rsidRPr="00702129">
              <w:rPr>
                <w:rFonts w:ascii="Aptos Display" w:hAnsi="Aptos Display"/>
                <w:bCs/>
                <w:sz w:val="23"/>
                <w:szCs w:val="23"/>
              </w:rPr>
              <w:t>How do I share family worries?</w:t>
            </w:r>
          </w:p>
          <w:p w14:paraId="1041EB0F" w14:textId="77777777" w:rsidR="000A7A32" w:rsidRPr="00702129" w:rsidRDefault="000A7A32" w:rsidP="000E2D7E">
            <w:pPr>
              <w:spacing w:after="100"/>
              <w:rPr>
                <w:rFonts w:ascii="Aptos Display" w:hAnsi="Aptos Display"/>
                <w:bCs/>
                <w:sz w:val="23"/>
                <w:szCs w:val="23"/>
              </w:rPr>
            </w:pPr>
            <w:r w:rsidRPr="00702129">
              <w:rPr>
                <w:rFonts w:ascii="Aptos Display" w:hAnsi="Aptos Display"/>
                <w:bCs/>
                <w:sz w:val="23"/>
                <w:szCs w:val="23"/>
              </w:rPr>
              <w:t>What is a family?</w:t>
            </w:r>
          </w:p>
          <w:p w14:paraId="4BE36388" w14:textId="77777777" w:rsidR="000A7A32" w:rsidRPr="00702129" w:rsidRDefault="000A7A32" w:rsidP="000E2D7E">
            <w:pPr>
              <w:spacing w:after="100"/>
              <w:rPr>
                <w:rFonts w:ascii="Aptos Display" w:hAnsi="Aptos Display"/>
                <w:b/>
                <w:sz w:val="23"/>
                <w:szCs w:val="23"/>
              </w:rPr>
            </w:pPr>
            <w:r w:rsidRPr="00702129">
              <w:rPr>
                <w:rFonts w:ascii="Aptos Display" w:hAnsi="Aptos Display"/>
                <w:bCs/>
                <w:sz w:val="23"/>
                <w:szCs w:val="23"/>
              </w:rPr>
              <w:t>Why are relationships important?</w:t>
            </w:r>
          </w:p>
        </w:tc>
        <w:tc>
          <w:tcPr>
            <w:tcW w:w="2424" w:type="dxa"/>
            <w:shd w:val="clear" w:color="auto" w:fill="E2F0D9"/>
            <w:tcMar>
              <w:top w:w="85" w:type="dxa"/>
              <w:left w:w="85" w:type="dxa"/>
              <w:bottom w:w="85" w:type="dxa"/>
              <w:right w:w="85" w:type="dxa"/>
            </w:tcMar>
          </w:tcPr>
          <w:p w14:paraId="6D6E4460" w14:textId="77777777" w:rsidR="000E2D7E" w:rsidRPr="00702129" w:rsidRDefault="000E2D7E" w:rsidP="0072580E">
            <w:pPr>
              <w:spacing w:after="100"/>
              <w:rPr>
                <w:rFonts w:ascii="Aptos Display" w:hAnsi="Aptos Display"/>
                <w:b/>
                <w:sz w:val="23"/>
                <w:szCs w:val="23"/>
              </w:rPr>
            </w:pPr>
            <w:r w:rsidRPr="00702129">
              <w:rPr>
                <w:rFonts w:ascii="Aptos Display" w:hAnsi="Aptos Display"/>
                <w:b/>
                <w:sz w:val="23"/>
                <w:szCs w:val="23"/>
              </w:rPr>
              <w:t>Pol</w:t>
            </w:r>
            <w:r w:rsidR="000A7A32" w:rsidRPr="00702129">
              <w:rPr>
                <w:rFonts w:ascii="Aptos Display" w:hAnsi="Aptos Display"/>
                <w:b/>
                <w:sz w:val="23"/>
                <w:szCs w:val="23"/>
              </w:rPr>
              <w:t>-E</w:t>
            </w:r>
            <w:r w:rsidRPr="00702129">
              <w:rPr>
                <w:rFonts w:ascii="Aptos Display" w:hAnsi="Aptos Display"/>
                <w:b/>
                <w:sz w:val="23"/>
                <w:szCs w:val="23"/>
              </w:rPr>
              <w:t xml:space="preserve">d </w:t>
            </w:r>
            <w:r w:rsidR="000A7A32" w:rsidRPr="00702129">
              <w:rPr>
                <w:rFonts w:ascii="Aptos Display" w:hAnsi="Aptos Display"/>
                <w:b/>
                <w:sz w:val="23"/>
                <w:szCs w:val="23"/>
              </w:rPr>
              <w:t>Lessons</w:t>
            </w:r>
          </w:p>
          <w:p w14:paraId="3A420D43" w14:textId="77777777" w:rsidR="000A7A32" w:rsidRPr="00702129" w:rsidRDefault="000A7A32" w:rsidP="0072580E">
            <w:pPr>
              <w:spacing w:after="100"/>
              <w:rPr>
                <w:rFonts w:ascii="Aptos Display" w:hAnsi="Aptos Display"/>
                <w:b/>
                <w:sz w:val="23"/>
                <w:szCs w:val="23"/>
              </w:rPr>
            </w:pPr>
            <w:r w:rsidRPr="00702129">
              <w:rPr>
                <w:rFonts w:ascii="Aptos Display" w:hAnsi="Aptos Display"/>
                <w:b/>
                <w:sz w:val="23"/>
                <w:szCs w:val="23"/>
              </w:rPr>
              <w:t xml:space="preserve">Keeping Safe </w:t>
            </w:r>
          </w:p>
          <w:p w14:paraId="13039CE2" w14:textId="77777777" w:rsidR="000A7A32" w:rsidRPr="00702129" w:rsidRDefault="000A7A32" w:rsidP="0072580E">
            <w:pPr>
              <w:spacing w:after="100"/>
              <w:rPr>
                <w:rFonts w:ascii="Aptos Display" w:hAnsi="Aptos Display"/>
                <w:bCs/>
                <w:sz w:val="23"/>
                <w:szCs w:val="23"/>
              </w:rPr>
            </w:pPr>
            <w:r w:rsidRPr="00702129">
              <w:rPr>
                <w:rFonts w:ascii="Aptos Display" w:hAnsi="Aptos Display"/>
                <w:bCs/>
                <w:sz w:val="23"/>
                <w:szCs w:val="23"/>
              </w:rPr>
              <w:t>How can I keep safe online?</w:t>
            </w:r>
          </w:p>
          <w:p w14:paraId="0CA63FE7" w14:textId="77777777" w:rsidR="000A7A32" w:rsidRPr="00702129" w:rsidRDefault="000A7A32" w:rsidP="0072580E">
            <w:pPr>
              <w:spacing w:after="100"/>
              <w:rPr>
                <w:rFonts w:ascii="Aptos Display" w:hAnsi="Aptos Display"/>
                <w:bCs/>
                <w:sz w:val="23"/>
                <w:szCs w:val="23"/>
              </w:rPr>
            </w:pPr>
            <w:r w:rsidRPr="00702129">
              <w:rPr>
                <w:rFonts w:ascii="Aptos Display" w:hAnsi="Aptos Display"/>
                <w:bCs/>
                <w:sz w:val="23"/>
                <w:szCs w:val="23"/>
              </w:rPr>
              <w:t>What are different types of meetings?</w:t>
            </w:r>
          </w:p>
          <w:p w14:paraId="60EE446D" w14:textId="77777777" w:rsidR="000A7A32" w:rsidRPr="00702129" w:rsidRDefault="000A7A32" w:rsidP="0072580E">
            <w:pPr>
              <w:spacing w:after="100"/>
              <w:rPr>
                <w:rFonts w:ascii="Aptos Display" w:hAnsi="Aptos Display"/>
                <w:bCs/>
                <w:sz w:val="23"/>
                <w:szCs w:val="23"/>
              </w:rPr>
            </w:pPr>
            <w:r w:rsidRPr="00702129">
              <w:rPr>
                <w:rFonts w:ascii="Aptos Display" w:hAnsi="Aptos Display"/>
                <w:bCs/>
                <w:sz w:val="23"/>
                <w:szCs w:val="23"/>
              </w:rPr>
              <w:t>What are medicines?</w:t>
            </w:r>
          </w:p>
          <w:p w14:paraId="2FC3FCB0" w14:textId="77777777" w:rsidR="000A7A32" w:rsidRPr="00702129" w:rsidRDefault="000A7A32" w:rsidP="0072580E">
            <w:pPr>
              <w:spacing w:after="100"/>
              <w:rPr>
                <w:rFonts w:ascii="Aptos Display" w:hAnsi="Aptos Display"/>
                <w:bCs/>
                <w:sz w:val="23"/>
                <w:szCs w:val="23"/>
              </w:rPr>
            </w:pPr>
            <w:r w:rsidRPr="00702129">
              <w:rPr>
                <w:rFonts w:ascii="Aptos Display" w:hAnsi="Aptos Display"/>
                <w:bCs/>
                <w:sz w:val="23"/>
                <w:szCs w:val="23"/>
              </w:rPr>
              <w:t>What are private body parts?</w:t>
            </w:r>
          </w:p>
          <w:p w14:paraId="0CC1C5C8" w14:textId="77777777" w:rsidR="000A7A32" w:rsidRPr="00702129" w:rsidRDefault="000A7A32" w:rsidP="0072580E">
            <w:pPr>
              <w:spacing w:after="100"/>
              <w:rPr>
                <w:rFonts w:ascii="Aptos Display" w:hAnsi="Aptos Display"/>
                <w:bCs/>
                <w:sz w:val="23"/>
                <w:szCs w:val="23"/>
              </w:rPr>
            </w:pPr>
            <w:r w:rsidRPr="00702129">
              <w:rPr>
                <w:rFonts w:ascii="Aptos Display" w:hAnsi="Aptos Display"/>
                <w:bCs/>
                <w:sz w:val="23"/>
                <w:szCs w:val="23"/>
              </w:rPr>
              <w:t>What is fire safety?</w:t>
            </w:r>
          </w:p>
          <w:p w14:paraId="00CD34F8" w14:textId="77777777" w:rsidR="000E2D7E" w:rsidRPr="00702129" w:rsidRDefault="000E2D7E" w:rsidP="0072580E">
            <w:pPr>
              <w:spacing w:after="100"/>
              <w:rPr>
                <w:rFonts w:ascii="Aptos Display" w:hAnsi="Aptos Display"/>
                <w:b/>
                <w:sz w:val="23"/>
                <w:szCs w:val="23"/>
              </w:rPr>
            </w:pPr>
          </w:p>
          <w:p w14:paraId="5B75C11E" w14:textId="77777777" w:rsidR="00042837" w:rsidRPr="00702129" w:rsidRDefault="0072580E" w:rsidP="0072580E">
            <w:pPr>
              <w:spacing w:after="100"/>
              <w:rPr>
                <w:rFonts w:ascii="Aptos Display" w:hAnsi="Aptos Display"/>
                <w:b/>
                <w:sz w:val="23"/>
                <w:szCs w:val="23"/>
              </w:rPr>
            </w:pPr>
            <w:r w:rsidRPr="00702129">
              <w:rPr>
                <w:rFonts w:ascii="Aptos Display" w:hAnsi="Aptos Display"/>
                <w:b/>
                <w:sz w:val="23"/>
                <w:szCs w:val="23"/>
              </w:rPr>
              <w:t>Journey in Love — SPRING: PHYSICAL</w:t>
            </w:r>
            <w:r w:rsidRPr="00702129">
              <w:rPr>
                <w:rFonts w:ascii="Aptos Display" w:hAnsi="Aptos Display"/>
                <w:b/>
                <w:sz w:val="23"/>
                <w:szCs w:val="23"/>
              </w:rPr>
              <w:br/>
            </w:r>
          </w:p>
          <w:p w14:paraId="4F7E907D" w14:textId="77777777" w:rsidR="0044419D" w:rsidRPr="00702129" w:rsidRDefault="00914460">
            <w:pPr>
              <w:spacing w:after="100"/>
              <w:rPr>
                <w:rFonts w:ascii="Aptos Display" w:hAnsi="Aptos Display"/>
                <w:bCs/>
                <w:sz w:val="23"/>
                <w:szCs w:val="23"/>
              </w:rPr>
            </w:pPr>
            <w:r w:rsidRPr="00702129">
              <w:rPr>
                <w:rFonts w:ascii="Aptos Display" w:hAnsi="Aptos Display"/>
                <w:bCs/>
                <w:sz w:val="23"/>
                <w:szCs w:val="23"/>
              </w:rPr>
              <w:t>To describe ways of bein</w:t>
            </w:r>
            <w:r w:rsidRPr="00702129">
              <w:rPr>
                <w:rFonts w:ascii="Aptos Display" w:hAnsi="Aptos Display"/>
                <w:bCs/>
                <w:sz w:val="23"/>
                <w:szCs w:val="23"/>
              </w:rPr>
              <w:t>g safe in communities.</w:t>
            </w:r>
          </w:p>
        </w:tc>
        <w:tc>
          <w:tcPr>
            <w:tcW w:w="2424" w:type="dxa"/>
            <w:shd w:val="clear" w:color="auto" w:fill="E2F0D9"/>
            <w:tcMar>
              <w:top w:w="85" w:type="dxa"/>
              <w:left w:w="85" w:type="dxa"/>
              <w:bottom w:w="85" w:type="dxa"/>
              <w:right w:w="85" w:type="dxa"/>
            </w:tcMar>
          </w:tcPr>
          <w:p w14:paraId="4579E2A0" w14:textId="77777777" w:rsidR="000A7A32" w:rsidRPr="00702129" w:rsidRDefault="000E2D7E">
            <w:pPr>
              <w:spacing w:after="100"/>
              <w:rPr>
                <w:rFonts w:ascii="Aptos Display" w:hAnsi="Aptos Display"/>
                <w:b/>
                <w:sz w:val="23"/>
                <w:szCs w:val="23"/>
              </w:rPr>
            </w:pPr>
            <w:r w:rsidRPr="00702129">
              <w:rPr>
                <w:rFonts w:ascii="Aptos Display" w:hAnsi="Aptos Display"/>
                <w:b/>
                <w:sz w:val="23"/>
                <w:szCs w:val="23"/>
              </w:rPr>
              <w:t>Pol</w:t>
            </w:r>
            <w:r w:rsidR="000A7A32" w:rsidRPr="00702129">
              <w:rPr>
                <w:rFonts w:ascii="Aptos Display" w:hAnsi="Aptos Display"/>
                <w:b/>
                <w:sz w:val="23"/>
                <w:szCs w:val="23"/>
              </w:rPr>
              <w:t>-E</w:t>
            </w:r>
            <w:r w:rsidRPr="00702129">
              <w:rPr>
                <w:rFonts w:ascii="Aptos Display" w:hAnsi="Aptos Display"/>
                <w:b/>
                <w:sz w:val="23"/>
                <w:szCs w:val="23"/>
              </w:rPr>
              <w:t xml:space="preserve">d </w:t>
            </w:r>
            <w:r w:rsidR="000A7A32" w:rsidRPr="00702129">
              <w:rPr>
                <w:rFonts w:ascii="Aptos Display" w:hAnsi="Aptos Display"/>
                <w:b/>
                <w:sz w:val="23"/>
                <w:szCs w:val="23"/>
              </w:rPr>
              <w:t>Lessons</w:t>
            </w:r>
          </w:p>
          <w:p w14:paraId="6FF7FE72" w14:textId="77777777" w:rsidR="00042837" w:rsidRPr="00702129" w:rsidRDefault="000A7A32">
            <w:pPr>
              <w:spacing w:after="100"/>
              <w:rPr>
                <w:rFonts w:ascii="Aptos Display" w:hAnsi="Aptos Display"/>
                <w:b/>
                <w:sz w:val="23"/>
                <w:szCs w:val="23"/>
              </w:rPr>
            </w:pPr>
            <w:r w:rsidRPr="00702129">
              <w:rPr>
                <w:rFonts w:ascii="Aptos Display" w:hAnsi="Aptos Display"/>
                <w:b/>
                <w:sz w:val="23"/>
                <w:szCs w:val="23"/>
              </w:rPr>
              <w:t>Understanding the Law</w:t>
            </w:r>
          </w:p>
          <w:p w14:paraId="17E951F4" w14:textId="77777777" w:rsidR="000A7A32" w:rsidRPr="00702129" w:rsidRDefault="000A7A32">
            <w:pPr>
              <w:spacing w:after="100"/>
              <w:rPr>
                <w:rFonts w:ascii="Aptos Display" w:hAnsi="Aptos Display"/>
                <w:bCs/>
                <w:sz w:val="23"/>
                <w:szCs w:val="23"/>
              </w:rPr>
            </w:pPr>
            <w:r w:rsidRPr="00702129">
              <w:rPr>
                <w:rFonts w:ascii="Aptos Display" w:hAnsi="Aptos Display"/>
                <w:bCs/>
                <w:sz w:val="23"/>
                <w:szCs w:val="23"/>
              </w:rPr>
              <w:t>What are needs and wants?</w:t>
            </w:r>
          </w:p>
          <w:p w14:paraId="6CF9BEE7" w14:textId="77777777" w:rsidR="000A7A32" w:rsidRPr="00702129" w:rsidRDefault="000A7A32">
            <w:pPr>
              <w:spacing w:after="100"/>
              <w:rPr>
                <w:rFonts w:ascii="Aptos Display" w:hAnsi="Aptos Display"/>
                <w:bCs/>
                <w:sz w:val="23"/>
                <w:szCs w:val="23"/>
              </w:rPr>
            </w:pPr>
            <w:r w:rsidRPr="00702129">
              <w:rPr>
                <w:rFonts w:ascii="Aptos Display" w:hAnsi="Aptos Display"/>
                <w:bCs/>
                <w:sz w:val="23"/>
                <w:szCs w:val="23"/>
              </w:rPr>
              <w:t>What is a job?</w:t>
            </w:r>
          </w:p>
          <w:p w14:paraId="441D85C6" w14:textId="77777777" w:rsidR="000A7A32" w:rsidRPr="00702129" w:rsidRDefault="000A7A32">
            <w:pPr>
              <w:spacing w:after="100"/>
              <w:rPr>
                <w:rFonts w:ascii="Aptos Display" w:hAnsi="Aptos Display"/>
                <w:bCs/>
                <w:sz w:val="23"/>
                <w:szCs w:val="23"/>
              </w:rPr>
            </w:pPr>
            <w:r w:rsidRPr="00702129">
              <w:rPr>
                <w:rFonts w:ascii="Aptos Display" w:hAnsi="Aptos Display"/>
                <w:bCs/>
                <w:sz w:val="23"/>
                <w:szCs w:val="23"/>
              </w:rPr>
              <w:t>What is money?</w:t>
            </w:r>
          </w:p>
          <w:p w14:paraId="3BA1DF76" w14:textId="77777777" w:rsidR="000A7A32" w:rsidRPr="00702129" w:rsidRDefault="000A7A32">
            <w:pPr>
              <w:spacing w:after="100"/>
              <w:rPr>
                <w:rFonts w:ascii="Aptos Display" w:hAnsi="Aptos Display"/>
                <w:bCs/>
                <w:sz w:val="23"/>
                <w:szCs w:val="23"/>
              </w:rPr>
            </w:pPr>
            <w:r w:rsidRPr="00702129">
              <w:rPr>
                <w:rFonts w:ascii="Aptos Display" w:hAnsi="Aptos Display"/>
                <w:bCs/>
                <w:sz w:val="23"/>
                <w:szCs w:val="23"/>
              </w:rPr>
              <w:t>What is the internet?</w:t>
            </w:r>
          </w:p>
          <w:p w14:paraId="4C06863C" w14:textId="77777777" w:rsidR="000A7A32" w:rsidRPr="00702129" w:rsidRDefault="000A7A32">
            <w:pPr>
              <w:spacing w:after="100"/>
              <w:rPr>
                <w:rFonts w:ascii="Aptos Display" w:hAnsi="Aptos Display"/>
                <w:bCs/>
                <w:sz w:val="23"/>
                <w:szCs w:val="23"/>
              </w:rPr>
            </w:pPr>
            <w:r w:rsidRPr="00702129">
              <w:rPr>
                <w:rFonts w:ascii="Aptos Display" w:hAnsi="Aptos Display"/>
                <w:bCs/>
                <w:sz w:val="23"/>
                <w:szCs w:val="23"/>
              </w:rPr>
              <w:t>Why does age matter?</w:t>
            </w:r>
          </w:p>
          <w:p w14:paraId="315899DE" w14:textId="77777777" w:rsidR="0044419D" w:rsidRPr="00702129" w:rsidRDefault="00914460">
            <w:pPr>
              <w:spacing w:after="100"/>
              <w:rPr>
                <w:rFonts w:ascii="Aptos Display" w:hAnsi="Aptos Display"/>
                <w:sz w:val="23"/>
                <w:szCs w:val="23"/>
              </w:rPr>
            </w:pPr>
            <w:r w:rsidRPr="00702129">
              <w:rPr>
                <w:rFonts w:ascii="Aptos Display" w:hAnsi="Aptos Display"/>
                <w:b/>
                <w:sz w:val="23"/>
                <w:szCs w:val="23"/>
              </w:rPr>
              <w:br/>
            </w:r>
          </w:p>
        </w:tc>
        <w:tc>
          <w:tcPr>
            <w:tcW w:w="2424" w:type="dxa"/>
            <w:shd w:val="clear" w:color="auto" w:fill="F4CCCC"/>
            <w:tcMar>
              <w:top w:w="85" w:type="dxa"/>
              <w:left w:w="85" w:type="dxa"/>
              <w:bottom w:w="85" w:type="dxa"/>
              <w:right w:w="85" w:type="dxa"/>
            </w:tcMar>
          </w:tcPr>
          <w:p w14:paraId="2F13ACF8" w14:textId="77777777" w:rsidR="000A7A32" w:rsidRPr="00702129" w:rsidRDefault="000E2D7E" w:rsidP="00503DC2">
            <w:pPr>
              <w:spacing w:after="100"/>
              <w:rPr>
                <w:rFonts w:ascii="Aptos Display" w:hAnsi="Aptos Display"/>
                <w:b/>
                <w:sz w:val="23"/>
                <w:szCs w:val="23"/>
              </w:rPr>
            </w:pPr>
            <w:r w:rsidRPr="00702129">
              <w:rPr>
                <w:rFonts w:ascii="Aptos Display" w:hAnsi="Aptos Display"/>
                <w:b/>
                <w:sz w:val="23"/>
                <w:szCs w:val="23"/>
              </w:rPr>
              <w:t>Pol</w:t>
            </w:r>
            <w:r w:rsidR="000A7A32" w:rsidRPr="00702129">
              <w:rPr>
                <w:rFonts w:ascii="Aptos Display" w:hAnsi="Aptos Display"/>
                <w:b/>
                <w:sz w:val="23"/>
                <w:szCs w:val="23"/>
              </w:rPr>
              <w:t>-E</w:t>
            </w:r>
            <w:r w:rsidRPr="00702129">
              <w:rPr>
                <w:rFonts w:ascii="Aptos Display" w:hAnsi="Aptos Display"/>
                <w:b/>
                <w:sz w:val="23"/>
                <w:szCs w:val="23"/>
              </w:rPr>
              <w:t>d</w:t>
            </w:r>
            <w:r w:rsidR="000A7A32" w:rsidRPr="00702129">
              <w:rPr>
                <w:rFonts w:ascii="Aptos Display" w:hAnsi="Aptos Display"/>
                <w:b/>
                <w:sz w:val="23"/>
                <w:szCs w:val="23"/>
              </w:rPr>
              <w:t xml:space="preserve"> Lessons</w:t>
            </w:r>
          </w:p>
          <w:p w14:paraId="20DF7F56" w14:textId="77777777" w:rsidR="00925321" w:rsidRPr="00702129" w:rsidRDefault="00925321" w:rsidP="00503DC2">
            <w:pPr>
              <w:spacing w:after="100"/>
              <w:rPr>
                <w:rFonts w:ascii="Aptos Display" w:hAnsi="Aptos Display"/>
                <w:b/>
                <w:sz w:val="23"/>
                <w:szCs w:val="23"/>
              </w:rPr>
            </w:pPr>
            <w:r w:rsidRPr="00702129">
              <w:rPr>
                <w:rFonts w:ascii="Aptos Display" w:hAnsi="Aptos Display"/>
                <w:b/>
                <w:sz w:val="23"/>
                <w:szCs w:val="23"/>
              </w:rPr>
              <w:t>Wellbeing</w:t>
            </w:r>
          </w:p>
          <w:p w14:paraId="3924C688" w14:textId="77777777" w:rsidR="00925321" w:rsidRPr="00702129" w:rsidRDefault="00925321" w:rsidP="00503DC2">
            <w:pPr>
              <w:spacing w:after="100"/>
              <w:rPr>
                <w:rFonts w:ascii="Aptos Display" w:hAnsi="Aptos Display"/>
                <w:bCs/>
                <w:sz w:val="23"/>
                <w:szCs w:val="23"/>
              </w:rPr>
            </w:pPr>
            <w:r w:rsidRPr="00702129">
              <w:rPr>
                <w:rFonts w:ascii="Aptos Display" w:hAnsi="Aptos Display"/>
                <w:bCs/>
                <w:sz w:val="23"/>
                <w:szCs w:val="23"/>
              </w:rPr>
              <w:t>How can I deal with change?</w:t>
            </w:r>
          </w:p>
          <w:p w14:paraId="52E12366" w14:textId="77777777" w:rsidR="00925321" w:rsidRPr="00702129" w:rsidRDefault="00925321" w:rsidP="00503DC2">
            <w:pPr>
              <w:spacing w:after="100"/>
              <w:rPr>
                <w:rFonts w:ascii="Aptos Display" w:hAnsi="Aptos Display"/>
                <w:bCs/>
                <w:sz w:val="23"/>
                <w:szCs w:val="23"/>
              </w:rPr>
            </w:pPr>
            <w:r w:rsidRPr="00702129">
              <w:rPr>
                <w:rFonts w:ascii="Aptos Display" w:hAnsi="Aptos Display"/>
                <w:bCs/>
                <w:sz w:val="23"/>
                <w:szCs w:val="23"/>
              </w:rPr>
              <w:t>What does it mean to be healthy?</w:t>
            </w:r>
          </w:p>
          <w:p w14:paraId="2217F1A6" w14:textId="77777777" w:rsidR="00925321" w:rsidRPr="00702129" w:rsidRDefault="00925321" w:rsidP="00503DC2">
            <w:pPr>
              <w:spacing w:after="100"/>
              <w:rPr>
                <w:rFonts w:ascii="Aptos Display" w:hAnsi="Aptos Display"/>
                <w:bCs/>
                <w:sz w:val="23"/>
                <w:szCs w:val="23"/>
              </w:rPr>
            </w:pPr>
            <w:r w:rsidRPr="00702129">
              <w:rPr>
                <w:rFonts w:ascii="Aptos Display" w:hAnsi="Aptos Display"/>
                <w:bCs/>
                <w:sz w:val="23"/>
                <w:szCs w:val="23"/>
              </w:rPr>
              <w:t>How can I look after my body?</w:t>
            </w:r>
          </w:p>
          <w:p w14:paraId="0B9E2EDF" w14:textId="77777777" w:rsidR="00925321" w:rsidRPr="00702129" w:rsidRDefault="00925321" w:rsidP="00503DC2">
            <w:pPr>
              <w:spacing w:after="100"/>
              <w:rPr>
                <w:rFonts w:ascii="Aptos Display" w:hAnsi="Aptos Display"/>
                <w:bCs/>
                <w:sz w:val="23"/>
                <w:szCs w:val="23"/>
              </w:rPr>
            </w:pPr>
            <w:r w:rsidRPr="00702129">
              <w:rPr>
                <w:rFonts w:ascii="Aptos Display" w:hAnsi="Aptos Display"/>
                <w:bCs/>
                <w:sz w:val="23"/>
                <w:szCs w:val="23"/>
              </w:rPr>
              <w:t>Why is sleep important?</w:t>
            </w:r>
          </w:p>
          <w:p w14:paraId="4E78D204" w14:textId="77777777" w:rsidR="00925321" w:rsidRPr="00702129" w:rsidRDefault="00925321" w:rsidP="00503DC2">
            <w:pPr>
              <w:spacing w:after="100"/>
              <w:rPr>
                <w:rFonts w:ascii="Aptos Display" w:hAnsi="Aptos Display"/>
                <w:bCs/>
                <w:sz w:val="23"/>
                <w:szCs w:val="23"/>
              </w:rPr>
            </w:pPr>
            <w:r w:rsidRPr="00702129">
              <w:rPr>
                <w:rFonts w:ascii="Aptos Display" w:hAnsi="Aptos Display"/>
                <w:bCs/>
                <w:sz w:val="23"/>
                <w:szCs w:val="23"/>
              </w:rPr>
              <w:t>When do I need to take a break?</w:t>
            </w:r>
          </w:p>
          <w:p w14:paraId="0C1DB55A" w14:textId="77777777" w:rsidR="00503DC2" w:rsidRPr="00702129" w:rsidRDefault="00925321" w:rsidP="00503DC2">
            <w:pPr>
              <w:spacing w:after="100"/>
              <w:rPr>
                <w:rFonts w:ascii="Aptos Display" w:hAnsi="Aptos Display"/>
                <w:sz w:val="23"/>
                <w:szCs w:val="23"/>
              </w:rPr>
            </w:pPr>
            <w:r w:rsidRPr="00702129">
              <w:rPr>
                <w:rFonts w:ascii="Aptos Display" w:hAnsi="Aptos Display"/>
                <w:bCs/>
                <w:sz w:val="23"/>
                <w:szCs w:val="23"/>
              </w:rPr>
              <w:t>What are the risks of video gaming?</w:t>
            </w:r>
            <w:r w:rsidR="000E2D7E" w:rsidRPr="00702129">
              <w:rPr>
                <w:rFonts w:ascii="Aptos Display" w:hAnsi="Aptos Display"/>
                <w:bCs/>
                <w:sz w:val="23"/>
                <w:szCs w:val="23"/>
              </w:rPr>
              <w:br/>
            </w:r>
          </w:p>
          <w:p w14:paraId="6AC305A0" w14:textId="77777777" w:rsidR="0044419D" w:rsidRPr="00702129" w:rsidRDefault="0044419D">
            <w:pPr>
              <w:spacing w:after="100"/>
              <w:rPr>
                <w:rFonts w:ascii="Aptos Display" w:hAnsi="Aptos Display"/>
                <w:sz w:val="23"/>
                <w:szCs w:val="23"/>
              </w:rPr>
            </w:pPr>
          </w:p>
        </w:tc>
        <w:tc>
          <w:tcPr>
            <w:tcW w:w="2424" w:type="dxa"/>
            <w:shd w:val="clear" w:color="auto" w:fill="F4CCCC"/>
            <w:tcMar>
              <w:top w:w="85" w:type="dxa"/>
              <w:left w:w="85" w:type="dxa"/>
              <w:bottom w:w="85" w:type="dxa"/>
              <w:right w:w="85" w:type="dxa"/>
            </w:tcMar>
          </w:tcPr>
          <w:p w14:paraId="56BBB359" w14:textId="77777777" w:rsidR="0072580E" w:rsidRPr="00702129" w:rsidRDefault="0072580E" w:rsidP="0072580E">
            <w:pPr>
              <w:spacing w:after="100"/>
              <w:rPr>
                <w:rFonts w:ascii="Aptos Display" w:hAnsi="Aptos Display"/>
                <w:b/>
                <w:sz w:val="23"/>
                <w:szCs w:val="23"/>
              </w:rPr>
            </w:pPr>
            <w:r w:rsidRPr="00702129">
              <w:rPr>
                <w:rFonts w:ascii="Aptos Display" w:hAnsi="Aptos Display"/>
                <w:b/>
                <w:sz w:val="23"/>
                <w:szCs w:val="23"/>
              </w:rPr>
              <w:t>Diverse Britain</w:t>
            </w:r>
          </w:p>
          <w:p w14:paraId="79DC5092" w14:textId="77777777" w:rsidR="00925321" w:rsidRPr="00702129" w:rsidRDefault="00925321" w:rsidP="0072580E">
            <w:pPr>
              <w:spacing w:after="100"/>
              <w:rPr>
                <w:rFonts w:ascii="Aptos Display" w:hAnsi="Aptos Display"/>
                <w:b/>
                <w:sz w:val="23"/>
                <w:szCs w:val="23"/>
              </w:rPr>
            </w:pPr>
            <w:r w:rsidRPr="00702129">
              <w:rPr>
                <w:rFonts w:ascii="Aptos Display" w:hAnsi="Aptos Display"/>
                <w:b/>
                <w:sz w:val="23"/>
                <w:szCs w:val="23"/>
              </w:rPr>
              <w:t>Transition</w:t>
            </w:r>
          </w:p>
          <w:p w14:paraId="140BD8D1" w14:textId="77777777" w:rsidR="0072580E" w:rsidRPr="00702129" w:rsidRDefault="0072580E" w:rsidP="0072580E">
            <w:pPr>
              <w:spacing w:after="100"/>
              <w:rPr>
                <w:rFonts w:ascii="Aptos Display" w:hAnsi="Aptos Display"/>
                <w:bCs/>
                <w:sz w:val="23"/>
                <w:szCs w:val="23"/>
              </w:rPr>
            </w:pPr>
            <w:r w:rsidRPr="00702129">
              <w:rPr>
                <w:rFonts w:ascii="Aptos Display" w:hAnsi="Aptos Display"/>
                <w:b/>
                <w:sz w:val="23"/>
                <w:szCs w:val="23"/>
              </w:rPr>
              <w:br/>
            </w:r>
            <w:r w:rsidRPr="00702129">
              <w:rPr>
                <w:rFonts w:ascii="Aptos Display" w:hAnsi="Aptos Display"/>
                <w:bCs/>
                <w:sz w:val="23"/>
                <w:szCs w:val="23"/>
              </w:rPr>
              <w:t>Children learn about helping their school and neighbourhood, being good neighbours, life in the UK, diversity and respect for others.</w:t>
            </w:r>
          </w:p>
          <w:p w14:paraId="2589936F" w14:textId="77777777" w:rsidR="00503DC2" w:rsidRPr="00702129" w:rsidRDefault="00503DC2" w:rsidP="0072580E">
            <w:pPr>
              <w:spacing w:after="100"/>
              <w:rPr>
                <w:rFonts w:ascii="Aptos Display" w:hAnsi="Aptos Display"/>
                <w:bCs/>
                <w:sz w:val="23"/>
                <w:szCs w:val="23"/>
              </w:rPr>
            </w:pPr>
          </w:p>
          <w:p w14:paraId="0813A99B" w14:textId="6FEE9BBD" w:rsidR="00503DC2" w:rsidRPr="00702129" w:rsidRDefault="00503DC2" w:rsidP="00503DC2">
            <w:pPr>
              <w:spacing w:after="100"/>
              <w:rPr>
                <w:rFonts w:ascii="Aptos Display" w:hAnsi="Aptos Display"/>
                <w:b/>
                <w:sz w:val="23"/>
                <w:szCs w:val="23"/>
              </w:rPr>
            </w:pPr>
            <w:r w:rsidRPr="00702129">
              <w:rPr>
                <w:rFonts w:ascii="Aptos Display" w:hAnsi="Aptos Display"/>
                <w:b/>
                <w:sz w:val="23"/>
                <w:szCs w:val="23"/>
              </w:rPr>
              <w:t>Journey in Love — SUMMER: SPIRITUAL</w:t>
            </w:r>
            <w:r w:rsidRPr="00702129">
              <w:rPr>
                <w:rFonts w:ascii="Aptos Display" w:hAnsi="Aptos Display"/>
                <w:b/>
                <w:sz w:val="23"/>
                <w:szCs w:val="23"/>
              </w:rPr>
              <w:br/>
            </w:r>
            <w:r w:rsidRPr="00702129">
              <w:rPr>
                <w:rFonts w:ascii="Aptos Display" w:hAnsi="Aptos Display"/>
                <w:bCs/>
                <w:sz w:val="23"/>
                <w:szCs w:val="23"/>
              </w:rPr>
              <w:t>To celebrate ways of meeting God in our communities.</w:t>
            </w:r>
          </w:p>
          <w:p w14:paraId="755E4239" w14:textId="77777777" w:rsidR="00DE77FC" w:rsidRPr="00702129" w:rsidRDefault="00DE77FC">
            <w:pPr>
              <w:spacing w:after="100"/>
              <w:rPr>
                <w:rFonts w:ascii="Aptos Display" w:hAnsi="Aptos Display"/>
                <w:bCs/>
                <w:sz w:val="23"/>
                <w:szCs w:val="23"/>
              </w:rPr>
            </w:pPr>
          </w:p>
          <w:p w14:paraId="3C1F7746" w14:textId="77777777" w:rsidR="00317054" w:rsidRPr="00702129" w:rsidRDefault="00317054">
            <w:pPr>
              <w:spacing w:after="100"/>
              <w:rPr>
                <w:rFonts w:ascii="Aptos Display" w:hAnsi="Aptos Display"/>
                <w:sz w:val="23"/>
                <w:szCs w:val="23"/>
              </w:rPr>
            </w:pPr>
          </w:p>
        </w:tc>
      </w:tr>
    </w:tbl>
    <w:p w14:paraId="207E8496" w14:textId="77777777" w:rsidR="003F65DC" w:rsidRPr="00702129" w:rsidRDefault="003F65DC">
      <w:pPr>
        <w:spacing w:before="60" w:after="40"/>
        <w:rPr>
          <w:rFonts w:ascii="Aptos Display" w:hAnsi="Aptos Display"/>
          <w:sz w:val="23"/>
          <w:szCs w:val="23"/>
        </w:rPr>
      </w:pPr>
    </w:p>
    <w:p w14:paraId="30B14124" w14:textId="77777777" w:rsidR="003F65DC" w:rsidRPr="00702129" w:rsidRDefault="00914460" w:rsidP="00263D83">
      <w:pPr>
        <w:keepNext/>
        <w:rPr>
          <w:rFonts w:ascii="Aptos Display" w:hAnsi="Aptos Display"/>
          <w:sz w:val="23"/>
          <w:szCs w:val="23"/>
        </w:rPr>
      </w:pPr>
      <w:r w:rsidRPr="00702129">
        <w:rPr>
          <w:rFonts w:ascii="Aptos Display" w:hAnsi="Aptos Display"/>
          <w:b/>
          <w:sz w:val="23"/>
          <w:szCs w:val="23"/>
        </w:rPr>
        <w:t xml:space="preserve">Year 3 - </w:t>
      </w:r>
      <w:proofErr w:type="gramStart"/>
      <w:r w:rsidRPr="00702129">
        <w:rPr>
          <w:rFonts w:ascii="Aptos Display" w:hAnsi="Aptos Display"/>
          <w:b/>
          <w:sz w:val="23"/>
          <w:szCs w:val="23"/>
        </w:rPr>
        <w:t>Caring</w:t>
      </w:r>
      <w:proofErr w:type="gramEnd"/>
      <w:r w:rsidRPr="00702129">
        <w:rPr>
          <w:rFonts w:ascii="Aptos Display" w:hAnsi="Aptos Display"/>
          <w:b/>
          <w:sz w:val="23"/>
          <w:szCs w:val="23"/>
        </w:rPr>
        <w:t xml:space="preserve"> friendships, safety, rights and aspirations</w:t>
      </w:r>
    </w:p>
    <w:p w14:paraId="1B1CC2F8" w14:textId="77777777" w:rsidR="003F65DC" w:rsidRPr="00702129" w:rsidRDefault="00914460">
      <w:pPr>
        <w:spacing w:after="80"/>
        <w:rPr>
          <w:rFonts w:ascii="Aptos Display" w:hAnsi="Aptos Display"/>
          <w:sz w:val="23"/>
          <w:szCs w:val="23"/>
        </w:rPr>
      </w:pPr>
      <w:r w:rsidRPr="00702129">
        <w:rPr>
          <w:rFonts w:ascii="Aptos Display" w:hAnsi="Aptos Display"/>
          <w:b/>
          <w:bCs/>
          <w:sz w:val="23"/>
          <w:szCs w:val="23"/>
        </w:rPr>
        <w:t>Journey in Love theme: How we live in Love. Across the year, children will: Explore respectful friendships, consent within friendships, bullying, sharing worries and seeking help. They will consider risks, emergencies, secrets, children’s rights, the law and responsible citizenship. Children will learn to talk about feelings and mental</w:t>
      </w:r>
      <w:r w:rsidRPr="00702129">
        <w:rPr>
          <w:rFonts w:ascii="Aptos Display" w:hAnsi="Aptos Display"/>
          <w:b/>
          <w:bCs/>
          <w:sz w:val="23"/>
          <w:szCs w:val="23"/>
        </w:rPr>
        <w:t xml:space="preserve"> health, consider vaccinations and support at school, set goals and explore future careers. They will develop money skills and learn about repairing friendships and living in friendship with God and others.</w:t>
      </w:r>
    </w:p>
    <w:p w14:paraId="3970631C" w14:textId="77777777" w:rsidR="00D63BB5" w:rsidRPr="00702129" w:rsidRDefault="00D63BB5">
      <w:pPr>
        <w:spacing w:after="80"/>
        <w:rPr>
          <w:rFonts w:ascii="Aptos Display" w:hAnsi="Aptos Display"/>
          <w:sz w:val="23"/>
          <w:szCs w:val="23"/>
        </w:rPr>
      </w:pP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702129" w14:paraId="0D9B708B" w14:textId="77777777">
        <w:trPr>
          <w:jc w:val="center"/>
        </w:trPr>
        <w:tc>
          <w:tcPr>
            <w:tcW w:w="2424" w:type="dxa"/>
            <w:shd w:val="clear" w:color="auto" w:fill="FFF2CC"/>
            <w:tcMar>
              <w:top w:w="85" w:type="dxa"/>
              <w:left w:w="85" w:type="dxa"/>
              <w:bottom w:w="85" w:type="dxa"/>
              <w:right w:w="85" w:type="dxa"/>
            </w:tcMar>
          </w:tcPr>
          <w:p w14:paraId="2796F9CC"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Autumn 1</w:t>
            </w:r>
          </w:p>
        </w:tc>
        <w:tc>
          <w:tcPr>
            <w:tcW w:w="2424" w:type="dxa"/>
            <w:shd w:val="clear" w:color="auto" w:fill="FFF2CC"/>
            <w:tcMar>
              <w:top w:w="85" w:type="dxa"/>
              <w:left w:w="85" w:type="dxa"/>
              <w:bottom w:w="85" w:type="dxa"/>
              <w:right w:w="85" w:type="dxa"/>
            </w:tcMar>
          </w:tcPr>
          <w:p w14:paraId="65F9CBAB"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Autumn 2</w:t>
            </w:r>
          </w:p>
        </w:tc>
        <w:tc>
          <w:tcPr>
            <w:tcW w:w="2424" w:type="dxa"/>
            <w:shd w:val="clear" w:color="auto" w:fill="E2F0D9"/>
            <w:tcMar>
              <w:top w:w="85" w:type="dxa"/>
              <w:left w:w="85" w:type="dxa"/>
              <w:bottom w:w="85" w:type="dxa"/>
              <w:right w:w="85" w:type="dxa"/>
            </w:tcMar>
          </w:tcPr>
          <w:p w14:paraId="3B0740AE"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Spring 1</w:t>
            </w:r>
          </w:p>
        </w:tc>
        <w:tc>
          <w:tcPr>
            <w:tcW w:w="2424" w:type="dxa"/>
            <w:shd w:val="clear" w:color="auto" w:fill="E2F0D9"/>
            <w:tcMar>
              <w:top w:w="85" w:type="dxa"/>
              <w:left w:w="85" w:type="dxa"/>
              <w:bottom w:w="85" w:type="dxa"/>
              <w:right w:w="85" w:type="dxa"/>
            </w:tcMar>
          </w:tcPr>
          <w:p w14:paraId="204919B9"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Spring 2</w:t>
            </w:r>
          </w:p>
        </w:tc>
        <w:tc>
          <w:tcPr>
            <w:tcW w:w="2424" w:type="dxa"/>
            <w:shd w:val="clear" w:color="auto" w:fill="F4CCCC"/>
            <w:tcMar>
              <w:top w:w="85" w:type="dxa"/>
              <w:left w:w="85" w:type="dxa"/>
              <w:bottom w:w="85" w:type="dxa"/>
              <w:right w:w="85" w:type="dxa"/>
            </w:tcMar>
          </w:tcPr>
          <w:p w14:paraId="2F6C7EC3"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Summer 1</w:t>
            </w:r>
          </w:p>
        </w:tc>
        <w:tc>
          <w:tcPr>
            <w:tcW w:w="2424" w:type="dxa"/>
            <w:shd w:val="clear" w:color="auto" w:fill="F4CCCC"/>
            <w:tcMar>
              <w:top w:w="85" w:type="dxa"/>
              <w:left w:w="85" w:type="dxa"/>
              <w:bottom w:w="85" w:type="dxa"/>
              <w:right w:w="85" w:type="dxa"/>
            </w:tcMar>
          </w:tcPr>
          <w:p w14:paraId="7047CD4A" w14:textId="77777777" w:rsidR="003F65DC" w:rsidRPr="00702129" w:rsidRDefault="00914460" w:rsidP="002C4B19">
            <w:pPr>
              <w:spacing w:after="100"/>
              <w:rPr>
                <w:rFonts w:ascii="Aptos Display" w:hAnsi="Aptos Display"/>
                <w:sz w:val="23"/>
                <w:szCs w:val="23"/>
              </w:rPr>
            </w:pPr>
            <w:r w:rsidRPr="00702129">
              <w:rPr>
                <w:rFonts w:ascii="Aptos Display" w:hAnsi="Aptos Display"/>
                <w:b/>
                <w:sz w:val="23"/>
                <w:szCs w:val="23"/>
              </w:rPr>
              <w:t>Summer 2</w:t>
            </w:r>
          </w:p>
        </w:tc>
      </w:tr>
      <w:tr w:rsidR="003F65DC" w:rsidRPr="00702129" w14:paraId="075328DE" w14:textId="77777777">
        <w:trPr>
          <w:jc w:val="center"/>
        </w:trPr>
        <w:tc>
          <w:tcPr>
            <w:tcW w:w="2424" w:type="dxa"/>
            <w:shd w:val="clear" w:color="auto" w:fill="FFF2CC"/>
            <w:tcMar>
              <w:top w:w="85" w:type="dxa"/>
              <w:left w:w="85" w:type="dxa"/>
              <w:bottom w:w="85" w:type="dxa"/>
              <w:right w:w="85" w:type="dxa"/>
            </w:tcMar>
          </w:tcPr>
          <w:p w14:paraId="1F394443" w14:textId="77777777" w:rsidR="002767C1" w:rsidRPr="00702129" w:rsidRDefault="00914460">
            <w:pPr>
              <w:spacing w:after="100"/>
              <w:rPr>
                <w:rFonts w:ascii="Aptos Display" w:hAnsi="Aptos Display"/>
                <w:b/>
                <w:bCs/>
                <w:sz w:val="23"/>
                <w:szCs w:val="23"/>
              </w:rPr>
            </w:pPr>
            <w:r w:rsidRPr="00702129">
              <w:rPr>
                <w:rFonts w:ascii="Aptos Display" w:hAnsi="Aptos Display"/>
                <w:b/>
                <w:bCs/>
                <w:sz w:val="23"/>
                <w:szCs w:val="23"/>
              </w:rPr>
              <w:t>N</w:t>
            </w:r>
            <w:r w:rsidR="00602A1E" w:rsidRPr="00702129">
              <w:rPr>
                <w:rFonts w:ascii="Aptos Display" w:hAnsi="Aptos Display"/>
                <w:b/>
                <w:bCs/>
                <w:sz w:val="23"/>
                <w:szCs w:val="23"/>
              </w:rPr>
              <w:t>ew Beginnings</w:t>
            </w:r>
          </w:p>
          <w:p w14:paraId="72FC87EB" w14:textId="77777777" w:rsidR="0015229F" w:rsidRPr="00702129" w:rsidRDefault="00163E31">
            <w:pPr>
              <w:spacing w:after="100"/>
              <w:rPr>
                <w:rFonts w:ascii="Aptos Display" w:hAnsi="Aptos Display"/>
                <w:b/>
                <w:bCs/>
                <w:sz w:val="23"/>
                <w:szCs w:val="23"/>
              </w:rPr>
            </w:pPr>
            <w:r w:rsidRPr="00702129">
              <w:rPr>
                <w:rFonts w:ascii="Aptos Display" w:hAnsi="Aptos Display"/>
                <w:b/>
                <w:bCs/>
                <w:sz w:val="23"/>
                <w:szCs w:val="23"/>
              </w:rPr>
              <w:t>Pol</w:t>
            </w:r>
            <w:r w:rsidR="002767C1" w:rsidRPr="00702129">
              <w:rPr>
                <w:rFonts w:ascii="Aptos Display" w:hAnsi="Aptos Display"/>
                <w:b/>
                <w:bCs/>
                <w:sz w:val="23"/>
                <w:szCs w:val="23"/>
              </w:rPr>
              <w:t>-E</w:t>
            </w:r>
            <w:r w:rsidRPr="00702129">
              <w:rPr>
                <w:rFonts w:ascii="Aptos Display" w:hAnsi="Aptos Display"/>
                <w:b/>
                <w:bCs/>
                <w:sz w:val="23"/>
                <w:szCs w:val="23"/>
              </w:rPr>
              <w:t>d</w:t>
            </w:r>
            <w:r w:rsidR="0015229F" w:rsidRPr="00702129">
              <w:rPr>
                <w:rFonts w:ascii="Aptos Display" w:hAnsi="Aptos Display"/>
                <w:b/>
                <w:bCs/>
                <w:sz w:val="23"/>
                <w:szCs w:val="23"/>
              </w:rPr>
              <w:t xml:space="preserve"> lessons</w:t>
            </w:r>
          </w:p>
          <w:p w14:paraId="5CF72A72" w14:textId="77777777" w:rsidR="0015229F" w:rsidRPr="00702129" w:rsidRDefault="0015229F">
            <w:pPr>
              <w:spacing w:after="100"/>
              <w:rPr>
                <w:rFonts w:ascii="Aptos Display" w:hAnsi="Aptos Display"/>
                <w:b/>
                <w:bCs/>
                <w:sz w:val="23"/>
                <w:szCs w:val="23"/>
              </w:rPr>
            </w:pPr>
            <w:r w:rsidRPr="00702129">
              <w:rPr>
                <w:rFonts w:ascii="Aptos Display" w:hAnsi="Aptos Display"/>
                <w:b/>
                <w:bCs/>
                <w:sz w:val="23"/>
                <w:szCs w:val="23"/>
              </w:rPr>
              <w:t>Relationships</w:t>
            </w:r>
          </w:p>
          <w:p w14:paraId="11243CCC" w14:textId="77777777" w:rsidR="0015229F" w:rsidRPr="00702129" w:rsidRDefault="0015229F">
            <w:pPr>
              <w:spacing w:after="100"/>
              <w:rPr>
                <w:rFonts w:ascii="Aptos Display" w:hAnsi="Aptos Display"/>
                <w:sz w:val="23"/>
                <w:szCs w:val="23"/>
              </w:rPr>
            </w:pPr>
            <w:r w:rsidRPr="00702129">
              <w:rPr>
                <w:rFonts w:ascii="Aptos Display" w:hAnsi="Aptos Display"/>
                <w:sz w:val="23"/>
                <w:szCs w:val="23"/>
              </w:rPr>
              <w:t>How should we treat people?</w:t>
            </w:r>
          </w:p>
          <w:p w14:paraId="363D085F" w14:textId="77777777" w:rsidR="0015229F" w:rsidRPr="00702129" w:rsidRDefault="0015229F">
            <w:pPr>
              <w:spacing w:after="100"/>
              <w:rPr>
                <w:rFonts w:ascii="Aptos Display" w:hAnsi="Aptos Display"/>
                <w:sz w:val="23"/>
                <w:szCs w:val="23"/>
              </w:rPr>
            </w:pPr>
            <w:r w:rsidRPr="00702129">
              <w:rPr>
                <w:rFonts w:ascii="Aptos Display" w:hAnsi="Aptos Display"/>
                <w:sz w:val="23"/>
                <w:szCs w:val="23"/>
              </w:rPr>
              <w:t>What can I do when friendships go wrong?</w:t>
            </w:r>
          </w:p>
          <w:p w14:paraId="5E76E912" w14:textId="77777777" w:rsidR="0015229F" w:rsidRPr="00702129" w:rsidRDefault="0015229F">
            <w:pPr>
              <w:spacing w:after="100"/>
              <w:rPr>
                <w:rFonts w:ascii="Aptos Display" w:hAnsi="Aptos Display"/>
                <w:sz w:val="23"/>
                <w:szCs w:val="23"/>
              </w:rPr>
            </w:pPr>
            <w:r w:rsidRPr="00702129">
              <w:rPr>
                <w:rFonts w:ascii="Aptos Display" w:hAnsi="Aptos Display"/>
                <w:sz w:val="23"/>
                <w:szCs w:val="23"/>
              </w:rPr>
              <w:t>What do we mean by consent in friendships?</w:t>
            </w:r>
          </w:p>
          <w:p w14:paraId="12D83919" w14:textId="77777777" w:rsidR="0015229F" w:rsidRPr="00702129" w:rsidRDefault="0015229F">
            <w:pPr>
              <w:spacing w:after="100"/>
              <w:rPr>
                <w:rFonts w:ascii="Aptos Display" w:hAnsi="Aptos Display"/>
                <w:sz w:val="23"/>
                <w:szCs w:val="23"/>
              </w:rPr>
            </w:pPr>
            <w:r w:rsidRPr="00702129">
              <w:rPr>
                <w:rFonts w:ascii="Aptos Display" w:hAnsi="Aptos Display"/>
                <w:sz w:val="23"/>
                <w:szCs w:val="23"/>
              </w:rPr>
              <w:t xml:space="preserve">What is bullying </w:t>
            </w:r>
          </w:p>
          <w:p w14:paraId="0C133A98" w14:textId="77777777" w:rsidR="00317054" w:rsidRPr="00702129" w:rsidRDefault="0015229F">
            <w:pPr>
              <w:spacing w:after="100"/>
              <w:rPr>
                <w:rFonts w:ascii="Aptos Display" w:hAnsi="Aptos Display"/>
                <w:sz w:val="23"/>
                <w:szCs w:val="23"/>
              </w:rPr>
            </w:pPr>
            <w:r w:rsidRPr="00702129">
              <w:rPr>
                <w:rFonts w:ascii="Aptos Display" w:hAnsi="Aptos Display"/>
                <w:sz w:val="23"/>
                <w:szCs w:val="23"/>
              </w:rPr>
              <w:t>Who are my key people?</w:t>
            </w:r>
            <w:r w:rsidRPr="00702129">
              <w:rPr>
                <w:rFonts w:ascii="Aptos Display" w:hAnsi="Aptos Display"/>
                <w:sz w:val="23"/>
                <w:szCs w:val="23"/>
              </w:rPr>
              <w:br/>
            </w:r>
            <w:r w:rsidRPr="00702129">
              <w:rPr>
                <w:rFonts w:ascii="Aptos Display" w:hAnsi="Aptos Display"/>
                <w:sz w:val="23"/>
                <w:szCs w:val="23"/>
              </w:rPr>
              <w:br/>
            </w:r>
            <w:r w:rsidRPr="00702129">
              <w:rPr>
                <w:rFonts w:ascii="Aptos Display" w:hAnsi="Aptos Display"/>
                <w:b/>
                <w:bCs/>
                <w:sz w:val="23"/>
                <w:szCs w:val="23"/>
              </w:rPr>
              <w:t>Journey in Love — AUTUMN: SOCIAL &amp; EMOTIONAL</w:t>
            </w:r>
            <w:r w:rsidRPr="00702129">
              <w:rPr>
                <w:rFonts w:ascii="Aptos Display" w:hAnsi="Aptos Display"/>
                <w:sz w:val="23"/>
                <w:szCs w:val="23"/>
              </w:rPr>
              <w:br/>
            </w:r>
            <w:r w:rsidRPr="00702129">
              <w:rPr>
                <w:rFonts w:ascii="Aptos Display" w:hAnsi="Aptos Display"/>
                <w:sz w:val="23"/>
                <w:szCs w:val="23"/>
              </w:rPr>
              <w:br/>
              <w:t>To describe and give reasons how friendships make us feel happy and safe.</w:t>
            </w:r>
            <w:r w:rsidRPr="00702129">
              <w:rPr>
                <w:rFonts w:ascii="Aptos Display" w:hAnsi="Aptos Display"/>
                <w:sz w:val="23"/>
                <w:szCs w:val="23"/>
              </w:rPr>
              <w:br/>
            </w:r>
          </w:p>
        </w:tc>
        <w:tc>
          <w:tcPr>
            <w:tcW w:w="2424" w:type="dxa"/>
            <w:shd w:val="clear" w:color="auto" w:fill="FFF2CC"/>
            <w:tcMar>
              <w:top w:w="85" w:type="dxa"/>
              <w:left w:w="85" w:type="dxa"/>
              <w:bottom w:w="85" w:type="dxa"/>
              <w:right w:w="85" w:type="dxa"/>
            </w:tcMar>
          </w:tcPr>
          <w:p w14:paraId="58BB89C5" w14:textId="77777777" w:rsidR="002767C1" w:rsidRPr="00702129" w:rsidRDefault="000E2D7E" w:rsidP="0072580E">
            <w:pPr>
              <w:spacing w:after="100"/>
              <w:rPr>
                <w:rFonts w:ascii="Aptos Display" w:hAnsi="Aptos Display"/>
                <w:b/>
                <w:sz w:val="23"/>
                <w:szCs w:val="23"/>
              </w:rPr>
            </w:pPr>
            <w:r w:rsidRPr="00702129">
              <w:rPr>
                <w:rFonts w:ascii="Aptos Display" w:hAnsi="Aptos Display"/>
                <w:b/>
                <w:sz w:val="23"/>
                <w:szCs w:val="23"/>
              </w:rPr>
              <w:t>Pol</w:t>
            </w:r>
            <w:r w:rsidR="002767C1" w:rsidRPr="00702129">
              <w:rPr>
                <w:rFonts w:ascii="Aptos Display" w:hAnsi="Aptos Display"/>
                <w:b/>
                <w:sz w:val="23"/>
                <w:szCs w:val="23"/>
              </w:rPr>
              <w:t xml:space="preserve"> E</w:t>
            </w:r>
            <w:r w:rsidRPr="00702129">
              <w:rPr>
                <w:rFonts w:ascii="Aptos Display" w:hAnsi="Aptos Display"/>
                <w:b/>
                <w:sz w:val="23"/>
                <w:szCs w:val="23"/>
              </w:rPr>
              <w:t>d</w:t>
            </w:r>
            <w:r w:rsidR="0015229F" w:rsidRPr="00702129">
              <w:rPr>
                <w:rFonts w:ascii="Aptos Display" w:hAnsi="Aptos Display"/>
                <w:b/>
                <w:sz w:val="23"/>
                <w:szCs w:val="23"/>
              </w:rPr>
              <w:t xml:space="preserve"> Lessons</w:t>
            </w:r>
          </w:p>
          <w:p w14:paraId="2DA13F62" w14:textId="77777777" w:rsidR="0072580E" w:rsidRPr="00702129" w:rsidRDefault="000E2D7E" w:rsidP="0072580E">
            <w:pPr>
              <w:spacing w:after="100"/>
              <w:rPr>
                <w:rFonts w:ascii="Aptos Display" w:hAnsi="Aptos Display"/>
                <w:bCs/>
                <w:sz w:val="23"/>
                <w:szCs w:val="23"/>
              </w:rPr>
            </w:pPr>
            <w:r w:rsidRPr="00702129">
              <w:rPr>
                <w:rFonts w:ascii="Aptos Display" w:hAnsi="Aptos Display"/>
                <w:bCs/>
                <w:sz w:val="23"/>
                <w:szCs w:val="23"/>
              </w:rPr>
              <w:t xml:space="preserve">Keeping safe </w:t>
            </w:r>
          </w:p>
          <w:p w14:paraId="1E094CE6" w14:textId="77777777" w:rsidR="0015229F" w:rsidRPr="00702129" w:rsidRDefault="0015229F" w:rsidP="0072580E">
            <w:pPr>
              <w:spacing w:after="100"/>
              <w:rPr>
                <w:rFonts w:ascii="Aptos Display" w:hAnsi="Aptos Display"/>
                <w:bCs/>
                <w:sz w:val="23"/>
                <w:szCs w:val="23"/>
              </w:rPr>
            </w:pPr>
            <w:r w:rsidRPr="00702129">
              <w:rPr>
                <w:rFonts w:ascii="Aptos Display" w:hAnsi="Aptos Display"/>
                <w:bCs/>
                <w:sz w:val="23"/>
                <w:szCs w:val="23"/>
              </w:rPr>
              <w:t>How can I share my worries?</w:t>
            </w:r>
          </w:p>
          <w:p w14:paraId="65D7D32B" w14:textId="77777777" w:rsidR="0015229F" w:rsidRPr="00702129" w:rsidRDefault="0015229F" w:rsidP="0072580E">
            <w:pPr>
              <w:spacing w:after="100"/>
              <w:rPr>
                <w:rFonts w:ascii="Aptos Display" w:hAnsi="Aptos Display"/>
                <w:bCs/>
                <w:sz w:val="23"/>
                <w:szCs w:val="23"/>
              </w:rPr>
            </w:pPr>
            <w:r w:rsidRPr="00702129">
              <w:rPr>
                <w:rFonts w:ascii="Aptos Display" w:hAnsi="Aptos Display"/>
                <w:bCs/>
                <w:sz w:val="23"/>
                <w:szCs w:val="23"/>
              </w:rPr>
              <w:t>What are emergency services?</w:t>
            </w:r>
          </w:p>
          <w:p w14:paraId="23CCFAA1" w14:textId="77777777" w:rsidR="0015229F" w:rsidRPr="00702129" w:rsidRDefault="0015229F" w:rsidP="0072580E">
            <w:pPr>
              <w:spacing w:after="100"/>
              <w:rPr>
                <w:rFonts w:ascii="Aptos Display" w:hAnsi="Aptos Display"/>
                <w:bCs/>
                <w:sz w:val="23"/>
                <w:szCs w:val="23"/>
              </w:rPr>
            </w:pPr>
            <w:r w:rsidRPr="00702129">
              <w:rPr>
                <w:rFonts w:ascii="Aptos Display" w:hAnsi="Aptos Display"/>
                <w:bCs/>
                <w:sz w:val="23"/>
                <w:szCs w:val="23"/>
              </w:rPr>
              <w:t>What are emergency situations?</w:t>
            </w:r>
          </w:p>
          <w:p w14:paraId="09B7BC72" w14:textId="77777777" w:rsidR="0015229F" w:rsidRPr="00702129" w:rsidRDefault="0015229F" w:rsidP="0072580E">
            <w:pPr>
              <w:spacing w:after="100"/>
              <w:rPr>
                <w:rFonts w:ascii="Aptos Display" w:hAnsi="Aptos Display"/>
                <w:bCs/>
                <w:sz w:val="23"/>
                <w:szCs w:val="23"/>
              </w:rPr>
            </w:pPr>
            <w:r w:rsidRPr="00702129">
              <w:rPr>
                <w:rFonts w:ascii="Aptos Display" w:hAnsi="Aptos Display"/>
                <w:bCs/>
                <w:sz w:val="23"/>
                <w:szCs w:val="23"/>
              </w:rPr>
              <w:t>What do we mean by risk?</w:t>
            </w:r>
          </w:p>
          <w:p w14:paraId="68C51F9A" w14:textId="77777777" w:rsidR="0015229F" w:rsidRPr="00702129" w:rsidRDefault="0015229F" w:rsidP="0072580E">
            <w:pPr>
              <w:spacing w:after="100"/>
              <w:rPr>
                <w:rFonts w:ascii="Aptos Display" w:hAnsi="Aptos Display"/>
                <w:bCs/>
                <w:sz w:val="23"/>
                <w:szCs w:val="23"/>
              </w:rPr>
            </w:pPr>
            <w:r w:rsidRPr="00702129">
              <w:rPr>
                <w:rFonts w:ascii="Aptos Display" w:hAnsi="Aptos Display"/>
                <w:bCs/>
                <w:sz w:val="23"/>
                <w:szCs w:val="23"/>
              </w:rPr>
              <w:t>When should I break a secret?</w:t>
            </w:r>
          </w:p>
        </w:tc>
        <w:tc>
          <w:tcPr>
            <w:tcW w:w="2424" w:type="dxa"/>
            <w:shd w:val="clear" w:color="auto" w:fill="E2F0D9"/>
            <w:tcMar>
              <w:top w:w="85" w:type="dxa"/>
              <w:left w:w="85" w:type="dxa"/>
              <w:bottom w:w="85" w:type="dxa"/>
              <w:right w:w="85" w:type="dxa"/>
            </w:tcMar>
          </w:tcPr>
          <w:p w14:paraId="6D5A4E01" w14:textId="77777777" w:rsidR="002767C1" w:rsidRPr="00702129" w:rsidRDefault="000E2D7E">
            <w:pPr>
              <w:spacing w:after="100"/>
              <w:rPr>
                <w:rFonts w:ascii="Aptos Display" w:hAnsi="Aptos Display"/>
                <w:b/>
                <w:sz w:val="23"/>
                <w:szCs w:val="23"/>
              </w:rPr>
            </w:pPr>
            <w:r w:rsidRPr="00702129">
              <w:rPr>
                <w:rFonts w:ascii="Aptos Display" w:hAnsi="Aptos Display"/>
                <w:b/>
                <w:sz w:val="23"/>
                <w:szCs w:val="23"/>
              </w:rPr>
              <w:t>Pol</w:t>
            </w:r>
            <w:r w:rsidR="002767C1" w:rsidRPr="00702129">
              <w:rPr>
                <w:rFonts w:ascii="Aptos Display" w:hAnsi="Aptos Display"/>
                <w:b/>
                <w:sz w:val="23"/>
                <w:szCs w:val="23"/>
              </w:rPr>
              <w:t xml:space="preserve"> E</w:t>
            </w:r>
            <w:r w:rsidRPr="00702129">
              <w:rPr>
                <w:rFonts w:ascii="Aptos Display" w:hAnsi="Aptos Display"/>
                <w:b/>
                <w:sz w:val="23"/>
                <w:szCs w:val="23"/>
              </w:rPr>
              <w:t>d</w:t>
            </w:r>
            <w:r w:rsidR="0015229F" w:rsidRPr="00702129">
              <w:rPr>
                <w:rFonts w:ascii="Aptos Display" w:hAnsi="Aptos Display"/>
                <w:b/>
                <w:sz w:val="23"/>
                <w:szCs w:val="23"/>
              </w:rPr>
              <w:t xml:space="preserve"> Lessons</w:t>
            </w:r>
          </w:p>
          <w:p w14:paraId="3C6F6E41" w14:textId="77777777" w:rsidR="00042837" w:rsidRPr="00702129" w:rsidRDefault="0015229F">
            <w:pPr>
              <w:spacing w:after="100"/>
              <w:rPr>
                <w:rFonts w:ascii="Aptos Display" w:hAnsi="Aptos Display"/>
                <w:b/>
                <w:sz w:val="23"/>
                <w:szCs w:val="23"/>
              </w:rPr>
            </w:pPr>
            <w:r w:rsidRPr="00702129">
              <w:rPr>
                <w:rFonts w:ascii="Aptos Display" w:hAnsi="Aptos Display"/>
                <w:b/>
                <w:sz w:val="23"/>
                <w:szCs w:val="23"/>
              </w:rPr>
              <w:t>Understanding the law</w:t>
            </w:r>
          </w:p>
          <w:p w14:paraId="19E5910D" w14:textId="77777777" w:rsidR="0015229F" w:rsidRPr="00702129" w:rsidRDefault="0015229F">
            <w:pPr>
              <w:spacing w:after="100"/>
              <w:rPr>
                <w:rFonts w:ascii="Aptos Display" w:hAnsi="Aptos Display"/>
                <w:bCs/>
                <w:sz w:val="23"/>
                <w:szCs w:val="23"/>
              </w:rPr>
            </w:pPr>
            <w:r w:rsidRPr="00702129">
              <w:rPr>
                <w:rFonts w:ascii="Aptos Display" w:hAnsi="Aptos Display"/>
                <w:bCs/>
                <w:sz w:val="23"/>
                <w:szCs w:val="23"/>
              </w:rPr>
              <w:t>How can I be a responsible citizen?</w:t>
            </w:r>
          </w:p>
          <w:p w14:paraId="16FA669C" w14:textId="77777777" w:rsidR="0015229F" w:rsidRPr="00702129" w:rsidRDefault="0015229F">
            <w:pPr>
              <w:spacing w:after="100"/>
              <w:rPr>
                <w:rFonts w:ascii="Aptos Display" w:hAnsi="Aptos Display"/>
                <w:bCs/>
                <w:sz w:val="23"/>
                <w:szCs w:val="23"/>
              </w:rPr>
            </w:pPr>
            <w:r w:rsidRPr="00702129">
              <w:rPr>
                <w:rFonts w:ascii="Aptos Display" w:hAnsi="Aptos Display"/>
                <w:bCs/>
                <w:sz w:val="23"/>
                <w:szCs w:val="23"/>
              </w:rPr>
              <w:t>How can we enforce the law?</w:t>
            </w:r>
          </w:p>
          <w:p w14:paraId="1F3F1BB5" w14:textId="77777777" w:rsidR="0015229F" w:rsidRPr="00702129" w:rsidRDefault="0015229F">
            <w:pPr>
              <w:spacing w:after="100"/>
              <w:rPr>
                <w:rFonts w:ascii="Aptos Display" w:hAnsi="Aptos Display"/>
                <w:bCs/>
                <w:sz w:val="23"/>
                <w:szCs w:val="23"/>
              </w:rPr>
            </w:pPr>
            <w:r w:rsidRPr="00702129">
              <w:rPr>
                <w:rFonts w:ascii="Aptos Display" w:hAnsi="Aptos Display"/>
                <w:bCs/>
                <w:sz w:val="23"/>
                <w:szCs w:val="23"/>
              </w:rPr>
              <w:t xml:space="preserve">What are children’s rights? </w:t>
            </w:r>
          </w:p>
          <w:p w14:paraId="37A42C58" w14:textId="77777777" w:rsidR="00702129" w:rsidRPr="00702129" w:rsidRDefault="0015229F">
            <w:pPr>
              <w:spacing w:after="100"/>
              <w:rPr>
                <w:rFonts w:ascii="Aptos Display" w:hAnsi="Aptos Display"/>
                <w:b/>
                <w:sz w:val="23"/>
                <w:szCs w:val="23"/>
              </w:rPr>
            </w:pPr>
            <w:r w:rsidRPr="00702129">
              <w:rPr>
                <w:rFonts w:ascii="Aptos Display" w:hAnsi="Aptos Display"/>
                <w:bCs/>
                <w:sz w:val="23"/>
                <w:szCs w:val="23"/>
              </w:rPr>
              <w:t>What is the law and why do we have it?</w:t>
            </w:r>
            <w:r w:rsidRPr="00702129">
              <w:rPr>
                <w:rFonts w:ascii="Aptos Display" w:hAnsi="Aptos Display"/>
                <w:b/>
                <w:sz w:val="23"/>
                <w:szCs w:val="23"/>
              </w:rPr>
              <w:br/>
            </w:r>
            <w:r w:rsidRPr="00702129">
              <w:rPr>
                <w:rFonts w:ascii="Aptos Display" w:hAnsi="Aptos Display"/>
                <w:b/>
                <w:sz w:val="23"/>
                <w:szCs w:val="23"/>
              </w:rPr>
              <w:br/>
            </w:r>
          </w:p>
          <w:p w14:paraId="5316A899" w14:textId="7E8E6420" w:rsidR="00042837" w:rsidRPr="00702129" w:rsidRDefault="0015229F">
            <w:pPr>
              <w:spacing w:after="100"/>
              <w:rPr>
                <w:rFonts w:ascii="Aptos Display" w:hAnsi="Aptos Display"/>
                <w:bCs/>
                <w:sz w:val="23"/>
                <w:szCs w:val="23"/>
              </w:rPr>
            </w:pPr>
            <w:r w:rsidRPr="00702129">
              <w:rPr>
                <w:rFonts w:ascii="Aptos Display" w:hAnsi="Aptos Display"/>
                <w:b/>
                <w:sz w:val="23"/>
                <w:szCs w:val="23"/>
              </w:rPr>
              <w:t>Journey in Love — SPRING: PHYSICAL</w:t>
            </w:r>
            <w:r w:rsidRPr="00702129">
              <w:rPr>
                <w:rFonts w:ascii="Aptos Display" w:hAnsi="Aptos Display"/>
                <w:b/>
                <w:sz w:val="23"/>
                <w:szCs w:val="23"/>
              </w:rPr>
              <w:br/>
            </w:r>
          </w:p>
          <w:p w14:paraId="274ED81D" w14:textId="77777777" w:rsidR="0044419D" w:rsidRPr="00702129" w:rsidRDefault="00914460">
            <w:pPr>
              <w:spacing w:after="100"/>
              <w:rPr>
                <w:rFonts w:ascii="Aptos Display" w:hAnsi="Aptos Display"/>
                <w:bCs/>
                <w:sz w:val="23"/>
                <w:szCs w:val="23"/>
              </w:rPr>
            </w:pPr>
            <w:r w:rsidRPr="00702129">
              <w:rPr>
                <w:rFonts w:ascii="Aptos Display" w:hAnsi="Aptos Display"/>
                <w:bCs/>
                <w:sz w:val="23"/>
                <w:szCs w:val="23"/>
              </w:rPr>
              <w:t>To describe and give reasons why friendships can break down, ho</w:t>
            </w:r>
            <w:r w:rsidRPr="00702129">
              <w:rPr>
                <w:rFonts w:ascii="Aptos Display" w:hAnsi="Aptos Display"/>
                <w:bCs/>
                <w:sz w:val="23"/>
                <w:szCs w:val="23"/>
              </w:rPr>
              <w:t>w they can be repaired and strengthened.</w:t>
            </w:r>
          </w:p>
        </w:tc>
        <w:tc>
          <w:tcPr>
            <w:tcW w:w="2424" w:type="dxa"/>
            <w:shd w:val="clear" w:color="auto" w:fill="E2F0D9"/>
            <w:tcMar>
              <w:top w:w="85" w:type="dxa"/>
              <w:left w:w="85" w:type="dxa"/>
              <w:bottom w:w="85" w:type="dxa"/>
              <w:right w:w="85" w:type="dxa"/>
            </w:tcMar>
          </w:tcPr>
          <w:p w14:paraId="16C5A4E8" w14:textId="77777777" w:rsidR="002767C1" w:rsidRPr="00702129" w:rsidRDefault="000E2D7E" w:rsidP="000E2D7E">
            <w:pPr>
              <w:spacing w:after="100"/>
              <w:rPr>
                <w:rFonts w:ascii="Aptos Display" w:hAnsi="Aptos Display"/>
                <w:b/>
                <w:sz w:val="23"/>
                <w:szCs w:val="23"/>
              </w:rPr>
            </w:pPr>
            <w:r w:rsidRPr="00702129">
              <w:rPr>
                <w:rFonts w:ascii="Aptos Display" w:hAnsi="Aptos Display"/>
                <w:b/>
                <w:sz w:val="23"/>
                <w:szCs w:val="23"/>
              </w:rPr>
              <w:t>Pol</w:t>
            </w:r>
            <w:r w:rsidR="0015229F" w:rsidRPr="00702129">
              <w:rPr>
                <w:rFonts w:ascii="Aptos Display" w:hAnsi="Aptos Display"/>
                <w:b/>
                <w:sz w:val="23"/>
                <w:szCs w:val="23"/>
              </w:rPr>
              <w:t xml:space="preserve"> E</w:t>
            </w:r>
            <w:r w:rsidRPr="00702129">
              <w:rPr>
                <w:rFonts w:ascii="Aptos Display" w:hAnsi="Aptos Display"/>
                <w:b/>
                <w:sz w:val="23"/>
                <w:szCs w:val="23"/>
              </w:rPr>
              <w:t>d</w:t>
            </w:r>
            <w:r w:rsidR="0015229F" w:rsidRPr="00702129">
              <w:rPr>
                <w:rFonts w:ascii="Aptos Display" w:hAnsi="Aptos Display"/>
                <w:b/>
                <w:sz w:val="23"/>
                <w:szCs w:val="23"/>
              </w:rPr>
              <w:t xml:space="preserve"> Lessons</w:t>
            </w:r>
          </w:p>
          <w:p w14:paraId="37541FFD" w14:textId="77777777" w:rsidR="0072580E" w:rsidRPr="00702129" w:rsidRDefault="000E2D7E" w:rsidP="000E2D7E">
            <w:pPr>
              <w:spacing w:after="100"/>
              <w:rPr>
                <w:rFonts w:ascii="Aptos Display" w:hAnsi="Aptos Display"/>
                <w:b/>
                <w:sz w:val="23"/>
                <w:szCs w:val="23"/>
              </w:rPr>
            </w:pPr>
            <w:r w:rsidRPr="00702129">
              <w:rPr>
                <w:rFonts w:ascii="Aptos Display" w:hAnsi="Aptos Display"/>
                <w:b/>
                <w:sz w:val="23"/>
                <w:szCs w:val="23"/>
              </w:rPr>
              <w:t xml:space="preserve"> </w:t>
            </w:r>
            <w:r w:rsidR="0015229F" w:rsidRPr="00702129">
              <w:rPr>
                <w:rFonts w:ascii="Aptos Display" w:hAnsi="Aptos Display"/>
                <w:b/>
                <w:sz w:val="23"/>
                <w:szCs w:val="23"/>
              </w:rPr>
              <w:t>Wellbeing</w:t>
            </w:r>
          </w:p>
          <w:p w14:paraId="315C003B" w14:textId="77777777" w:rsidR="0015229F" w:rsidRPr="00702129" w:rsidRDefault="0015229F" w:rsidP="000E2D7E">
            <w:pPr>
              <w:spacing w:after="100"/>
              <w:rPr>
                <w:rFonts w:ascii="Aptos Display" w:hAnsi="Aptos Display"/>
                <w:bCs/>
                <w:sz w:val="23"/>
                <w:szCs w:val="23"/>
              </w:rPr>
            </w:pPr>
            <w:r w:rsidRPr="00702129">
              <w:rPr>
                <w:rFonts w:ascii="Aptos Display" w:hAnsi="Aptos Display"/>
                <w:bCs/>
                <w:sz w:val="23"/>
                <w:szCs w:val="23"/>
              </w:rPr>
              <w:t>What is mental health?</w:t>
            </w:r>
          </w:p>
          <w:p w14:paraId="3181B0AD" w14:textId="77777777" w:rsidR="0015229F" w:rsidRPr="00702129" w:rsidRDefault="0015229F" w:rsidP="000E2D7E">
            <w:pPr>
              <w:spacing w:after="100"/>
              <w:rPr>
                <w:rFonts w:ascii="Aptos Display" w:hAnsi="Aptos Display"/>
                <w:bCs/>
                <w:sz w:val="23"/>
                <w:szCs w:val="23"/>
              </w:rPr>
            </w:pPr>
            <w:r w:rsidRPr="00702129">
              <w:rPr>
                <w:rFonts w:ascii="Aptos Display" w:hAnsi="Aptos Display"/>
                <w:bCs/>
                <w:sz w:val="23"/>
                <w:szCs w:val="23"/>
              </w:rPr>
              <w:t>What am I good at?</w:t>
            </w:r>
          </w:p>
          <w:p w14:paraId="57639D23" w14:textId="77777777" w:rsidR="0015229F" w:rsidRPr="00702129" w:rsidRDefault="0015229F" w:rsidP="000E2D7E">
            <w:pPr>
              <w:spacing w:after="100"/>
              <w:rPr>
                <w:rFonts w:ascii="Aptos Display" w:hAnsi="Aptos Display"/>
                <w:bCs/>
                <w:sz w:val="23"/>
                <w:szCs w:val="23"/>
              </w:rPr>
            </w:pPr>
            <w:r w:rsidRPr="00702129">
              <w:rPr>
                <w:rFonts w:ascii="Aptos Display" w:hAnsi="Aptos Display"/>
                <w:bCs/>
                <w:sz w:val="23"/>
                <w:szCs w:val="23"/>
              </w:rPr>
              <w:t>How can intense feeling feel?</w:t>
            </w:r>
          </w:p>
          <w:p w14:paraId="23901BB6" w14:textId="77777777" w:rsidR="0015229F" w:rsidRPr="00702129" w:rsidRDefault="0015229F" w:rsidP="000E2D7E">
            <w:pPr>
              <w:spacing w:after="100"/>
              <w:rPr>
                <w:rFonts w:ascii="Aptos Display" w:hAnsi="Aptos Display"/>
                <w:bCs/>
                <w:sz w:val="23"/>
                <w:szCs w:val="23"/>
              </w:rPr>
            </w:pPr>
            <w:r w:rsidRPr="00702129">
              <w:rPr>
                <w:rFonts w:ascii="Aptos Display" w:hAnsi="Aptos Display"/>
                <w:bCs/>
                <w:sz w:val="23"/>
                <w:szCs w:val="23"/>
              </w:rPr>
              <w:t>What words can I use to talk about my feelings?</w:t>
            </w:r>
          </w:p>
          <w:p w14:paraId="6A83E058" w14:textId="77777777" w:rsidR="0015229F" w:rsidRPr="00702129" w:rsidRDefault="0015229F" w:rsidP="000E2D7E">
            <w:pPr>
              <w:spacing w:after="100"/>
              <w:rPr>
                <w:rFonts w:ascii="Aptos Display" w:hAnsi="Aptos Display"/>
                <w:bCs/>
                <w:sz w:val="23"/>
                <w:szCs w:val="23"/>
              </w:rPr>
            </w:pPr>
            <w:r w:rsidRPr="00702129">
              <w:rPr>
                <w:rFonts w:ascii="Aptos Display" w:hAnsi="Aptos Display"/>
                <w:bCs/>
                <w:sz w:val="23"/>
                <w:szCs w:val="23"/>
              </w:rPr>
              <w:t>How can vaccinations support our health?</w:t>
            </w:r>
          </w:p>
          <w:p w14:paraId="604277E5" w14:textId="77777777" w:rsidR="0015229F" w:rsidRPr="00702129" w:rsidRDefault="0015229F" w:rsidP="000E2D7E">
            <w:pPr>
              <w:spacing w:after="100"/>
              <w:rPr>
                <w:rFonts w:ascii="Aptos Display" w:hAnsi="Aptos Display"/>
                <w:bCs/>
                <w:sz w:val="23"/>
                <w:szCs w:val="23"/>
              </w:rPr>
            </w:pPr>
            <w:r w:rsidRPr="00702129">
              <w:rPr>
                <w:rFonts w:ascii="Aptos Display" w:hAnsi="Aptos Display"/>
                <w:bCs/>
                <w:sz w:val="23"/>
                <w:szCs w:val="23"/>
              </w:rPr>
              <w:t>How does school help me?</w:t>
            </w:r>
          </w:p>
        </w:tc>
        <w:tc>
          <w:tcPr>
            <w:tcW w:w="2424" w:type="dxa"/>
            <w:shd w:val="clear" w:color="auto" w:fill="F4CCCC"/>
            <w:tcMar>
              <w:top w:w="85" w:type="dxa"/>
              <w:left w:w="85" w:type="dxa"/>
              <w:bottom w:w="85" w:type="dxa"/>
              <w:right w:w="85" w:type="dxa"/>
            </w:tcMar>
          </w:tcPr>
          <w:p w14:paraId="70FE638E" w14:textId="77777777" w:rsidR="0072580E" w:rsidRPr="00702129" w:rsidRDefault="0072580E" w:rsidP="0072580E">
            <w:pPr>
              <w:spacing w:after="100"/>
              <w:rPr>
                <w:rFonts w:ascii="Aptos Display" w:hAnsi="Aptos Display"/>
                <w:b/>
                <w:sz w:val="23"/>
                <w:szCs w:val="23"/>
              </w:rPr>
            </w:pPr>
            <w:r w:rsidRPr="00702129">
              <w:rPr>
                <w:rFonts w:ascii="Aptos Display" w:hAnsi="Aptos Display"/>
                <w:b/>
                <w:sz w:val="23"/>
                <w:szCs w:val="23"/>
              </w:rPr>
              <w:t>Aiming High</w:t>
            </w:r>
          </w:p>
          <w:p w14:paraId="6A3E36D8" w14:textId="77777777" w:rsidR="0072580E" w:rsidRPr="00702129" w:rsidRDefault="0072580E" w:rsidP="0072580E">
            <w:pPr>
              <w:spacing w:after="100"/>
              <w:rPr>
                <w:rFonts w:ascii="Aptos Display" w:hAnsi="Aptos Display"/>
                <w:bCs/>
                <w:sz w:val="23"/>
                <w:szCs w:val="23"/>
              </w:rPr>
            </w:pPr>
            <w:r w:rsidRPr="00702129">
              <w:rPr>
                <w:rFonts w:ascii="Aptos Display" w:hAnsi="Aptos Display"/>
                <w:b/>
                <w:sz w:val="23"/>
                <w:szCs w:val="23"/>
              </w:rPr>
              <w:br/>
            </w:r>
            <w:r w:rsidRPr="00702129">
              <w:rPr>
                <w:rFonts w:ascii="Aptos Display" w:hAnsi="Aptos Display"/>
                <w:bCs/>
                <w:sz w:val="23"/>
                <w:szCs w:val="23"/>
              </w:rPr>
              <w:t>Children explore resilience, growth mindset, setting goals, personal achievements and the skills needed for different careers.</w:t>
            </w:r>
          </w:p>
          <w:p w14:paraId="0606CE28" w14:textId="77777777" w:rsidR="00702129" w:rsidRPr="00702129" w:rsidRDefault="00914460">
            <w:pPr>
              <w:spacing w:after="100"/>
              <w:rPr>
                <w:rFonts w:ascii="Aptos Display" w:hAnsi="Aptos Display"/>
                <w:b/>
                <w:sz w:val="23"/>
                <w:szCs w:val="23"/>
              </w:rPr>
            </w:pPr>
            <w:r w:rsidRPr="00702129">
              <w:rPr>
                <w:rFonts w:ascii="Aptos Display" w:hAnsi="Aptos Display"/>
                <w:b/>
                <w:sz w:val="23"/>
                <w:szCs w:val="23"/>
              </w:rPr>
              <w:br/>
            </w:r>
          </w:p>
          <w:p w14:paraId="6FCAEAD6" w14:textId="3045EFA1" w:rsidR="00042837" w:rsidRPr="00702129" w:rsidRDefault="00914460">
            <w:pPr>
              <w:spacing w:after="100"/>
              <w:rPr>
                <w:rFonts w:ascii="Aptos Display" w:hAnsi="Aptos Display"/>
                <w:b/>
                <w:sz w:val="23"/>
                <w:szCs w:val="23"/>
              </w:rPr>
            </w:pPr>
            <w:r w:rsidRPr="00702129">
              <w:rPr>
                <w:rFonts w:ascii="Aptos Display" w:hAnsi="Aptos Display"/>
                <w:b/>
                <w:sz w:val="23"/>
                <w:szCs w:val="23"/>
              </w:rPr>
              <w:t>Journey in Love — SUMMER: SPIRITUAL</w:t>
            </w:r>
            <w:r w:rsidRPr="00702129">
              <w:rPr>
                <w:rFonts w:ascii="Aptos Display" w:hAnsi="Aptos Display"/>
                <w:b/>
                <w:sz w:val="23"/>
                <w:szCs w:val="23"/>
              </w:rPr>
              <w:br/>
            </w:r>
          </w:p>
          <w:p w14:paraId="56A002EF" w14:textId="77777777" w:rsidR="0044419D" w:rsidRPr="00702129" w:rsidRDefault="00914460">
            <w:pPr>
              <w:spacing w:after="100"/>
              <w:rPr>
                <w:rFonts w:ascii="Aptos Display" w:hAnsi="Aptos Display"/>
                <w:bCs/>
                <w:sz w:val="23"/>
                <w:szCs w:val="23"/>
              </w:rPr>
            </w:pPr>
            <w:r w:rsidRPr="00702129">
              <w:rPr>
                <w:rFonts w:ascii="Aptos Display" w:hAnsi="Aptos Display"/>
                <w:bCs/>
                <w:sz w:val="23"/>
                <w:szCs w:val="23"/>
              </w:rPr>
              <w:t>To celebrate the joy and happiness of living in friendship with God and others.</w:t>
            </w:r>
          </w:p>
        </w:tc>
        <w:tc>
          <w:tcPr>
            <w:tcW w:w="2424" w:type="dxa"/>
            <w:shd w:val="clear" w:color="auto" w:fill="F4CCCC"/>
            <w:tcMar>
              <w:top w:w="85" w:type="dxa"/>
              <w:left w:w="85" w:type="dxa"/>
              <w:bottom w:w="85" w:type="dxa"/>
              <w:right w:w="85" w:type="dxa"/>
            </w:tcMar>
          </w:tcPr>
          <w:p w14:paraId="539D79F1" w14:textId="77777777" w:rsidR="0072580E" w:rsidRPr="00702129" w:rsidRDefault="0072580E" w:rsidP="0072580E">
            <w:pPr>
              <w:spacing w:after="100"/>
              <w:rPr>
                <w:rFonts w:ascii="Aptos Display" w:hAnsi="Aptos Display"/>
                <w:b/>
                <w:sz w:val="23"/>
                <w:szCs w:val="23"/>
              </w:rPr>
            </w:pPr>
            <w:r w:rsidRPr="00702129">
              <w:rPr>
                <w:rFonts w:ascii="Aptos Display" w:hAnsi="Aptos Display"/>
                <w:b/>
                <w:sz w:val="23"/>
                <w:szCs w:val="23"/>
              </w:rPr>
              <w:t>Money Matters</w:t>
            </w:r>
          </w:p>
          <w:p w14:paraId="5B5BFAB3" w14:textId="77777777" w:rsidR="009A3F76" w:rsidRPr="00702129" w:rsidRDefault="009A3F76" w:rsidP="0072580E">
            <w:pPr>
              <w:spacing w:after="100"/>
              <w:rPr>
                <w:rFonts w:ascii="Aptos Display" w:hAnsi="Aptos Display"/>
                <w:b/>
                <w:sz w:val="23"/>
                <w:szCs w:val="23"/>
              </w:rPr>
            </w:pPr>
            <w:r w:rsidRPr="00702129">
              <w:rPr>
                <w:rFonts w:ascii="Aptos Display" w:hAnsi="Aptos Display"/>
                <w:b/>
                <w:sz w:val="23"/>
                <w:szCs w:val="23"/>
              </w:rPr>
              <w:t>Transition</w:t>
            </w:r>
          </w:p>
          <w:p w14:paraId="72AD914C" w14:textId="77777777" w:rsidR="0072580E" w:rsidRPr="00702129" w:rsidRDefault="0072580E" w:rsidP="0072580E">
            <w:pPr>
              <w:spacing w:after="100"/>
              <w:rPr>
                <w:rFonts w:ascii="Aptos Display" w:hAnsi="Aptos Display"/>
                <w:bCs/>
                <w:sz w:val="23"/>
                <w:szCs w:val="23"/>
              </w:rPr>
            </w:pPr>
            <w:r w:rsidRPr="00702129">
              <w:rPr>
                <w:rFonts w:ascii="Aptos Display" w:hAnsi="Aptos Display"/>
                <w:b/>
                <w:sz w:val="23"/>
                <w:szCs w:val="23"/>
              </w:rPr>
              <w:br/>
            </w:r>
            <w:r w:rsidRPr="00702129">
              <w:rPr>
                <w:rFonts w:ascii="Aptos Display" w:hAnsi="Aptos Display"/>
                <w:bCs/>
                <w:sz w:val="23"/>
                <w:szCs w:val="23"/>
              </w:rPr>
              <w:t>Children explore payment methods, borrowing, safe online spending, budgeting, value for money and factors that influence spending choices.</w:t>
            </w:r>
          </w:p>
          <w:p w14:paraId="07ABFC83" w14:textId="77777777" w:rsidR="009A3F76" w:rsidRPr="00702129" w:rsidRDefault="009A3F76" w:rsidP="0072580E">
            <w:pPr>
              <w:spacing w:after="100"/>
              <w:rPr>
                <w:rFonts w:ascii="Aptos Display" w:hAnsi="Aptos Display"/>
                <w:b/>
                <w:sz w:val="23"/>
                <w:szCs w:val="23"/>
              </w:rPr>
            </w:pPr>
            <w:r w:rsidRPr="00702129">
              <w:rPr>
                <w:rFonts w:ascii="Aptos Display" w:hAnsi="Aptos Display"/>
                <w:b/>
                <w:sz w:val="23"/>
                <w:szCs w:val="23"/>
              </w:rPr>
              <w:t>Links with NATWEST BANK</w:t>
            </w:r>
          </w:p>
          <w:p w14:paraId="6C02D047" w14:textId="77777777" w:rsidR="0044419D" w:rsidRPr="00702129" w:rsidRDefault="0044419D">
            <w:pPr>
              <w:spacing w:after="100"/>
              <w:rPr>
                <w:rFonts w:ascii="Aptos Display" w:hAnsi="Aptos Display"/>
                <w:bCs/>
                <w:sz w:val="23"/>
                <w:szCs w:val="23"/>
              </w:rPr>
            </w:pPr>
          </w:p>
          <w:p w14:paraId="42FD37D1" w14:textId="77777777" w:rsidR="00317054" w:rsidRPr="00702129" w:rsidRDefault="00317054">
            <w:pPr>
              <w:spacing w:after="100"/>
              <w:rPr>
                <w:rFonts w:ascii="Aptos Display" w:hAnsi="Aptos Display"/>
                <w:sz w:val="23"/>
                <w:szCs w:val="23"/>
              </w:rPr>
            </w:pPr>
          </w:p>
        </w:tc>
      </w:tr>
    </w:tbl>
    <w:p w14:paraId="1C537B42" w14:textId="77777777" w:rsidR="003F65DC" w:rsidRPr="00702129" w:rsidRDefault="003F65DC">
      <w:pPr>
        <w:spacing w:before="60" w:after="40"/>
        <w:rPr>
          <w:rFonts w:ascii="Aptos Display" w:hAnsi="Aptos Display"/>
          <w:sz w:val="23"/>
          <w:szCs w:val="23"/>
        </w:rPr>
      </w:pPr>
    </w:p>
    <w:p w14:paraId="49AC45B4" w14:textId="77777777" w:rsidR="003F65DC" w:rsidRPr="00702129" w:rsidRDefault="00914460" w:rsidP="00D63BB5">
      <w:pPr>
        <w:keepNext/>
        <w:rPr>
          <w:rFonts w:ascii="Aptos Display" w:hAnsi="Aptos Display"/>
          <w:sz w:val="23"/>
          <w:szCs w:val="23"/>
        </w:rPr>
      </w:pPr>
      <w:r w:rsidRPr="00702129">
        <w:rPr>
          <w:rFonts w:ascii="Aptos Display" w:hAnsi="Aptos Display"/>
          <w:b/>
          <w:sz w:val="23"/>
          <w:szCs w:val="23"/>
        </w:rPr>
        <w:t>Year 4 - Respect, diversity, safety and healthy choices</w:t>
      </w:r>
    </w:p>
    <w:p w14:paraId="70FAE31A" w14:textId="36945FF2" w:rsidR="003F65DC" w:rsidRPr="00702129" w:rsidRDefault="00914460">
      <w:pPr>
        <w:spacing w:after="80"/>
        <w:rPr>
          <w:rFonts w:ascii="Aptos Display" w:hAnsi="Aptos Display"/>
          <w:sz w:val="23"/>
          <w:szCs w:val="23"/>
        </w:rPr>
      </w:pPr>
      <w:r w:rsidRPr="00702129">
        <w:rPr>
          <w:rFonts w:ascii="Aptos Display" w:hAnsi="Aptos Display"/>
          <w:b/>
          <w:bCs/>
          <w:sz w:val="23"/>
          <w:szCs w:val="23"/>
        </w:rPr>
        <w:t xml:space="preserve">Journey in Love theme: God loves us in our differences. Across the year, children will: Explore healthy friendships, diversity, discrimination, peer influence, role models and respect for others. They will learn about road and </w:t>
      </w:r>
      <w:proofErr w:type="gramStart"/>
      <w:r w:rsidRPr="00702129">
        <w:rPr>
          <w:rFonts w:ascii="Aptos Display" w:hAnsi="Aptos Display"/>
          <w:b/>
          <w:bCs/>
          <w:sz w:val="23"/>
          <w:szCs w:val="23"/>
        </w:rPr>
        <w:t>local-area</w:t>
      </w:r>
      <w:proofErr w:type="gramEnd"/>
      <w:r w:rsidRPr="00702129">
        <w:rPr>
          <w:rFonts w:ascii="Aptos Display" w:hAnsi="Aptos Display"/>
          <w:b/>
          <w:bCs/>
          <w:sz w:val="23"/>
          <w:szCs w:val="23"/>
        </w:rPr>
        <w:t xml:space="preserve"> safety, hazards, first ai</w:t>
      </w:r>
      <w:r w:rsidRPr="00702129">
        <w:rPr>
          <w:rFonts w:ascii="Aptos Display" w:hAnsi="Aptos Display"/>
          <w:b/>
          <w:bCs/>
          <w:sz w:val="23"/>
          <w:szCs w:val="23"/>
        </w:rPr>
        <w:t>d, protected characteristics and hate crime. Children will consider healthy food, hygiene, emotional wellbeing, positive thinking and resilience, alongside democracy, rules and respect in British society. Journey in Love celebrates each person’s dignity and uniqueness.</w:t>
      </w:r>
    </w:p>
    <w:p w14:paraId="63E75F0B" w14:textId="77777777" w:rsidR="00D63BB5" w:rsidRPr="00702129" w:rsidRDefault="00D63BB5">
      <w:pPr>
        <w:spacing w:after="80"/>
        <w:rPr>
          <w:rFonts w:ascii="Aptos Display" w:hAnsi="Aptos Display"/>
          <w:sz w:val="23"/>
          <w:szCs w:val="23"/>
        </w:rPr>
      </w:pP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702129" w14:paraId="378C5EDE" w14:textId="77777777">
        <w:trPr>
          <w:jc w:val="center"/>
        </w:trPr>
        <w:tc>
          <w:tcPr>
            <w:tcW w:w="2424" w:type="dxa"/>
            <w:shd w:val="clear" w:color="auto" w:fill="FFF2CC"/>
            <w:tcMar>
              <w:top w:w="85" w:type="dxa"/>
              <w:left w:w="85" w:type="dxa"/>
              <w:bottom w:w="85" w:type="dxa"/>
              <w:right w:w="85" w:type="dxa"/>
            </w:tcMar>
          </w:tcPr>
          <w:p w14:paraId="3E3619EA"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Autumn 1</w:t>
            </w:r>
          </w:p>
        </w:tc>
        <w:tc>
          <w:tcPr>
            <w:tcW w:w="2424" w:type="dxa"/>
            <w:shd w:val="clear" w:color="auto" w:fill="FFF2CC"/>
            <w:tcMar>
              <w:top w:w="85" w:type="dxa"/>
              <w:left w:w="85" w:type="dxa"/>
              <w:bottom w:w="85" w:type="dxa"/>
              <w:right w:w="85" w:type="dxa"/>
            </w:tcMar>
          </w:tcPr>
          <w:p w14:paraId="3C8CF595"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Autumn 2</w:t>
            </w:r>
          </w:p>
        </w:tc>
        <w:tc>
          <w:tcPr>
            <w:tcW w:w="2424" w:type="dxa"/>
            <w:shd w:val="clear" w:color="auto" w:fill="E2F0D9"/>
            <w:tcMar>
              <w:top w:w="85" w:type="dxa"/>
              <w:left w:w="85" w:type="dxa"/>
              <w:bottom w:w="85" w:type="dxa"/>
              <w:right w:w="85" w:type="dxa"/>
            </w:tcMar>
          </w:tcPr>
          <w:p w14:paraId="06B62B3A"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Spring 1</w:t>
            </w:r>
          </w:p>
        </w:tc>
        <w:tc>
          <w:tcPr>
            <w:tcW w:w="2424" w:type="dxa"/>
            <w:shd w:val="clear" w:color="auto" w:fill="E2F0D9"/>
            <w:tcMar>
              <w:top w:w="85" w:type="dxa"/>
              <w:left w:w="85" w:type="dxa"/>
              <w:bottom w:w="85" w:type="dxa"/>
              <w:right w:w="85" w:type="dxa"/>
            </w:tcMar>
          </w:tcPr>
          <w:p w14:paraId="15A4F83C"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Spring 2</w:t>
            </w:r>
          </w:p>
        </w:tc>
        <w:tc>
          <w:tcPr>
            <w:tcW w:w="2424" w:type="dxa"/>
            <w:shd w:val="clear" w:color="auto" w:fill="F4CCCC"/>
            <w:tcMar>
              <w:top w:w="85" w:type="dxa"/>
              <w:left w:w="85" w:type="dxa"/>
              <w:bottom w:w="85" w:type="dxa"/>
              <w:right w:w="85" w:type="dxa"/>
            </w:tcMar>
          </w:tcPr>
          <w:p w14:paraId="74D3D70E"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Summer 1</w:t>
            </w:r>
          </w:p>
        </w:tc>
        <w:tc>
          <w:tcPr>
            <w:tcW w:w="2424" w:type="dxa"/>
            <w:shd w:val="clear" w:color="auto" w:fill="F4CCCC"/>
            <w:tcMar>
              <w:top w:w="85" w:type="dxa"/>
              <w:left w:w="85" w:type="dxa"/>
              <w:bottom w:w="85" w:type="dxa"/>
              <w:right w:w="85" w:type="dxa"/>
            </w:tcMar>
          </w:tcPr>
          <w:p w14:paraId="7DEE3C4D"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Summer 2</w:t>
            </w:r>
          </w:p>
        </w:tc>
      </w:tr>
      <w:tr w:rsidR="003F65DC" w:rsidRPr="00702129" w14:paraId="026F5A15" w14:textId="77777777">
        <w:trPr>
          <w:jc w:val="center"/>
        </w:trPr>
        <w:tc>
          <w:tcPr>
            <w:tcW w:w="2424" w:type="dxa"/>
            <w:shd w:val="clear" w:color="auto" w:fill="FFF2CC"/>
            <w:tcMar>
              <w:top w:w="85" w:type="dxa"/>
              <w:left w:w="85" w:type="dxa"/>
              <w:bottom w:w="85" w:type="dxa"/>
              <w:right w:w="85" w:type="dxa"/>
            </w:tcMar>
          </w:tcPr>
          <w:p w14:paraId="1F203F18" w14:textId="77777777" w:rsidR="00F2633A" w:rsidRPr="00702129" w:rsidRDefault="00914460">
            <w:pPr>
              <w:spacing w:after="100"/>
              <w:rPr>
                <w:rFonts w:ascii="Aptos Display" w:hAnsi="Aptos Display"/>
                <w:b/>
                <w:bCs/>
                <w:sz w:val="23"/>
                <w:szCs w:val="23"/>
              </w:rPr>
            </w:pPr>
            <w:r w:rsidRPr="00702129">
              <w:rPr>
                <w:rFonts w:ascii="Aptos Display" w:hAnsi="Aptos Display"/>
                <w:b/>
                <w:bCs/>
                <w:sz w:val="23"/>
                <w:szCs w:val="23"/>
              </w:rPr>
              <w:t>N</w:t>
            </w:r>
            <w:r w:rsidR="00602A1E" w:rsidRPr="00702129">
              <w:rPr>
                <w:rFonts w:ascii="Aptos Display" w:hAnsi="Aptos Display"/>
                <w:b/>
                <w:bCs/>
                <w:sz w:val="23"/>
                <w:szCs w:val="23"/>
              </w:rPr>
              <w:t>ew beginnings</w:t>
            </w:r>
          </w:p>
          <w:p w14:paraId="33214A65" w14:textId="77777777" w:rsidR="00F2633A" w:rsidRPr="00702129" w:rsidRDefault="00163E31">
            <w:pPr>
              <w:spacing w:after="100"/>
              <w:rPr>
                <w:rFonts w:ascii="Aptos Display" w:hAnsi="Aptos Display"/>
                <w:b/>
                <w:bCs/>
                <w:sz w:val="23"/>
                <w:szCs w:val="23"/>
              </w:rPr>
            </w:pPr>
            <w:r w:rsidRPr="00702129">
              <w:rPr>
                <w:rFonts w:ascii="Aptos Display" w:hAnsi="Aptos Display"/>
                <w:b/>
                <w:bCs/>
                <w:sz w:val="23"/>
                <w:szCs w:val="23"/>
              </w:rPr>
              <w:t>Pol</w:t>
            </w:r>
            <w:r w:rsidR="00F2633A" w:rsidRPr="00702129">
              <w:rPr>
                <w:rFonts w:ascii="Aptos Display" w:hAnsi="Aptos Display"/>
                <w:b/>
                <w:bCs/>
                <w:sz w:val="23"/>
                <w:szCs w:val="23"/>
              </w:rPr>
              <w:t>-E</w:t>
            </w:r>
            <w:r w:rsidRPr="00702129">
              <w:rPr>
                <w:rFonts w:ascii="Aptos Display" w:hAnsi="Aptos Display"/>
                <w:b/>
                <w:bCs/>
                <w:sz w:val="23"/>
                <w:szCs w:val="23"/>
              </w:rPr>
              <w:t xml:space="preserve">d </w:t>
            </w:r>
            <w:r w:rsidR="00F2633A" w:rsidRPr="00702129">
              <w:rPr>
                <w:rFonts w:ascii="Aptos Display" w:hAnsi="Aptos Display"/>
                <w:b/>
                <w:bCs/>
                <w:sz w:val="23"/>
                <w:szCs w:val="23"/>
              </w:rPr>
              <w:t>Lessons</w:t>
            </w:r>
          </w:p>
          <w:p w14:paraId="1F2FD3E5" w14:textId="77777777" w:rsidR="00F2633A" w:rsidRPr="00702129" w:rsidRDefault="00F2633A">
            <w:pPr>
              <w:spacing w:after="100"/>
              <w:rPr>
                <w:rFonts w:ascii="Aptos Display" w:hAnsi="Aptos Display"/>
                <w:sz w:val="23"/>
                <w:szCs w:val="23"/>
              </w:rPr>
            </w:pPr>
            <w:r w:rsidRPr="00702129">
              <w:rPr>
                <w:rFonts w:ascii="Aptos Display" w:hAnsi="Aptos Display"/>
                <w:b/>
                <w:bCs/>
                <w:sz w:val="23"/>
                <w:szCs w:val="23"/>
              </w:rPr>
              <w:t>Relationships</w:t>
            </w:r>
            <w:r w:rsidRPr="00702129">
              <w:rPr>
                <w:rFonts w:ascii="Aptos Display" w:hAnsi="Aptos Display"/>
                <w:sz w:val="23"/>
                <w:szCs w:val="23"/>
              </w:rPr>
              <w:br/>
              <w:t>How can we be role models?</w:t>
            </w:r>
          </w:p>
          <w:p w14:paraId="08E0AB72" w14:textId="77777777" w:rsidR="00F2633A" w:rsidRPr="00702129" w:rsidRDefault="00F2633A">
            <w:pPr>
              <w:spacing w:after="100"/>
              <w:rPr>
                <w:rFonts w:ascii="Aptos Display" w:hAnsi="Aptos Display"/>
                <w:sz w:val="23"/>
                <w:szCs w:val="23"/>
              </w:rPr>
            </w:pPr>
            <w:r w:rsidRPr="00702129">
              <w:rPr>
                <w:rFonts w:ascii="Aptos Display" w:hAnsi="Aptos Display"/>
                <w:sz w:val="23"/>
                <w:szCs w:val="23"/>
              </w:rPr>
              <w:t>What is a healthy friendship?</w:t>
            </w:r>
          </w:p>
          <w:p w14:paraId="2E1DF12F" w14:textId="77777777" w:rsidR="00F2633A" w:rsidRPr="00702129" w:rsidRDefault="00F2633A">
            <w:pPr>
              <w:spacing w:after="100"/>
              <w:rPr>
                <w:rFonts w:ascii="Aptos Display" w:hAnsi="Aptos Display"/>
                <w:sz w:val="23"/>
                <w:szCs w:val="23"/>
              </w:rPr>
            </w:pPr>
            <w:r w:rsidRPr="00702129">
              <w:rPr>
                <w:rFonts w:ascii="Aptos Display" w:hAnsi="Aptos Display"/>
                <w:sz w:val="23"/>
                <w:szCs w:val="23"/>
              </w:rPr>
              <w:t>What is discrimination?</w:t>
            </w:r>
          </w:p>
          <w:p w14:paraId="4DBA5777" w14:textId="77777777" w:rsidR="00F2633A" w:rsidRPr="00702129" w:rsidRDefault="00F2633A">
            <w:pPr>
              <w:spacing w:after="100"/>
              <w:rPr>
                <w:rFonts w:ascii="Aptos Display" w:hAnsi="Aptos Display"/>
                <w:sz w:val="23"/>
                <w:szCs w:val="23"/>
              </w:rPr>
            </w:pPr>
            <w:r w:rsidRPr="00702129">
              <w:rPr>
                <w:rFonts w:ascii="Aptos Display" w:hAnsi="Aptos Display"/>
                <w:sz w:val="23"/>
                <w:szCs w:val="23"/>
              </w:rPr>
              <w:t>What is diversity?</w:t>
            </w:r>
          </w:p>
          <w:p w14:paraId="00BA3D56" w14:textId="77777777" w:rsidR="00F2633A" w:rsidRPr="00702129" w:rsidRDefault="00F2633A">
            <w:pPr>
              <w:spacing w:after="100"/>
              <w:rPr>
                <w:rFonts w:ascii="Aptos Display" w:hAnsi="Aptos Display"/>
                <w:sz w:val="23"/>
                <w:szCs w:val="23"/>
              </w:rPr>
            </w:pPr>
            <w:r w:rsidRPr="00702129">
              <w:rPr>
                <w:rFonts w:ascii="Aptos Display" w:hAnsi="Aptos Display"/>
                <w:sz w:val="23"/>
                <w:szCs w:val="23"/>
              </w:rPr>
              <w:t>What is peer influence?</w:t>
            </w:r>
          </w:p>
          <w:p w14:paraId="03CFBC33" w14:textId="1AFB7015" w:rsidR="00317054" w:rsidRPr="00702129" w:rsidRDefault="00F2633A">
            <w:pPr>
              <w:spacing w:after="100"/>
              <w:rPr>
                <w:rFonts w:ascii="Aptos Display" w:hAnsi="Aptos Display"/>
                <w:sz w:val="23"/>
                <w:szCs w:val="23"/>
              </w:rPr>
            </w:pPr>
            <w:r w:rsidRPr="00702129">
              <w:rPr>
                <w:rFonts w:ascii="Aptos Display" w:hAnsi="Aptos Display"/>
                <w:sz w:val="23"/>
                <w:szCs w:val="23"/>
              </w:rPr>
              <w:t>Who makes up my community?</w:t>
            </w:r>
            <w:r w:rsidRPr="00702129">
              <w:rPr>
                <w:rFonts w:ascii="Aptos Display" w:hAnsi="Aptos Display"/>
                <w:sz w:val="23"/>
                <w:szCs w:val="23"/>
              </w:rPr>
              <w:br/>
            </w:r>
            <w:r w:rsidRPr="00702129">
              <w:rPr>
                <w:rFonts w:ascii="Aptos Display" w:hAnsi="Aptos Display"/>
                <w:sz w:val="23"/>
                <w:szCs w:val="23"/>
              </w:rPr>
              <w:br/>
            </w:r>
            <w:r w:rsidRPr="00702129">
              <w:rPr>
                <w:rFonts w:ascii="Aptos Display" w:hAnsi="Aptos Display"/>
                <w:b/>
                <w:bCs/>
                <w:sz w:val="23"/>
                <w:szCs w:val="23"/>
              </w:rPr>
              <w:t xml:space="preserve">Journey in Love — </w:t>
            </w:r>
            <w:r w:rsidRPr="00702129">
              <w:rPr>
                <w:rFonts w:ascii="Aptos Display" w:hAnsi="Aptos Display"/>
                <w:b/>
                <w:bCs/>
                <w:sz w:val="23"/>
                <w:szCs w:val="23"/>
              </w:rPr>
              <w:br/>
              <w:t>AUTUMN: SOCIAL &amp; EMOTIONAL</w:t>
            </w:r>
            <w:r w:rsidRPr="00702129">
              <w:rPr>
                <w:rFonts w:ascii="Aptos Display" w:hAnsi="Aptos Display"/>
                <w:b/>
                <w:bCs/>
                <w:sz w:val="23"/>
                <w:szCs w:val="23"/>
              </w:rPr>
              <w:br/>
            </w:r>
            <w:r w:rsidRPr="00702129">
              <w:rPr>
                <w:rFonts w:ascii="Aptos Display" w:hAnsi="Aptos Display"/>
                <w:sz w:val="23"/>
                <w:szCs w:val="23"/>
              </w:rPr>
              <w:br/>
              <w:t>To describe how we all should be accepted and respected.</w:t>
            </w:r>
            <w:r w:rsidRPr="00702129">
              <w:rPr>
                <w:rFonts w:ascii="Aptos Display" w:hAnsi="Aptos Display"/>
                <w:sz w:val="23"/>
                <w:szCs w:val="23"/>
              </w:rPr>
              <w:br/>
            </w:r>
          </w:p>
        </w:tc>
        <w:tc>
          <w:tcPr>
            <w:tcW w:w="2424" w:type="dxa"/>
            <w:shd w:val="clear" w:color="auto" w:fill="FFF2CC"/>
            <w:tcMar>
              <w:top w:w="85" w:type="dxa"/>
              <w:left w:w="85" w:type="dxa"/>
              <w:bottom w:w="85" w:type="dxa"/>
              <w:right w:w="85" w:type="dxa"/>
            </w:tcMar>
          </w:tcPr>
          <w:p w14:paraId="5373AD98" w14:textId="77777777" w:rsidR="0072580E" w:rsidRPr="00702129" w:rsidRDefault="00163E31" w:rsidP="00163E31">
            <w:pPr>
              <w:spacing w:after="100"/>
              <w:rPr>
                <w:rFonts w:ascii="Aptos Display" w:hAnsi="Aptos Display"/>
                <w:b/>
                <w:sz w:val="23"/>
                <w:szCs w:val="23"/>
              </w:rPr>
            </w:pPr>
            <w:r w:rsidRPr="00702129">
              <w:rPr>
                <w:rFonts w:ascii="Aptos Display" w:hAnsi="Aptos Display"/>
                <w:b/>
                <w:sz w:val="23"/>
                <w:szCs w:val="23"/>
              </w:rPr>
              <w:t>Pol</w:t>
            </w:r>
            <w:r w:rsidR="00F2633A" w:rsidRPr="00702129">
              <w:rPr>
                <w:rFonts w:ascii="Aptos Display" w:hAnsi="Aptos Display"/>
                <w:b/>
                <w:sz w:val="23"/>
                <w:szCs w:val="23"/>
              </w:rPr>
              <w:t>-E</w:t>
            </w:r>
            <w:r w:rsidRPr="00702129">
              <w:rPr>
                <w:rFonts w:ascii="Aptos Display" w:hAnsi="Aptos Display"/>
                <w:b/>
                <w:sz w:val="23"/>
                <w:szCs w:val="23"/>
              </w:rPr>
              <w:t>d</w:t>
            </w:r>
            <w:r w:rsidR="00F2633A" w:rsidRPr="00702129">
              <w:rPr>
                <w:rFonts w:ascii="Aptos Display" w:hAnsi="Aptos Display"/>
                <w:b/>
                <w:sz w:val="23"/>
                <w:szCs w:val="23"/>
              </w:rPr>
              <w:t xml:space="preserve"> Lessons</w:t>
            </w:r>
          </w:p>
          <w:p w14:paraId="17D786FB" w14:textId="77777777" w:rsidR="00F2633A" w:rsidRPr="00702129" w:rsidRDefault="00F2633A" w:rsidP="00163E31">
            <w:pPr>
              <w:spacing w:after="100"/>
              <w:rPr>
                <w:rFonts w:ascii="Aptos Display" w:hAnsi="Aptos Display"/>
                <w:b/>
                <w:sz w:val="23"/>
                <w:szCs w:val="23"/>
              </w:rPr>
            </w:pPr>
            <w:r w:rsidRPr="00702129">
              <w:rPr>
                <w:rFonts w:ascii="Aptos Display" w:hAnsi="Aptos Display"/>
                <w:b/>
                <w:sz w:val="23"/>
                <w:szCs w:val="23"/>
              </w:rPr>
              <w:t>Keeping Safe</w:t>
            </w:r>
          </w:p>
          <w:p w14:paraId="42620ED8" w14:textId="77777777" w:rsidR="00F2633A" w:rsidRPr="00702129" w:rsidRDefault="00F2633A" w:rsidP="00163E31">
            <w:pPr>
              <w:spacing w:after="100"/>
              <w:rPr>
                <w:rFonts w:ascii="Aptos Display" w:hAnsi="Aptos Display"/>
                <w:bCs/>
                <w:sz w:val="23"/>
                <w:szCs w:val="23"/>
              </w:rPr>
            </w:pPr>
            <w:r w:rsidRPr="00702129">
              <w:rPr>
                <w:rFonts w:ascii="Aptos Display" w:hAnsi="Aptos Display"/>
                <w:bCs/>
                <w:sz w:val="23"/>
                <w:szCs w:val="23"/>
              </w:rPr>
              <w:t>How can I keep safe in my local area?</w:t>
            </w:r>
          </w:p>
          <w:p w14:paraId="46E04F22" w14:textId="77777777" w:rsidR="00F2633A" w:rsidRPr="00702129" w:rsidRDefault="00F2633A" w:rsidP="00163E31">
            <w:pPr>
              <w:spacing w:after="100"/>
              <w:rPr>
                <w:rFonts w:ascii="Aptos Display" w:hAnsi="Aptos Display"/>
                <w:bCs/>
                <w:sz w:val="23"/>
                <w:szCs w:val="23"/>
              </w:rPr>
            </w:pPr>
            <w:r w:rsidRPr="00702129">
              <w:rPr>
                <w:rFonts w:ascii="Aptos Display" w:hAnsi="Aptos Display"/>
                <w:bCs/>
                <w:sz w:val="23"/>
                <w:szCs w:val="23"/>
              </w:rPr>
              <w:t>How can we keep safe on the road?</w:t>
            </w:r>
          </w:p>
          <w:p w14:paraId="26489CF3" w14:textId="77777777" w:rsidR="00F2633A" w:rsidRPr="00702129" w:rsidRDefault="00F2633A" w:rsidP="00163E31">
            <w:pPr>
              <w:spacing w:after="100"/>
              <w:rPr>
                <w:rFonts w:ascii="Aptos Display" w:hAnsi="Aptos Display"/>
                <w:bCs/>
                <w:sz w:val="23"/>
                <w:szCs w:val="23"/>
              </w:rPr>
            </w:pPr>
            <w:r w:rsidRPr="00702129">
              <w:rPr>
                <w:rFonts w:ascii="Aptos Display" w:hAnsi="Aptos Display"/>
                <w:bCs/>
                <w:sz w:val="23"/>
                <w:szCs w:val="23"/>
              </w:rPr>
              <w:t>What are hazards in the home?</w:t>
            </w:r>
          </w:p>
          <w:p w14:paraId="4AB9E8B3" w14:textId="77777777" w:rsidR="00F2633A" w:rsidRPr="00702129" w:rsidRDefault="00F2633A" w:rsidP="00163E31">
            <w:pPr>
              <w:spacing w:after="100"/>
              <w:rPr>
                <w:rFonts w:ascii="Aptos Display" w:hAnsi="Aptos Display"/>
                <w:bCs/>
                <w:sz w:val="23"/>
                <w:szCs w:val="23"/>
              </w:rPr>
            </w:pPr>
            <w:r w:rsidRPr="00702129">
              <w:rPr>
                <w:rFonts w:ascii="Aptos Display" w:hAnsi="Aptos Display"/>
                <w:bCs/>
                <w:sz w:val="23"/>
                <w:szCs w:val="23"/>
              </w:rPr>
              <w:t>What is first aid?</w:t>
            </w:r>
            <w:r w:rsidRPr="00702129">
              <w:rPr>
                <w:rFonts w:ascii="Aptos Display" w:hAnsi="Aptos Display"/>
                <w:bCs/>
                <w:sz w:val="23"/>
                <w:szCs w:val="23"/>
              </w:rPr>
              <w:br/>
              <w:t>Who do I encounter?</w:t>
            </w:r>
          </w:p>
          <w:p w14:paraId="5920ED5F" w14:textId="77777777" w:rsidR="00F2633A" w:rsidRPr="00702129" w:rsidRDefault="00F2633A" w:rsidP="00163E31">
            <w:pPr>
              <w:spacing w:after="100"/>
              <w:rPr>
                <w:rFonts w:ascii="Aptos Display" w:hAnsi="Aptos Display"/>
                <w:b/>
                <w:sz w:val="23"/>
                <w:szCs w:val="23"/>
              </w:rPr>
            </w:pPr>
          </w:p>
          <w:p w14:paraId="5F3F4740" w14:textId="77777777" w:rsidR="00F2633A" w:rsidRPr="00702129" w:rsidRDefault="00F2633A" w:rsidP="00163E31">
            <w:pPr>
              <w:spacing w:after="100"/>
              <w:rPr>
                <w:rFonts w:ascii="Aptos Display" w:hAnsi="Aptos Display"/>
                <w:bCs/>
                <w:sz w:val="23"/>
                <w:szCs w:val="23"/>
              </w:rPr>
            </w:pPr>
          </w:p>
        </w:tc>
        <w:tc>
          <w:tcPr>
            <w:tcW w:w="2424" w:type="dxa"/>
            <w:shd w:val="clear" w:color="auto" w:fill="E2F0D9"/>
            <w:tcMar>
              <w:top w:w="85" w:type="dxa"/>
              <w:left w:w="85" w:type="dxa"/>
              <w:bottom w:w="85" w:type="dxa"/>
              <w:right w:w="85" w:type="dxa"/>
            </w:tcMar>
          </w:tcPr>
          <w:p w14:paraId="199D581D" w14:textId="77777777" w:rsidR="00F2633A" w:rsidRPr="00702129" w:rsidRDefault="00163E31">
            <w:pPr>
              <w:spacing w:after="100"/>
              <w:rPr>
                <w:rFonts w:ascii="Aptos Display" w:hAnsi="Aptos Display"/>
                <w:b/>
                <w:sz w:val="23"/>
                <w:szCs w:val="23"/>
              </w:rPr>
            </w:pPr>
            <w:r w:rsidRPr="00702129">
              <w:rPr>
                <w:rFonts w:ascii="Aptos Display" w:hAnsi="Aptos Display"/>
                <w:b/>
                <w:sz w:val="23"/>
                <w:szCs w:val="23"/>
              </w:rPr>
              <w:t>Pol</w:t>
            </w:r>
            <w:r w:rsidR="00F2633A" w:rsidRPr="00702129">
              <w:rPr>
                <w:rFonts w:ascii="Aptos Display" w:hAnsi="Aptos Display"/>
                <w:b/>
                <w:sz w:val="23"/>
                <w:szCs w:val="23"/>
              </w:rPr>
              <w:t>-Ed Lessons</w:t>
            </w:r>
          </w:p>
          <w:p w14:paraId="444A1FA9" w14:textId="77777777" w:rsidR="00F2633A" w:rsidRPr="00702129" w:rsidRDefault="00F2633A">
            <w:pPr>
              <w:spacing w:after="100"/>
              <w:rPr>
                <w:rFonts w:ascii="Aptos Display" w:hAnsi="Aptos Display"/>
                <w:b/>
                <w:sz w:val="23"/>
                <w:szCs w:val="23"/>
              </w:rPr>
            </w:pPr>
            <w:r w:rsidRPr="00702129">
              <w:rPr>
                <w:rFonts w:ascii="Aptos Display" w:hAnsi="Aptos Display"/>
                <w:b/>
                <w:sz w:val="23"/>
                <w:szCs w:val="23"/>
              </w:rPr>
              <w:t>Understanding the Law</w:t>
            </w:r>
          </w:p>
          <w:p w14:paraId="6AAD690A" w14:textId="77777777" w:rsidR="00F2633A" w:rsidRPr="00702129" w:rsidRDefault="00F2633A">
            <w:pPr>
              <w:spacing w:after="100"/>
              <w:rPr>
                <w:rFonts w:ascii="Aptos Display" w:hAnsi="Aptos Display"/>
                <w:bCs/>
                <w:sz w:val="23"/>
                <w:szCs w:val="23"/>
              </w:rPr>
            </w:pPr>
            <w:r w:rsidRPr="00702129">
              <w:rPr>
                <w:rFonts w:ascii="Aptos Display" w:hAnsi="Aptos Display"/>
                <w:bCs/>
                <w:sz w:val="23"/>
                <w:szCs w:val="23"/>
              </w:rPr>
              <w:t>How can I respect my environment?</w:t>
            </w:r>
          </w:p>
          <w:p w14:paraId="19A38BE3" w14:textId="77777777" w:rsidR="00F2633A" w:rsidRPr="00702129" w:rsidRDefault="00F2633A">
            <w:pPr>
              <w:spacing w:after="100"/>
              <w:rPr>
                <w:rFonts w:ascii="Aptos Display" w:hAnsi="Aptos Display"/>
                <w:bCs/>
                <w:sz w:val="23"/>
                <w:szCs w:val="23"/>
              </w:rPr>
            </w:pPr>
            <w:r w:rsidRPr="00702129">
              <w:rPr>
                <w:rFonts w:ascii="Aptos Display" w:hAnsi="Aptos Display"/>
                <w:bCs/>
                <w:sz w:val="23"/>
                <w:szCs w:val="23"/>
              </w:rPr>
              <w:t>What are protected characteristics?</w:t>
            </w:r>
          </w:p>
          <w:p w14:paraId="323A427B" w14:textId="77777777" w:rsidR="00F2633A" w:rsidRPr="00702129" w:rsidRDefault="00F2633A">
            <w:pPr>
              <w:spacing w:after="100"/>
              <w:rPr>
                <w:rFonts w:ascii="Aptos Display" w:hAnsi="Aptos Display"/>
                <w:bCs/>
                <w:sz w:val="23"/>
                <w:szCs w:val="23"/>
              </w:rPr>
            </w:pPr>
            <w:r w:rsidRPr="00702129">
              <w:rPr>
                <w:rFonts w:ascii="Aptos Display" w:hAnsi="Aptos Display"/>
                <w:bCs/>
                <w:sz w:val="23"/>
                <w:szCs w:val="23"/>
              </w:rPr>
              <w:t>What can I be?</w:t>
            </w:r>
          </w:p>
          <w:p w14:paraId="00153950" w14:textId="77777777" w:rsidR="00F2633A" w:rsidRPr="00702129" w:rsidRDefault="00F2633A">
            <w:pPr>
              <w:spacing w:after="100"/>
              <w:rPr>
                <w:rFonts w:ascii="Aptos Display" w:hAnsi="Aptos Display"/>
                <w:b/>
                <w:sz w:val="23"/>
                <w:szCs w:val="23"/>
              </w:rPr>
            </w:pPr>
            <w:r w:rsidRPr="00702129">
              <w:rPr>
                <w:rFonts w:ascii="Aptos Display" w:hAnsi="Aptos Display"/>
                <w:bCs/>
                <w:sz w:val="23"/>
                <w:szCs w:val="23"/>
              </w:rPr>
              <w:t>What is hate crime?</w:t>
            </w:r>
            <w:r w:rsidR="00163E31" w:rsidRPr="00702129">
              <w:rPr>
                <w:rFonts w:ascii="Aptos Display" w:hAnsi="Aptos Display"/>
                <w:bCs/>
                <w:sz w:val="23"/>
                <w:szCs w:val="23"/>
              </w:rPr>
              <w:br/>
            </w:r>
            <w:r w:rsidR="00163E31" w:rsidRPr="00702129">
              <w:rPr>
                <w:rFonts w:ascii="Aptos Display" w:hAnsi="Aptos Display"/>
                <w:b/>
                <w:sz w:val="23"/>
                <w:szCs w:val="23"/>
              </w:rPr>
              <w:br/>
            </w:r>
          </w:p>
          <w:p w14:paraId="49445042" w14:textId="77777777" w:rsidR="00F2633A" w:rsidRPr="00702129" w:rsidRDefault="00F2633A">
            <w:pPr>
              <w:spacing w:after="100"/>
              <w:rPr>
                <w:rFonts w:ascii="Aptos Display" w:hAnsi="Aptos Display"/>
                <w:b/>
                <w:sz w:val="23"/>
                <w:szCs w:val="23"/>
              </w:rPr>
            </w:pPr>
          </w:p>
          <w:p w14:paraId="5CC7D588" w14:textId="77777777" w:rsidR="00042837" w:rsidRPr="00702129" w:rsidRDefault="00163E31">
            <w:pPr>
              <w:spacing w:after="100"/>
              <w:rPr>
                <w:rFonts w:ascii="Aptos Display" w:hAnsi="Aptos Display"/>
                <w:b/>
                <w:sz w:val="23"/>
                <w:szCs w:val="23"/>
              </w:rPr>
            </w:pPr>
            <w:r w:rsidRPr="00702129">
              <w:rPr>
                <w:rFonts w:ascii="Aptos Display" w:hAnsi="Aptos Display"/>
                <w:b/>
                <w:sz w:val="23"/>
                <w:szCs w:val="23"/>
              </w:rPr>
              <w:t xml:space="preserve">Journey in Love — </w:t>
            </w:r>
          </w:p>
          <w:p w14:paraId="7957BCE9" w14:textId="77777777" w:rsidR="00042837" w:rsidRPr="00702129" w:rsidRDefault="00914460">
            <w:pPr>
              <w:spacing w:after="100"/>
              <w:rPr>
                <w:rFonts w:ascii="Aptos Display" w:hAnsi="Aptos Display"/>
                <w:b/>
                <w:sz w:val="23"/>
                <w:szCs w:val="23"/>
              </w:rPr>
            </w:pPr>
            <w:r w:rsidRPr="00702129">
              <w:rPr>
                <w:rFonts w:ascii="Aptos Display" w:hAnsi="Aptos Display"/>
                <w:b/>
                <w:sz w:val="23"/>
                <w:szCs w:val="23"/>
              </w:rPr>
              <w:t>SPRING: PHYSICAL</w:t>
            </w:r>
            <w:r w:rsidRPr="00702129">
              <w:rPr>
                <w:rFonts w:ascii="Aptos Display" w:hAnsi="Aptos Display"/>
                <w:b/>
                <w:sz w:val="23"/>
                <w:szCs w:val="23"/>
              </w:rPr>
              <w:br/>
            </w:r>
          </w:p>
          <w:p w14:paraId="35F7362C" w14:textId="77777777" w:rsidR="0044419D" w:rsidRPr="00702129" w:rsidRDefault="00914460">
            <w:pPr>
              <w:spacing w:after="100"/>
              <w:rPr>
                <w:rFonts w:ascii="Aptos Display" w:hAnsi="Aptos Display"/>
                <w:bCs/>
                <w:sz w:val="23"/>
                <w:szCs w:val="23"/>
              </w:rPr>
            </w:pPr>
            <w:r w:rsidRPr="00702129">
              <w:rPr>
                <w:rFonts w:ascii="Aptos Display" w:hAnsi="Aptos Display"/>
                <w:bCs/>
                <w:sz w:val="23"/>
                <w:szCs w:val="23"/>
              </w:rPr>
              <w:t>To describe how we should treat others, maki</w:t>
            </w:r>
            <w:r w:rsidRPr="00702129">
              <w:rPr>
                <w:rFonts w:ascii="Aptos Display" w:hAnsi="Aptos Display"/>
                <w:bCs/>
                <w:sz w:val="23"/>
                <w:szCs w:val="23"/>
              </w:rPr>
              <w:t>ng links with the diverse modern society we live in.</w:t>
            </w:r>
          </w:p>
        </w:tc>
        <w:tc>
          <w:tcPr>
            <w:tcW w:w="2424" w:type="dxa"/>
            <w:shd w:val="clear" w:color="auto" w:fill="E2F0D9"/>
            <w:tcMar>
              <w:top w:w="85" w:type="dxa"/>
              <w:left w:w="85" w:type="dxa"/>
              <w:bottom w:w="85" w:type="dxa"/>
              <w:right w:w="85" w:type="dxa"/>
            </w:tcMar>
          </w:tcPr>
          <w:p w14:paraId="67E615D1" w14:textId="77777777" w:rsidR="00503DC2" w:rsidRPr="00702129" w:rsidRDefault="00F2633A" w:rsidP="00503DC2">
            <w:pPr>
              <w:spacing w:after="100"/>
              <w:rPr>
                <w:rFonts w:ascii="Aptos Display" w:hAnsi="Aptos Display"/>
                <w:b/>
                <w:sz w:val="23"/>
                <w:szCs w:val="23"/>
              </w:rPr>
            </w:pPr>
            <w:r w:rsidRPr="00702129">
              <w:rPr>
                <w:rFonts w:ascii="Aptos Display" w:hAnsi="Aptos Display"/>
                <w:b/>
                <w:sz w:val="23"/>
                <w:szCs w:val="23"/>
              </w:rPr>
              <w:t>Pol-Ed Lessons</w:t>
            </w:r>
          </w:p>
          <w:p w14:paraId="00DFD8FB" w14:textId="77777777" w:rsidR="00F2633A" w:rsidRPr="00702129" w:rsidRDefault="00F2633A" w:rsidP="00503DC2">
            <w:pPr>
              <w:spacing w:after="100"/>
              <w:rPr>
                <w:rFonts w:ascii="Aptos Display" w:hAnsi="Aptos Display"/>
                <w:b/>
                <w:sz w:val="23"/>
                <w:szCs w:val="23"/>
              </w:rPr>
            </w:pPr>
            <w:r w:rsidRPr="00702129">
              <w:rPr>
                <w:rFonts w:ascii="Aptos Display" w:hAnsi="Aptos Display"/>
                <w:b/>
                <w:sz w:val="23"/>
                <w:szCs w:val="23"/>
              </w:rPr>
              <w:t>Wellbeing</w:t>
            </w:r>
          </w:p>
          <w:p w14:paraId="2693D7CC" w14:textId="77777777" w:rsidR="001E1760" w:rsidRPr="00702129" w:rsidRDefault="001E1760">
            <w:pPr>
              <w:spacing w:after="100"/>
              <w:rPr>
                <w:rFonts w:ascii="Aptos Display" w:hAnsi="Aptos Display"/>
                <w:bCs/>
                <w:sz w:val="23"/>
                <w:szCs w:val="23"/>
              </w:rPr>
            </w:pPr>
            <w:r w:rsidRPr="00702129">
              <w:rPr>
                <w:rFonts w:ascii="Aptos Display" w:hAnsi="Aptos Display"/>
                <w:bCs/>
                <w:sz w:val="23"/>
                <w:szCs w:val="23"/>
              </w:rPr>
              <w:t>How do choices help me be healthy?</w:t>
            </w:r>
          </w:p>
          <w:p w14:paraId="10CA72F2" w14:textId="77777777" w:rsidR="001E1760" w:rsidRPr="00702129" w:rsidRDefault="001E1760">
            <w:pPr>
              <w:spacing w:after="100"/>
              <w:rPr>
                <w:rFonts w:ascii="Aptos Display" w:hAnsi="Aptos Display"/>
                <w:bCs/>
                <w:sz w:val="23"/>
                <w:szCs w:val="23"/>
              </w:rPr>
            </w:pPr>
            <w:r w:rsidRPr="00702129">
              <w:rPr>
                <w:rFonts w:ascii="Aptos Display" w:hAnsi="Aptos Display"/>
                <w:bCs/>
                <w:sz w:val="23"/>
                <w:szCs w:val="23"/>
              </w:rPr>
              <w:t>What are healthy habits?</w:t>
            </w:r>
          </w:p>
          <w:p w14:paraId="41A877FB" w14:textId="77777777" w:rsidR="001E1760" w:rsidRPr="00702129" w:rsidRDefault="001E1760">
            <w:pPr>
              <w:spacing w:after="100"/>
              <w:rPr>
                <w:rFonts w:ascii="Aptos Display" w:hAnsi="Aptos Display"/>
                <w:bCs/>
                <w:sz w:val="23"/>
                <w:szCs w:val="23"/>
              </w:rPr>
            </w:pPr>
            <w:r w:rsidRPr="00702129">
              <w:rPr>
                <w:rFonts w:ascii="Aptos Display" w:hAnsi="Aptos Display"/>
                <w:bCs/>
                <w:sz w:val="23"/>
                <w:szCs w:val="23"/>
              </w:rPr>
              <w:t>Why is fuel food?</w:t>
            </w:r>
          </w:p>
          <w:p w14:paraId="770FB401" w14:textId="77777777" w:rsidR="001E1760" w:rsidRPr="00702129" w:rsidRDefault="001E1760">
            <w:pPr>
              <w:spacing w:after="100"/>
              <w:rPr>
                <w:rFonts w:ascii="Aptos Display" w:hAnsi="Aptos Display"/>
                <w:bCs/>
                <w:sz w:val="23"/>
                <w:szCs w:val="23"/>
              </w:rPr>
            </w:pPr>
            <w:r w:rsidRPr="00702129">
              <w:rPr>
                <w:rFonts w:ascii="Aptos Display" w:hAnsi="Aptos Display"/>
                <w:bCs/>
                <w:sz w:val="23"/>
                <w:szCs w:val="23"/>
              </w:rPr>
              <w:t>How can I be a hygiene hero?</w:t>
            </w:r>
          </w:p>
          <w:p w14:paraId="30798E63" w14:textId="77777777" w:rsidR="001E1760" w:rsidRPr="00702129" w:rsidRDefault="001E1760">
            <w:pPr>
              <w:spacing w:after="100"/>
              <w:rPr>
                <w:rFonts w:ascii="Aptos Display" w:hAnsi="Aptos Display"/>
                <w:bCs/>
                <w:sz w:val="23"/>
                <w:szCs w:val="23"/>
              </w:rPr>
            </w:pPr>
            <w:r w:rsidRPr="00702129">
              <w:rPr>
                <w:rFonts w:ascii="Aptos Display" w:hAnsi="Aptos Display"/>
                <w:bCs/>
                <w:sz w:val="23"/>
                <w:szCs w:val="23"/>
              </w:rPr>
              <w:t>How can school build my character?</w:t>
            </w:r>
          </w:p>
          <w:p w14:paraId="425847E7" w14:textId="77777777" w:rsidR="001E1760" w:rsidRPr="00702129" w:rsidRDefault="001E1760">
            <w:pPr>
              <w:spacing w:after="100"/>
              <w:rPr>
                <w:rFonts w:ascii="Aptos Display" w:hAnsi="Aptos Display"/>
                <w:bCs/>
                <w:sz w:val="23"/>
                <w:szCs w:val="23"/>
              </w:rPr>
            </w:pPr>
            <w:r w:rsidRPr="00702129">
              <w:rPr>
                <w:rFonts w:ascii="Aptos Display" w:hAnsi="Aptos Display"/>
                <w:bCs/>
                <w:sz w:val="23"/>
                <w:szCs w:val="23"/>
              </w:rPr>
              <w:t xml:space="preserve">What is my body trying to tell me? </w:t>
            </w:r>
          </w:p>
        </w:tc>
        <w:tc>
          <w:tcPr>
            <w:tcW w:w="2424" w:type="dxa"/>
            <w:shd w:val="clear" w:color="auto" w:fill="F4CCCC"/>
            <w:tcMar>
              <w:top w:w="85" w:type="dxa"/>
              <w:left w:w="85" w:type="dxa"/>
              <w:bottom w:w="85" w:type="dxa"/>
              <w:right w:w="85" w:type="dxa"/>
            </w:tcMar>
          </w:tcPr>
          <w:p w14:paraId="4FCB3DE3" w14:textId="77777777" w:rsidR="0072580E" w:rsidRPr="00702129" w:rsidRDefault="0072580E" w:rsidP="0072580E">
            <w:pPr>
              <w:spacing w:after="100"/>
              <w:rPr>
                <w:rFonts w:ascii="Aptos Display" w:hAnsi="Aptos Display"/>
                <w:b/>
                <w:sz w:val="23"/>
                <w:szCs w:val="23"/>
              </w:rPr>
            </w:pPr>
            <w:r w:rsidRPr="00702129">
              <w:rPr>
                <w:rFonts w:ascii="Aptos Display" w:hAnsi="Aptos Display"/>
                <w:b/>
                <w:sz w:val="23"/>
                <w:szCs w:val="23"/>
              </w:rPr>
              <w:t>Think Positive</w:t>
            </w:r>
          </w:p>
          <w:p w14:paraId="4312068E" w14:textId="77777777" w:rsidR="0072580E" w:rsidRPr="00702129" w:rsidRDefault="0072580E" w:rsidP="0072580E">
            <w:pPr>
              <w:spacing w:after="100"/>
              <w:rPr>
                <w:rFonts w:ascii="Aptos Display" w:hAnsi="Aptos Display"/>
                <w:bCs/>
                <w:sz w:val="23"/>
                <w:szCs w:val="23"/>
              </w:rPr>
            </w:pPr>
            <w:r w:rsidRPr="00702129">
              <w:rPr>
                <w:rFonts w:ascii="Aptos Display" w:hAnsi="Aptos Display"/>
                <w:bCs/>
                <w:sz w:val="23"/>
                <w:szCs w:val="23"/>
              </w:rPr>
              <w:t>Children develop strategies for managing feelings and unhelpful thoughts, practise mindfulness, build resilience and approach challenges positively</w:t>
            </w:r>
          </w:p>
          <w:p w14:paraId="25924E4E" w14:textId="77777777" w:rsidR="00042837" w:rsidRPr="00702129" w:rsidRDefault="00914460">
            <w:pPr>
              <w:spacing w:after="100"/>
              <w:rPr>
                <w:rFonts w:ascii="Aptos Display" w:hAnsi="Aptos Display"/>
                <w:b/>
                <w:sz w:val="23"/>
                <w:szCs w:val="23"/>
              </w:rPr>
            </w:pPr>
            <w:r w:rsidRPr="00702129">
              <w:rPr>
                <w:rFonts w:ascii="Aptos Display" w:hAnsi="Aptos Display"/>
                <w:bCs/>
                <w:sz w:val="23"/>
                <w:szCs w:val="23"/>
              </w:rPr>
              <w:br/>
            </w:r>
            <w:r w:rsidRPr="00702129">
              <w:rPr>
                <w:rFonts w:ascii="Aptos Display" w:hAnsi="Aptos Display"/>
                <w:b/>
                <w:sz w:val="23"/>
                <w:szCs w:val="23"/>
              </w:rPr>
              <w:br/>
              <w:t xml:space="preserve">Journey in Love — </w:t>
            </w:r>
          </w:p>
          <w:p w14:paraId="78D2BC35" w14:textId="77777777" w:rsidR="00042837" w:rsidRPr="00702129" w:rsidRDefault="00914460">
            <w:pPr>
              <w:spacing w:after="100"/>
              <w:rPr>
                <w:rFonts w:ascii="Aptos Display" w:hAnsi="Aptos Display"/>
                <w:b/>
                <w:sz w:val="23"/>
                <w:szCs w:val="23"/>
              </w:rPr>
            </w:pPr>
            <w:r w:rsidRPr="00702129">
              <w:rPr>
                <w:rFonts w:ascii="Aptos Display" w:hAnsi="Aptos Display"/>
                <w:b/>
                <w:sz w:val="23"/>
                <w:szCs w:val="23"/>
              </w:rPr>
              <w:t>SUMMER: SPIRITUAL</w:t>
            </w:r>
            <w:r w:rsidRPr="00702129">
              <w:rPr>
                <w:rFonts w:ascii="Aptos Display" w:hAnsi="Aptos Display"/>
                <w:b/>
                <w:sz w:val="23"/>
                <w:szCs w:val="23"/>
              </w:rPr>
              <w:br/>
            </w:r>
          </w:p>
          <w:p w14:paraId="478B2E19" w14:textId="1366B18C" w:rsidR="0044419D" w:rsidRPr="00702129" w:rsidRDefault="00914460">
            <w:pPr>
              <w:spacing w:after="100"/>
              <w:rPr>
                <w:rFonts w:ascii="Aptos Display" w:hAnsi="Aptos Display"/>
                <w:bCs/>
                <w:sz w:val="23"/>
                <w:szCs w:val="23"/>
              </w:rPr>
            </w:pPr>
            <w:r w:rsidRPr="00702129">
              <w:rPr>
                <w:rFonts w:ascii="Aptos Display" w:hAnsi="Aptos Display"/>
                <w:bCs/>
                <w:sz w:val="23"/>
                <w:szCs w:val="23"/>
              </w:rPr>
              <w:t xml:space="preserve">To celebrate the uniqueness and </w:t>
            </w:r>
            <w:r w:rsidR="00B33602" w:rsidRPr="00702129">
              <w:rPr>
                <w:rFonts w:ascii="Aptos Display" w:hAnsi="Aptos Display"/>
                <w:bCs/>
                <w:sz w:val="23"/>
                <w:szCs w:val="23"/>
              </w:rPr>
              <w:t>innate</w:t>
            </w:r>
            <w:r w:rsidR="00B33602">
              <w:rPr>
                <w:rFonts w:ascii="Aptos Display" w:hAnsi="Aptos Display"/>
                <w:bCs/>
                <w:sz w:val="23"/>
                <w:szCs w:val="23"/>
              </w:rPr>
              <w:t xml:space="preserve"> b</w:t>
            </w:r>
            <w:r w:rsidRPr="00702129">
              <w:rPr>
                <w:rFonts w:ascii="Aptos Display" w:hAnsi="Aptos Display"/>
                <w:bCs/>
                <w:sz w:val="23"/>
                <w:szCs w:val="23"/>
              </w:rPr>
              <w:t>eauty of each</w:t>
            </w:r>
            <w:r w:rsidRPr="00702129">
              <w:rPr>
                <w:rFonts w:ascii="Aptos Display" w:hAnsi="Aptos Display"/>
                <w:bCs/>
                <w:sz w:val="23"/>
                <w:szCs w:val="23"/>
              </w:rPr>
              <w:t xml:space="preserve"> of us.</w:t>
            </w:r>
          </w:p>
        </w:tc>
        <w:tc>
          <w:tcPr>
            <w:tcW w:w="2424" w:type="dxa"/>
            <w:shd w:val="clear" w:color="auto" w:fill="F4CCCC"/>
            <w:tcMar>
              <w:top w:w="85" w:type="dxa"/>
              <w:left w:w="85" w:type="dxa"/>
              <w:bottom w:w="85" w:type="dxa"/>
              <w:right w:w="85" w:type="dxa"/>
            </w:tcMar>
          </w:tcPr>
          <w:p w14:paraId="41743DD6" w14:textId="77777777" w:rsidR="00163E31" w:rsidRPr="00702129" w:rsidRDefault="00163E31" w:rsidP="00163E31">
            <w:pPr>
              <w:spacing w:after="100"/>
              <w:rPr>
                <w:rFonts w:ascii="Aptos Display" w:hAnsi="Aptos Display"/>
                <w:b/>
                <w:sz w:val="23"/>
                <w:szCs w:val="23"/>
              </w:rPr>
            </w:pPr>
            <w:r w:rsidRPr="00702129">
              <w:rPr>
                <w:rFonts w:ascii="Aptos Display" w:hAnsi="Aptos Display"/>
                <w:b/>
                <w:sz w:val="23"/>
                <w:szCs w:val="23"/>
              </w:rPr>
              <w:t>Diverse Britain</w:t>
            </w:r>
          </w:p>
          <w:p w14:paraId="237522E5" w14:textId="77777777" w:rsidR="009A3F76" w:rsidRPr="00702129" w:rsidRDefault="009A3F76" w:rsidP="00163E31">
            <w:pPr>
              <w:spacing w:after="100"/>
              <w:rPr>
                <w:rFonts w:ascii="Aptos Display" w:hAnsi="Aptos Display"/>
                <w:b/>
                <w:sz w:val="23"/>
                <w:szCs w:val="23"/>
              </w:rPr>
            </w:pPr>
            <w:r w:rsidRPr="00702129">
              <w:rPr>
                <w:rFonts w:ascii="Aptos Display" w:hAnsi="Aptos Display"/>
                <w:b/>
                <w:sz w:val="23"/>
                <w:szCs w:val="23"/>
              </w:rPr>
              <w:t>Transition</w:t>
            </w:r>
          </w:p>
          <w:p w14:paraId="5FC87119" w14:textId="77777777" w:rsidR="00163E31" w:rsidRPr="00702129" w:rsidRDefault="00163E31" w:rsidP="00163E31">
            <w:pPr>
              <w:spacing w:after="100"/>
              <w:rPr>
                <w:rFonts w:ascii="Aptos Display" w:hAnsi="Aptos Display"/>
                <w:bCs/>
                <w:sz w:val="23"/>
                <w:szCs w:val="23"/>
              </w:rPr>
            </w:pPr>
            <w:r w:rsidRPr="00702129">
              <w:rPr>
                <w:rFonts w:ascii="Aptos Display" w:hAnsi="Aptos Display"/>
                <w:bCs/>
                <w:sz w:val="23"/>
                <w:szCs w:val="23"/>
              </w:rPr>
              <w:t>Children learn about diversity, democracy, rules and laws, liberty and respect in a multicultural society.</w:t>
            </w:r>
          </w:p>
          <w:p w14:paraId="27A7B7FB" w14:textId="77777777" w:rsidR="00503DC2" w:rsidRPr="00702129" w:rsidRDefault="00503DC2" w:rsidP="00503DC2">
            <w:pPr>
              <w:spacing w:after="100"/>
              <w:rPr>
                <w:rFonts w:ascii="Aptos Display" w:hAnsi="Aptos Display"/>
                <w:b/>
                <w:sz w:val="23"/>
                <w:szCs w:val="23"/>
              </w:rPr>
            </w:pPr>
          </w:p>
          <w:p w14:paraId="6849E13D" w14:textId="77777777" w:rsidR="0044419D" w:rsidRPr="00702129" w:rsidRDefault="0044419D" w:rsidP="00503DC2">
            <w:pPr>
              <w:spacing w:after="100"/>
              <w:rPr>
                <w:rFonts w:ascii="Aptos Display" w:hAnsi="Aptos Display"/>
                <w:sz w:val="23"/>
                <w:szCs w:val="23"/>
              </w:rPr>
            </w:pPr>
          </w:p>
          <w:p w14:paraId="7552BED1" w14:textId="77777777" w:rsidR="00317054" w:rsidRPr="00702129" w:rsidRDefault="00317054">
            <w:pPr>
              <w:spacing w:after="100"/>
              <w:rPr>
                <w:rFonts w:ascii="Aptos Display" w:hAnsi="Aptos Display"/>
                <w:sz w:val="23"/>
                <w:szCs w:val="23"/>
              </w:rPr>
            </w:pPr>
          </w:p>
        </w:tc>
      </w:tr>
    </w:tbl>
    <w:p w14:paraId="04DF7860" w14:textId="77777777" w:rsidR="003F65DC" w:rsidRPr="00702129" w:rsidRDefault="003F65DC">
      <w:pPr>
        <w:spacing w:before="60" w:after="40"/>
        <w:rPr>
          <w:rFonts w:ascii="Aptos Display" w:hAnsi="Aptos Display"/>
          <w:sz w:val="23"/>
          <w:szCs w:val="23"/>
        </w:rPr>
      </w:pPr>
    </w:p>
    <w:p w14:paraId="0C19BCD1" w14:textId="77777777" w:rsidR="003F65DC" w:rsidRPr="00702129" w:rsidRDefault="00914460" w:rsidP="0047200F">
      <w:pPr>
        <w:keepNext/>
        <w:rPr>
          <w:rFonts w:ascii="Aptos Display" w:hAnsi="Aptos Display"/>
          <w:sz w:val="23"/>
          <w:szCs w:val="23"/>
        </w:rPr>
      </w:pPr>
      <w:r w:rsidRPr="00702129">
        <w:rPr>
          <w:rFonts w:ascii="Aptos Display" w:hAnsi="Aptos Display"/>
          <w:b/>
          <w:sz w:val="23"/>
          <w:szCs w:val="23"/>
        </w:rPr>
        <w:t>Year 5 - Relationships, personal boundaries and growing up</w:t>
      </w:r>
    </w:p>
    <w:p w14:paraId="526D6266" w14:textId="7AEB955A" w:rsidR="003F65DC" w:rsidRPr="00702129" w:rsidRDefault="00914460">
      <w:pPr>
        <w:spacing w:after="80"/>
        <w:rPr>
          <w:rFonts w:ascii="Aptos Display" w:hAnsi="Aptos Display"/>
          <w:sz w:val="23"/>
          <w:szCs w:val="23"/>
        </w:rPr>
      </w:pPr>
      <w:r w:rsidRPr="00702129">
        <w:rPr>
          <w:rFonts w:ascii="Aptos Display" w:hAnsi="Aptos Display"/>
          <w:b/>
          <w:bCs/>
          <w:sz w:val="23"/>
          <w:szCs w:val="23"/>
        </w:rPr>
        <w:t xml:space="preserve">Journey in Love theme: God loves us in our changing and developing. </w:t>
      </w:r>
      <w:proofErr w:type="gramStart"/>
      <w:r w:rsidRPr="00702129">
        <w:rPr>
          <w:rFonts w:ascii="Aptos Display" w:hAnsi="Aptos Display"/>
          <w:b/>
          <w:bCs/>
          <w:sz w:val="23"/>
          <w:szCs w:val="23"/>
        </w:rPr>
        <w:t>Across</w:t>
      </w:r>
      <w:proofErr w:type="gramEnd"/>
      <w:r w:rsidRPr="00702129">
        <w:rPr>
          <w:rFonts w:ascii="Aptos Display" w:hAnsi="Aptos Display"/>
          <w:b/>
          <w:bCs/>
          <w:sz w:val="23"/>
          <w:szCs w:val="23"/>
        </w:rPr>
        <w:t xml:space="preserve"> the year, children will: Practise teamwork, communication and respectful disagreement, and explore personal boundaries, online friendships, peer pressure and media influence. They will learn about safer phone use, deepfakes, media </w:t>
      </w:r>
      <w:r w:rsidRPr="00702129">
        <w:rPr>
          <w:rFonts w:ascii="Aptos Display" w:hAnsi="Aptos Display"/>
          <w:b/>
          <w:bCs/>
          <w:sz w:val="23"/>
          <w:szCs w:val="23"/>
        </w:rPr>
        <w:t>literacy, drugs, gambling, online rules and financial risks. Children will explore identity, emotions, activity and wellbeing, alongside puberty and the physical and emotional changes of growing up. They will develop money-management skills and consider responsible spending.</w:t>
      </w:r>
    </w:p>
    <w:p w14:paraId="4964D4C0" w14:textId="77777777" w:rsidR="00D63BB5" w:rsidRPr="00702129" w:rsidRDefault="00D63BB5">
      <w:pPr>
        <w:spacing w:after="80"/>
        <w:rPr>
          <w:rFonts w:ascii="Aptos Display" w:hAnsi="Aptos Display"/>
          <w:sz w:val="23"/>
          <w:szCs w:val="23"/>
        </w:rPr>
      </w:pP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702129" w14:paraId="0DFF9D9B" w14:textId="77777777">
        <w:trPr>
          <w:jc w:val="center"/>
        </w:trPr>
        <w:tc>
          <w:tcPr>
            <w:tcW w:w="2424" w:type="dxa"/>
            <w:shd w:val="clear" w:color="auto" w:fill="FFF2CC"/>
            <w:tcMar>
              <w:top w:w="85" w:type="dxa"/>
              <w:left w:w="85" w:type="dxa"/>
              <w:bottom w:w="85" w:type="dxa"/>
              <w:right w:w="85" w:type="dxa"/>
            </w:tcMar>
          </w:tcPr>
          <w:p w14:paraId="3C4299B3"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Autumn 1</w:t>
            </w:r>
          </w:p>
        </w:tc>
        <w:tc>
          <w:tcPr>
            <w:tcW w:w="2424" w:type="dxa"/>
            <w:shd w:val="clear" w:color="auto" w:fill="FFF2CC"/>
            <w:tcMar>
              <w:top w:w="85" w:type="dxa"/>
              <w:left w:w="85" w:type="dxa"/>
              <w:bottom w:w="85" w:type="dxa"/>
              <w:right w:w="85" w:type="dxa"/>
            </w:tcMar>
          </w:tcPr>
          <w:p w14:paraId="620F3A99"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Autumn 2</w:t>
            </w:r>
          </w:p>
        </w:tc>
        <w:tc>
          <w:tcPr>
            <w:tcW w:w="2424" w:type="dxa"/>
            <w:shd w:val="clear" w:color="auto" w:fill="E2F0D9"/>
            <w:tcMar>
              <w:top w:w="85" w:type="dxa"/>
              <w:left w:w="85" w:type="dxa"/>
              <w:bottom w:w="85" w:type="dxa"/>
              <w:right w:w="85" w:type="dxa"/>
            </w:tcMar>
          </w:tcPr>
          <w:p w14:paraId="7D47DFDD"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Spring 1</w:t>
            </w:r>
          </w:p>
        </w:tc>
        <w:tc>
          <w:tcPr>
            <w:tcW w:w="2424" w:type="dxa"/>
            <w:shd w:val="clear" w:color="auto" w:fill="E2F0D9"/>
            <w:tcMar>
              <w:top w:w="85" w:type="dxa"/>
              <w:left w:w="85" w:type="dxa"/>
              <w:bottom w:w="85" w:type="dxa"/>
              <w:right w:w="85" w:type="dxa"/>
            </w:tcMar>
          </w:tcPr>
          <w:p w14:paraId="49640AC9"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Spring 2</w:t>
            </w:r>
          </w:p>
        </w:tc>
        <w:tc>
          <w:tcPr>
            <w:tcW w:w="2424" w:type="dxa"/>
            <w:shd w:val="clear" w:color="auto" w:fill="F4CCCC"/>
            <w:tcMar>
              <w:top w:w="85" w:type="dxa"/>
              <w:left w:w="85" w:type="dxa"/>
              <w:bottom w:w="85" w:type="dxa"/>
              <w:right w:w="85" w:type="dxa"/>
            </w:tcMar>
          </w:tcPr>
          <w:p w14:paraId="1DFE9145"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Summer 1</w:t>
            </w:r>
          </w:p>
        </w:tc>
        <w:tc>
          <w:tcPr>
            <w:tcW w:w="2424" w:type="dxa"/>
            <w:shd w:val="clear" w:color="auto" w:fill="F4CCCC"/>
            <w:tcMar>
              <w:top w:w="85" w:type="dxa"/>
              <w:left w:w="85" w:type="dxa"/>
              <w:bottom w:w="85" w:type="dxa"/>
              <w:right w:w="85" w:type="dxa"/>
            </w:tcMar>
          </w:tcPr>
          <w:p w14:paraId="4A17CC26"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Summer 2</w:t>
            </w:r>
          </w:p>
        </w:tc>
      </w:tr>
      <w:tr w:rsidR="003F65DC" w:rsidRPr="00702129" w14:paraId="665D6ABF" w14:textId="77777777">
        <w:trPr>
          <w:jc w:val="center"/>
        </w:trPr>
        <w:tc>
          <w:tcPr>
            <w:tcW w:w="2424" w:type="dxa"/>
            <w:shd w:val="clear" w:color="auto" w:fill="FFF2CC"/>
            <w:tcMar>
              <w:top w:w="85" w:type="dxa"/>
              <w:left w:w="85" w:type="dxa"/>
              <w:bottom w:w="85" w:type="dxa"/>
              <w:right w:w="85" w:type="dxa"/>
            </w:tcMar>
          </w:tcPr>
          <w:p w14:paraId="224E07F2" w14:textId="77777777" w:rsidR="001E1760" w:rsidRPr="00702129" w:rsidRDefault="00A87218">
            <w:pPr>
              <w:spacing w:after="100"/>
              <w:rPr>
                <w:rFonts w:ascii="Aptos Display" w:hAnsi="Aptos Display"/>
                <w:b/>
                <w:bCs/>
                <w:sz w:val="23"/>
                <w:szCs w:val="23"/>
              </w:rPr>
            </w:pPr>
            <w:r w:rsidRPr="00702129">
              <w:rPr>
                <w:rFonts w:ascii="Aptos Display" w:hAnsi="Aptos Display"/>
                <w:b/>
                <w:bCs/>
                <w:sz w:val="23"/>
                <w:szCs w:val="23"/>
              </w:rPr>
              <w:t>New beginnings</w:t>
            </w:r>
          </w:p>
          <w:p w14:paraId="26939114" w14:textId="77777777" w:rsidR="00A87218" w:rsidRPr="00702129" w:rsidRDefault="00A87218">
            <w:pPr>
              <w:spacing w:after="100"/>
              <w:rPr>
                <w:rFonts w:ascii="Aptos Display" w:hAnsi="Aptos Display"/>
                <w:sz w:val="23"/>
                <w:szCs w:val="23"/>
              </w:rPr>
            </w:pPr>
            <w:r w:rsidRPr="00702129">
              <w:rPr>
                <w:rFonts w:ascii="Aptos Display" w:hAnsi="Aptos Display"/>
                <w:b/>
                <w:bCs/>
                <w:sz w:val="23"/>
                <w:szCs w:val="23"/>
              </w:rPr>
              <w:t>TEAM</w:t>
            </w:r>
          </w:p>
          <w:p w14:paraId="06316EA8" w14:textId="77777777" w:rsidR="009A3F76" w:rsidRPr="00702129" w:rsidRDefault="00914460">
            <w:pPr>
              <w:spacing w:after="100"/>
              <w:rPr>
                <w:rFonts w:ascii="Aptos Display" w:hAnsi="Aptos Display"/>
                <w:sz w:val="23"/>
                <w:szCs w:val="23"/>
              </w:rPr>
            </w:pPr>
            <w:r w:rsidRPr="00702129">
              <w:rPr>
                <w:rFonts w:ascii="Aptos Display" w:hAnsi="Aptos Display"/>
                <w:sz w:val="23"/>
                <w:szCs w:val="23"/>
              </w:rPr>
              <w:t>Children develop respectful disagreement, communication, collaboration, compromise, shared responsibility and responses to bullying or hurtful behaviour.</w:t>
            </w:r>
            <w:r w:rsidRPr="00702129">
              <w:rPr>
                <w:rFonts w:ascii="Aptos Display" w:hAnsi="Aptos Display"/>
                <w:sz w:val="23"/>
                <w:szCs w:val="23"/>
              </w:rPr>
              <w:br/>
            </w:r>
            <w:r w:rsidRPr="00702129">
              <w:rPr>
                <w:rFonts w:ascii="Aptos Display" w:hAnsi="Aptos Display"/>
                <w:sz w:val="23"/>
                <w:szCs w:val="23"/>
              </w:rPr>
              <w:br/>
            </w:r>
          </w:p>
          <w:p w14:paraId="316ED3F6" w14:textId="77777777" w:rsidR="00317054" w:rsidRPr="00702129" w:rsidRDefault="00914460">
            <w:pPr>
              <w:spacing w:after="100"/>
              <w:rPr>
                <w:rFonts w:ascii="Aptos Display" w:hAnsi="Aptos Display"/>
                <w:sz w:val="23"/>
                <w:szCs w:val="23"/>
              </w:rPr>
            </w:pPr>
            <w:r w:rsidRPr="00702129">
              <w:rPr>
                <w:rFonts w:ascii="Aptos Display" w:hAnsi="Aptos Display"/>
                <w:b/>
                <w:bCs/>
                <w:sz w:val="23"/>
                <w:szCs w:val="23"/>
              </w:rPr>
              <w:t>Jour</w:t>
            </w:r>
            <w:r w:rsidRPr="00702129">
              <w:rPr>
                <w:rFonts w:ascii="Aptos Display" w:hAnsi="Aptos Display"/>
                <w:b/>
                <w:bCs/>
                <w:sz w:val="23"/>
                <w:szCs w:val="23"/>
              </w:rPr>
              <w:t>ney in Love — AUTUMN: SOCIAL &amp; EMOTIONAL</w:t>
            </w:r>
            <w:r w:rsidRPr="00702129">
              <w:rPr>
                <w:rFonts w:ascii="Aptos Display" w:hAnsi="Aptos Display"/>
                <w:b/>
                <w:bCs/>
                <w:sz w:val="23"/>
                <w:szCs w:val="23"/>
              </w:rPr>
              <w:br/>
            </w:r>
            <w:r w:rsidRPr="00702129">
              <w:rPr>
                <w:rFonts w:ascii="Aptos Display" w:hAnsi="Aptos Display"/>
                <w:b/>
                <w:bCs/>
                <w:sz w:val="23"/>
                <w:szCs w:val="23"/>
              </w:rPr>
              <w:br/>
            </w:r>
            <w:r w:rsidRPr="00702129">
              <w:rPr>
                <w:rFonts w:ascii="Aptos Display" w:hAnsi="Aptos Display"/>
                <w:sz w:val="23"/>
                <w:szCs w:val="23"/>
              </w:rPr>
              <w:t>To show knowledge and understanding of emotional relationship changes as we grow and develop.</w:t>
            </w:r>
            <w:r w:rsidRPr="00702129">
              <w:rPr>
                <w:rFonts w:ascii="Aptos Display" w:hAnsi="Aptos Display"/>
                <w:sz w:val="23"/>
                <w:szCs w:val="23"/>
              </w:rPr>
              <w:br/>
            </w:r>
          </w:p>
        </w:tc>
        <w:tc>
          <w:tcPr>
            <w:tcW w:w="2424" w:type="dxa"/>
            <w:shd w:val="clear" w:color="auto" w:fill="FFF2CC"/>
            <w:tcMar>
              <w:top w:w="85" w:type="dxa"/>
              <w:left w:w="85" w:type="dxa"/>
              <w:bottom w:w="85" w:type="dxa"/>
              <w:right w:w="85" w:type="dxa"/>
            </w:tcMar>
          </w:tcPr>
          <w:p w14:paraId="03C64F4D" w14:textId="77777777" w:rsidR="0072580E" w:rsidRPr="00702129" w:rsidRDefault="00163E31" w:rsidP="0072580E">
            <w:pPr>
              <w:spacing w:after="100"/>
              <w:rPr>
                <w:rFonts w:ascii="Aptos Display" w:hAnsi="Aptos Display"/>
                <w:b/>
                <w:sz w:val="23"/>
                <w:szCs w:val="23"/>
              </w:rPr>
            </w:pPr>
            <w:r w:rsidRPr="00702129">
              <w:rPr>
                <w:rFonts w:ascii="Aptos Display" w:hAnsi="Aptos Display"/>
                <w:b/>
                <w:sz w:val="23"/>
                <w:szCs w:val="23"/>
              </w:rPr>
              <w:t>Pol</w:t>
            </w:r>
            <w:r w:rsidR="001E1760" w:rsidRPr="00702129">
              <w:rPr>
                <w:rFonts w:ascii="Aptos Display" w:hAnsi="Aptos Display"/>
                <w:b/>
                <w:sz w:val="23"/>
                <w:szCs w:val="23"/>
              </w:rPr>
              <w:t>- E</w:t>
            </w:r>
            <w:r w:rsidRPr="00702129">
              <w:rPr>
                <w:rFonts w:ascii="Aptos Display" w:hAnsi="Aptos Display"/>
                <w:b/>
                <w:sz w:val="23"/>
                <w:szCs w:val="23"/>
              </w:rPr>
              <w:t>d</w:t>
            </w:r>
            <w:r w:rsidR="001E1760" w:rsidRPr="00702129">
              <w:rPr>
                <w:rFonts w:ascii="Aptos Display" w:hAnsi="Aptos Display"/>
                <w:b/>
                <w:sz w:val="23"/>
                <w:szCs w:val="23"/>
              </w:rPr>
              <w:t xml:space="preserve"> Lessons</w:t>
            </w:r>
          </w:p>
          <w:p w14:paraId="69DCE2A9" w14:textId="77777777" w:rsidR="001E1760" w:rsidRPr="00702129" w:rsidRDefault="001E1760" w:rsidP="0072580E">
            <w:pPr>
              <w:spacing w:after="100"/>
              <w:rPr>
                <w:rFonts w:ascii="Aptos Display" w:hAnsi="Aptos Display"/>
                <w:b/>
                <w:sz w:val="23"/>
                <w:szCs w:val="23"/>
              </w:rPr>
            </w:pPr>
            <w:r w:rsidRPr="00702129">
              <w:rPr>
                <w:rFonts w:ascii="Aptos Display" w:hAnsi="Aptos Display"/>
                <w:b/>
                <w:sz w:val="23"/>
                <w:szCs w:val="23"/>
              </w:rPr>
              <w:t>Relationships</w:t>
            </w:r>
          </w:p>
          <w:p w14:paraId="59F0553E" w14:textId="77777777" w:rsidR="001E1760" w:rsidRPr="00702129" w:rsidRDefault="001E1760" w:rsidP="0072580E">
            <w:pPr>
              <w:spacing w:after="100"/>
              <w:rPr>
                <w:rFonts w:ascii="Aptos Display" w:hAnsi="Aptos Display"/>
                <w:bCs/>
                <w:sz w:val="23"/>
                <w:szCs w:val="23"/>
              </w:rPr>
            </w:pPr>
            <w:r w:rsidRPr="00702129">
              <w:rPr>
                <w:rFonts w:ascii="Aptos Display" w:hAnsi="Aptos Display"/>
                <w:bCs/>
                <w:sz w:val="23"/>
                <w:szCs w:val="23"/>
              </w:rPr>
              <w:t>How can my adult relationships affect my future?</w:t>
            </w:r>
          </w:p>
          <w:p w14:paraId="74032248" w14:textId="77777777" w:rsidR="001E1760" w:rsidRPr="00702129" w:rsidRDefault="001E1760" w:rsidP="0072580E">
            <w:pPr>
              <w:spacing w:after="100"/>
              <w:rPr>
                <w:rFonts w:ascii="Aptos Display" w:hAnsi="Aptos Display"/>
                <w:bCs/>
                <w:sz w:val="23"/>
                <w:szCs w:val="23"/>
              </w:rPr>
            </w:pPr>
            <w:r w:rsidRPr="00702129">
              <w:rPr>
                <w:rFonts w:ascii="Aptos Display" w:hAnsi="Aptos Display"/>
                <w:bCs/>
                <w:sz w:val="23"/>
                <w:szCs w:val="23"/>
              </w:rPr>
              <w:t>How do words have power?</w:t>
            </w:r>
          </w:p>
          <w:p w14:paraId="3747208A" w14:textId="77777777" w:rsidR="001E1760" w:rsidRPr="00702129" w:rsidRDefault="001E1760" w:rsidP="0072580E">
            <w:pPr>
              <w:spacing w:after="100"/>
              <w:rPr>
                <w:rFonts w:ascii="Aptos Display" w:hAnsi="Aptos Display"/>
                <w:bCs/>
                <w:sz w:val="23"/>
                <w:szCs w:val="23"/>
              </w:rPr>
            </w:pPr>
            <w:r w:rsidRPr="00702129">
              <w:rPr>
                <w:rFonts w:ascii="Aptos Display" w:hAnsi="Aptos Display"/>
                <w:bCs/>
                <w:sz w:val="23"/>
                <w:szCs w:val="23"/>
              </w:rPr>
              <w:t>What are my personal boundaries?</w:t>
            </w:r>
          </w:p>
          <w:p w14:paraId="3EB815B1" w14:textId="77777777" w:rsidR="001E1760" w:rsidRPr="00702129" w:rsidRDefault="001E1760" w:rsidP="0072580E">
            <w:pPr>
              <w:spacing w:after="100"/>
              <w:rPr>
                <w:rFonts w:ascii="Aptos Display" w:hAnsi="Aptos Display"/>
                <w:bCs/>
                <w:sz w:val="23"/>
                <w:szCs w:val="23"/>
              </w:rPr>
            </w:pPr>
            <w:r w:rsidRPr="00702129">
              <w:rPr>
                <w:rFonts w:ascii="Aptos Display" w:hAnsi="Aptos Display"/>
                <w:bCs/>
                <w:sz w:val="23"/>
                <w:szCs w:val="23"/>
              </w:rPr>
              <w:t>What are online friendships?</w:t>
            </w:r>
          </w:p>
          <w:p w14:paraId="1E98D70F" w14:textId="77777777" w:rsidR="001E1760" w:rsidRPr="00702129" w:rsidRDefault="001E1760" w:rsidP="0072580E">
            <w:pPr>
              <w:spacing w:after="100"/>
              <w:rPr>
                <w:rFonts w:ascii="Aptos Display" w:hAnsi="Aptos Display"/>
                <w:bCs/>
                <w:sz w:val="23"/>
                <w:szCs w:val="23"/>
              </w:rPr>
            </w:pPr>
            <w:r w:rsidRPr="00702129">
              <w:rPr>
                <w:rFonts w:ascii="Aptos Display" w:hAnsi="Aptos Display"/>
                <w:bCs/>
                <w:sz w:val="23"/>
                <w:szCs w:val="23"/>
              </w:rPr>
              <w:t>What is media influence?</w:t>
            </w:r>
          </w:p>
          <w:p w14:paraId="687F19FC" w14:textId="77777777" w:rsidR="001E1760" w:rsidRPr="00702129" w:rsidRDefault="001E1760" w:rsidP="0072580E">
            <w:pPr>
              <w:spacing w:after="100"/>
              <w:rPr>
                <w:rFonts w:ascii="Aptos Display" w:hAnsi="Aptos Display"/>
                <w:bCs/>
                <w:sz w:val="23"/>
                <w:szCs w:val="23"/>
              </w:rPr>
            </w:pPr>
            <w:r w:rsidRPr="00702129">
              <w:rPr>
                <w:rFonts w:ascii="Aptos Display" w:hAnsi="Aptos Display"/>
                <w:bCs/>
                <w:sz w:val="23"/>
                <w:szCs w:val="23"/>
              </w:rPr>
              <w:t>What is peer pressure?</w:t>
            </w:r>
          </w:p>
          <w:p w14:paraId="6F14D9F2" w14:textId="77777777" w:rsidR="0044419D" w:rsidRPr="00702129" w:rsidRDefault="0044419D">
            <w:pPr>
              <w:spacing w:after="100"/>
              <w:rPr>
                <w:rFonts w:ascii="Aptos Display" w:hAnsi="Aptos Display"/>
                <w:bCs/>
                <w:sz w:val="23"/>
                <w:szCs w:val="23"/>
              </w:rPr>
            </w:pPr>
          </w:p>
        </w:tc>
        <w:tc>
          <w:tcPr>
            <w:tcW w:w="2424" w:type="dxa"/>
            <w:shd w:val="clear" w:color="auto" w:fill="E2F0D9"/>
            <w:tcMar>
              <w:top w:w="85" w:type="dxa"/>
              <w:left w:w="85" w:type="dxa"/>
              <w:bottom w:w="85" w:type="dxa"/>
              <w:right w:w="85" w:type="dxa"/>
            </w:tcMar>
          </w:tcPr>
          <w:p w14:paraId="0DFA0D5B" w14:textId="77777777" w:rsidR="001E1760" w:rsidRPr="00702129" w:rsidRDefault="00163E31">
            <w:pPr>
              <w:spacing w:after="100"/>
              <w:rPr>
                <w:rFonts w:ascii="Aptos Display" w:hAnsi="Aptos Display"/>
                <w:b/>
                <w:bCs/>
                <w:sz w:val="23"/>
                <w:szCs w:val="23"/>
              </w:rPr>
            </w:pPr>
            <w:r w:rsidRPr="00702129">
              <w:rPr>
                <w:rFonts w:ascii="Aptos Display" w:hAnsi="Aptos Display"/>
                <w:b/>
                <w:bCs/>
                <w:sz w:val="23"/>
                <w:szCs w:val="23"/>
              </w:rPr>
              <w:t>Pol</w:t>
            </w:r>
            <w:r w:rsidR="001E1760" w:rsidRPr="00702129">
              <w:rPr>
                <w:rFonts w:ascii="Aptos Display" w:hAnsi="Aptos Display"/>
                <w:b/>
                <w:bCs/>
                <w:sz w:val="23"/>
                <w:szCs w:val="23"/>
              </w:rPr>
              <w:t>-E</w:t>
            </w:r>
            <w:r w:rsidRPr="00702129">
              <w:rPr>
                <w:rFonts w:ascii="Aptos Display" w:hAnsi="Aptos Display"/>
                <w:b/>
                <w:bCs/>
                <w:sz w:val="23"/>
                <w:szCs w:val="23"/>
              </w:rPr>
              <w:t>d</w:t>
            </w:r>
          </w:p>
          <w:p w14:paraId="4CDF1A06" w14:textId="77777777" w:rsidR="001E1760" w:rsidRPr="00702129" w:rsidRDefault="00163E31">
            <w:pPr>
              <w:spacing w:after="100"/>
              <w:rPr>
                <w:rFonts w:ascii="Aptos Display" w:hAnsi="Aptos Display"/>
                <w:b/>
                <w:bCs/>
                <w:sz w:val="23"/>
                <w:szCs w:val="23"/>
              </w:rPr>
            </w:pPr>
            <w:r w:rsidRPr="00702129">
              <w:rPr>
                <w:rFonts w:ascii="Aptos Display" w:hAnsi="Aptos Display"/>
                <w:b/>
                <w:bCs/>
                <w:sz w:val="23"/>
                <w:szCs w:val="23"/>
              </w:rPr>
              <w:t xml:space="preserve"> </w:t>
            </w:r>
            <w:r w:rsidR="001E1760" w:rsidRPr="00702129">
              <w:rPr>
                <w:rFonts w:ascii="Aptos Display" w:hAnsi="Aptos Display"/>
                <w:b/>
                <w:bCs/>
                <w:sz w:val="23"/>
                <w:szCs w:val="23"/>
              </w:rPr>
              <w:t>Keeping Safe</w:t>
            </w:r>
          </w:p>
          <w:p w14:paraId="25F63A56" w14:textId="77777777" w:rsidR="001E1760" w:rsidRPr="00702129" w:rsidRDefault="001E1760">
            <w:pPr>
              <w:spacing w:after="100"/>
              <w:rPr>
                <w:rFonts w:ascii="Aptos Display" w:hAnsi="Aptos Display"/>
                <w:sz w:val="23"/>
                <w:szCs w:val="23"/>
              </w:rPr>
            </w:pPr>
            <w:r w:rsidRPr="00702129">
              <w:rPr>
                <w:rFonts w:ascii="Aptos Display" w:hAnsi="Aptos Display"/>
                <w:sz w:val="23"/>
                <w:szCs w:val="23"/>
              </w:rPr>
              <w:t>How can we keep our things safe?</w:t>
            </w:r>
          </w:p>
          <w:p w14:paraId="7228CD21" w14:textId="77777777" w:rsidR="001E1760" w:rsidRPr="00702129" w:rsidRDefault="001E1760">
            <w:pPr>
              <w:spacing w:after="100"/>
              <w:rPr>
                <w:rFonts w:ascii="Aptos Display" w:hAnsi="Aptos Display"/>
                <w:sz w:val="23"/>
                <w:szCs w:val="23"/>
              </w:rPr>
            </w:pPr>
            <w:r w:rsidRPr="00702129">
              <w:rPr>
                <w:rFonts w:ascii="Aptos Display" w:hAnsi="Aptos Display"/>
                <w:sz w:val="23"/>
                <w:szCs w:val="23"/>
              </w:rPr>
              <w:t>How can we use our phones sensibly?</w:t>
            </w:r>
          </w:p>
          <w:p w14:paraId="22526DAA" w14:textId="77777777" w:rsidR="001E1760" w:rsidRPr="00702129" w:rsidRDefault="001E1760">
            <w:pPr>
              <w:spacing w:after="100"/>
              <w:rPr>
                <w:rFonts w:ascii="Aptos Display" w:hAnsi="Aptos Display"/>
                <w:sz w:val="23"/>
                <w:szCs w:val="23"/>
              </w:rPr>
            </w:pPr>
            <w:r w:rsidRPr="00702129">
              <w:rPr>
                <w:rFonts w:ascii="Aptos Display" w:hAnsi="Aptos Display"/>
                <w:sz w:val="23"/>
                <w:szCs w:val="23"/>
              </w:rPr>
              <w:t>What are deep fakes?</w:t>
            </w:r>
          </w:p>
          <w:p w14:paraId="4F45E434" w14:textId="77777777" w:rsidR="001E1760" w:rsidRPr="00702129" w:rsidRDefault="001E1760">
            <w:pPr>
              <w:spacing w:after="100"/>
              <w:rPr>
                <w:rFonts w:ascii="Aptos Display" w:hAnsi="Aptos Display"/>
                <w:sz w:val="23"/>
                <w:szCs w:val="23"/>
              </w:rPr>
            </w:pPr>
            <w:r w:rsidRPr="00702129">
              <w:rPr>
                <w:rFonts w:ascii="Aptos Display" w:hAnsi="Aptos Display"/>
                <w:sz w:val="23"/>
                <w:szCs w:val="23"/>
              </w:rPr>
              <w:t xml:space="preserve">What are the </w:t>
            </w:r>
            <w:r w:rsidR="009A3F76" w:rsidRPr="00702129">
              <w:rPr>
                <w:rFonts w:ascii="Aptos Display" w:hAnsi="Aptos Display"/>
                <w:sz w:val="23"/>
                <w:szCs w:val="23"/>
              </w:rPr>
              <w:t>risks</w:t>
            </w:r>
            <w:r w:rsidRPr="00702129">
              <w:rPr>
                <w:rFonts w:ascii="Aptos Display" w:hAnsi="Aptos Display"/>
                <w:sz w:val="23"/>
                <w:szCs w:val="23"/>
              </w:rPr>
              <w:t xml:space="preserve"> with money?</w:t>
            </w:r>
          </w:p>
          <w:p w14:paraId="475089BD" w14:textId="3721B4F1" w:rsidR="001E1760" w:rsidRPr="004C6F16" w:rsidRDefault="001E1760">
            <w:pPr>
              <w:spacing w:after="100"/>
              <w:rPr>
                <w:rFonts w:ascii="Aptos Display" w:hAnsi="Aptos Display"/>
                <w:b/>
                <w:bCs/>
                <w:sz w:val="23"/>
                <w:szCs w:val="23"/>
              </w:rPr>
            </w:pPr>
            <w:r w:rsidRPr="00702129">
              <w:rPr>
                <w:rFonts w:ascii="Aptos Display" w:hAnsi="Aptos Display"/>
                <w:sz w:val="23"/>
                <w:szCs w:val="23"/>
              </w:rPr>
              <w:t xml:space="preserve">What do </w:t>
            </w:r>
            <w:r w:rsidR="009A3F76" w:rsidRPr="00702129">
              <w:rPr>
                <w:rFonts w:ascii="Aptos Display" w:hAnsi="Aptos Display"/>
                <w:sz w:val="23"/>
                <w:szCs w:val="23"/>
              </w:rPr>
              <w:t>I know</w:t>
            </w:r>
            <w:r w:rsidRPr="00702129">
              <w:rPr>
                <w:rFonts w:ascii="Aptos Display" w:hAnsi="Aptos Display"/>
                <w:sz w:val="23"/>
                <w:szCs w:val="23"/>
              </w:rPr>
              <w:t xml:space="preserve"> about drugs?</w:t>
            </w:r>
            <w:r w:rsidR="004C6F16">
              <w:rPr>
                <w:rFonts w:ascii="Aptos Display" w:hAnsi="Aptos Display"/>
                <w:sz w:val="23"/>
                <w:szCs w:val="23"/>
              </w:rPr>
              <w:t xml:space="preserve"> </w:t>
            </w:r>
          </w:p>
          <w:p w14:paraId="77C0F23F" w14:textId="77777777" w:rsidR="001E1760" w:rsidRPr="00702129" w:rsidRDefault="001E1760">
            <w:pPr>
              <w:spacing w:after="100"/>
              <w:rPr>
                <w:rFonts w:ascii="Aptos Display" w:hAnsi="Aptos Display"/>
                <w:sz w:val="23"/>
                <w:szCs w:val="23"/>
              </w:rPr>
            </w:pPr>
            <w:r w:rsidRPr="00702129">
              <w:rPr>
                <w:rFonts w:ascii="Aptos Display" w:hAnsi="Aptos Display"/>
                <w:sz w:val="23"/>
                <w:szCs w:val="23"/>
              </w:rPr>
              <w:t>Why are our special people important?</w:t>
            </w:r>
          </w:p>
          <w:p w14:paraId="401A4BE1" w14:textId="77777777" w:rsidR="00317054" w:rsidRPr="00702129" w:rsidRDefault="001E1760">
            <w:pPr>
              <w:spacing w:after="100"/>
              <w:rPr>
                <w:rFonts w:ascii="Aptos Display" w:hAnsi="Aptos Display"/>
                <w:sz w:val="23"/>
                <w:szCs w:val="23"/>
              </w:rPr>
            </w:pPr>
            <w:r w:rsidRPr="00702129">
              <w:rPr>
                <w:rFonts w:ascii="Aptos Display" w:hAnsi="Aptos Display"/>
                <w:sz w:val="23"/>
                <w:szCs w:val="23"/>
              </w:rPr>
              <w:t>What is media literacy?</w:t>
            </w:r>
            <w:r w:rsidR="00163E31" w:rsidRPr="00702129">
              <w:rPr>
                <w:rFonts w:ascii="Aptos Display" w:hAnsi="Aptos Display"/>
                <w:sz w:val="23"/>
                <w:szCs w:val="23"/>
              </w:rPr>
              <w:br/>
            </w:r>
            <w:r w:rsidR="00163E31" w:rsidRPr="00702129">
              <w:rPr>
                <w:rFonts w:ascii="Aptos Display" w:hAnsi="Aptos Display"/>
                <w:sz w:val="23"/>
                <w:szCs w:val="23"/>
              </w:rPr>
              <w:br/>
            </w:r>
            <w:r w:rsidR="00163E31" w:rsidRPr="00702129">
              <w:rPr>
                <w:rFonts w:ascii="Aptos Display" w:hAnsi="Aptos Display"/>
                <w:b/>
                <w:bCs/>
                <w:sz w:val="23"/>
                <w:szCs w:val="23"/>
              </w:rPr>
              <w:t>Journey in Love — SPRING: PHYSICAL</w:t>
            </w:r>
            <w:r w:rsidR="00163E31" w:rsidRPr="00702129">
              <w:rPr>
                <w:rFonts w:ascii="Aptos Display" w:hAnsi="Aptos Display"/>
                <w:sz w:val="23"/>
                <w:szCs w:val="23"/>
              </w:rPr>
              <w:br/>
            </w:r>
            <w:r w:rsidR="00163E31" w:rsidRPr="00702129">
              <w:rPr>
                <w:rFonts w:ascii="Aptos Display" w:hAnsi="Aptos Display"/>
                <w:sz w:val="23"/>
                <w:szCs w:val="23"/>
              </w:rPr>
              <w:br/>
              <w:t>To show knowledge and understanding of the physical changes in puberty.</w:t>
            </w:r>
          </w:p>
        </w:tc>
        <w:tc>
          <w:tcPr>
            <w:tcW w:w="2424" w:type="dxa"/>
            <w:shd w:val="clear" w:color="auto" w:fill="E2F0D9"/>
            <w:tcMar>
              <w:top w:w="85" w:type="dxa"/>
              <w:left w:w="85" w:type="dxa"/>
              <w:bottom w:w="85" w:type="dxa"/>
              <w:right w:w="85" w:type="dxa"/>
            </w:tcMar>
          </w:tcPr>
          <w:p w14:paraId="4BDDCD48" w14:textId="77777777" w:rsidR="001E1760" w:rsidRPr="00702129" w:rsidRDefault="00163E31" w:rsidP="0072580E">
            <w:pPr>
              <w:spacing w:after="100"/>
              <w:rPr>
                <w:rFonts w:ascii="Aptos Display" w:hAnsi="Aptos Display"/>
                <w:b/>
                <w:sz w:val="23"/>
                <w:szCs w:val="23"/>
              </w:rPr>
            </w:pPr>
            <w:r w:rsidRPr="00702129">
              <w:rPr>
                <w:rFonts w:ascii="Aptos Display" w:hAnsi="Aptos Display"/>
                <w:b/>
                <w:sz w:val="23"/>
                <w:szCs w:val="23"/>
              </w:rPr>
              <w:t>Pol</w:t>
            </w:r>
            <w:r w:rsidR="001E1760" w:rsidRPr="00702129">
              <w:rPr>
                <w:rFonts w:ascii="Aptos Display" w:hAnsi="Aptos Display"/>
                <w:b/>
                <w:sz w:val="23"/>
                <w:szCs w:val="23"/>
              </w:rPr>
              <w:t>-E</w:t>
            </w:r>
            <w:r w:rsidRPr="00702129">
              <w:rPr>
                <w:rFonts w:ascii="Aptos Display" w:hAnsi="Aptos Display"/>
                <w:b/>
                <w:sz w:val="23"/>
                <w:szCs w:val="23"/>
              </w:rPr>
              <w:t>d</w:t>
            </w:r>
          </w:p>
          <w:p w14:paraId="17191521" w14:textId="77777777" w:rsidR="0072580E" w:rsidRPr="00702129" w:rsidRDefault="001E1760" w:rsidP="0072580E">
            <w:pPr>
              <w:spacing w:after="100"/>
              <w:rPr>
                <w:rFonts w:ascii="Aptos Display" w:hAnsi="Aptos Display"/>
                <w:b/>
                <w:sz w:val="23"/>
                <w:szCs w:val="23"/>
              </w:rPr>
            </w:pPr>
            <w:r w:rsidRPr="00702129">
              <w:rPr>
                <w:rFonts w:ascii="Aptos Display" w:hAnsi="Aptos Display"/>
                <w:b/>
                <w:sz w:val="23"/>
                <w:szCs w:val="23"/>
              </w:rPr>
              <w:t>Understanding the Law</w:t>
            </w:r>
          </w:p>
          <w:p w14:paraId="384C61E3" w14:textId="77777777" w:rsidR="001E1760" w:rsidRPr="00702129" w:rsidRDefault="001E1760" w:rsidP="0072580E">
            <w:pPr>
              <w:spacing w:after="100"/>
              <w:rPr>
                <w:rFonts w:ascii="Aptos Display" w:hAnsi="Aptos Display"/>
                <w:bCs/>
                <w:sz w:val="23"/>
                <w:szCs w:val="23"/>
              </w:rPr>
            </w:pPr>
            <w:r w:rsidRPr="00702129">
              <w:rPr>
                <w:rFonts w:ascii="Aptos Display" w:hAnsi="Aptos Display"/>
                <w:bCs/>
                <w:sz w:val="23"/>
                <w:szCs w:val="23"/>
              </w:rPr>
              <w:t>How do rules help our community?</w:t>
            </w:r>
          </w:p>
          <w:p w14:paraId="65542591" w14:textId="77777777" w:rsidR="001E1760" w:rsidRPr="00702129" w:rsidRDefault="001E1760" w:rsidP="0072580E">
            <w:pPr>
              <w:spacing w:after="100"/>
              <w:rPr>
                <w:rFonts w:ascii="Aptos Display" w:hAnsi="Aptos Display"/>
                <w:bCs/>
                <w:sz w:val="23"/>
                <w:szCs w:val="23"/>
              </w:rPr>
            </w:pPr>
            <w:r w:rsidRPr="00702129">
              <w:rPr>
                <w:rFonts w:ascii="Aptos Display" w:hAnsi="Aptos Display"/>
                <w:bCs/>
                <w:sz w:val="23"/>
                <w:szCs w:val="23"/>
              </w:rPr>
              <w:t xml:space="preserve">What can and </w:t>
            </w:r>
            <w:r w:rsidR="009A3F76" w:rsidRPr="00702129">
              <w:rPr>
                <w:rFonts w:ascii="Aptos Display" w:hAnsi="Aptos Display"/>
                <w:bCs/>
                <w:sz w:val="23"/>
                <w:szCs w:val="23"/>
              </w:rPr>
              <w:t>can’t</w:t>
            </w:r>
            <w:r w:rsidRPr="00702129">
              <w:rPr>
                <w:rFonts w:ascii="Aptos Display" w:hAnsi="Aptos Display"/>
                <w:bCs/>
                <w:sz w:val="23"/>
                <w:szCs w:val="23"/>
              </w:rPr>
              <w:t xml:space="preserve"> I do on the intern</w:t>
            </w:r>
            <w:r w:rsidR="009A3F76" w:rsidRPr="00702129">
              <w:rPr>
                <w:rFonts w:ascii="Aptos Display" w:hAnsi="Aptos Display"/>
                <w:bCs/>
                <w:sz w:val="23"/>
                <w:szCs w:val="23"/>
              </w:rPr>
              <w:t>et?</w:t>
            </w:r>
          </w:p>
          <w:p w14:paraId="68321F4A" w14:textId="23274643" w:rsidR="009A3F76" w:rsidRPr="00AC7F62" w:rsidRDefault="009A3F76" w:rsidP="0072580E">
            <w:pPr>
              <w:spacing w:after="100"/>
              <w:rPr>
                <w:rFonts w:ascii="Aptos Display" w:hAnsi="Aptos Display"/>
                <w:b/>
                <w:sz w:val="23"/>
                <w:szCs w:val="23"/>
              </w:rPr>
            </w:pPr>
            <w:r w:rsidRPr="00702129">
              <w:rPr>
                <w:rFonts w:ascii="Aptos Display" w:hAnsi="Aptos Display"/>
                <w:bCs/>
                <w:sz w:val="23"/>
                <w:szCs w:val="23"/>
              </w:rPr>
              <w:t xml:space="preserve">What is </w:t>
            </w:r>
            <w:r w:rsidR="00AC7F62" w:rsidRPr="00702129">
              <w:rPr>
                <w:rFonts w:ascii="Aptos Display" w:hAnsi="Aptos Display"/>
                <w:bCs/>
                <w:sz w:val="23"/>
                <w:szCs w:val="23"/>
              </w:rPr>
              <w:t>gambling?</w:t>
            </w:r>
            <w:r w:rsidR="00AC7F62">
              <w:rPr>
                <w:rFonts w:ascii="Aptos Display" w:hAnsi="Aptos Display"/>
                <w:bCs/>
                <w:sz w:val="23"/>
                <w:szCs w:val="23"/>
              </w:rPr>
              <w:t xml:space="preserve"> </w:t>
            </w:r>
          </w:p>
          <w:p w14:paraId="65E73E23" w14:textId="77777777" w:rsidR="009A3F76" w:rsidRPr="00702129" w:rsidRDefault="009A3F76" w:rsidP="0072580E">
            <w:pPr>
              <w:spacing w:after="100"/>
              <w:rPr>
                <w:rFonts w:ascii="Aptos Display" w:hAnsi="Aptos Display"/>
                <w:b/>
                <w:sz w:val="23"/>
                <w:szCs w:val="23"/>
              </w:rPr>
            </w:pPr>
          </w:p>
          <w:p w14:paraId="73479FE6" w14:textId="77777777" w:rsidR="001E1760" w:rsidRPr="00702129" w:rsidRDefault="001E1760" w:rsidP="0072580E">
            <w:pPr>
              <w:spacing w:after="100"/>
              <w:rPr>
                <w:rFonts w:ascii="Aptos Display" w:hAnsi="Aptos Display"/>
                <w:bCs/>
                <w:sz w:val="23"/>
                <w:szCs w:val="23"/>
              </w:rPr>
            </w:pPr>
          </w:p>
        </w:tc>
        <w:tc>
          <w:tcPr>
            <w:tcW w:w="2424" w:type="dxa"/>
            <w:shd w:val="clear" w:color="auto" w:fill="F4CCCC"/>
            <w:tcMar>
              <w:top w:w="85" w:type="dxa"/>
              <w:left w:w="85" w:type="dxa"/>
              <w:bottom w:w="85" w:type="dxa"/>
              <w:right w:w="85" w:type="dxa"/>
            </w:tcMar>
          </w:tcPr>
          <w:p w14:paraId="1DCE3CEF" w14:textId="77777777" w:rsidR="009A3F76" w:rsidRPr="00702129" w:rsidRDefault="00163E31">
            <w:pPr>
              <w:spacing w:after="100"/>
              <w:rPr>
                <w:rFonts w:ascii="Aptos Display" w:hAnsi="Aptos Display"/>
                <w:b/>
                <w:sz w:val="23"/>
                <w:szCs w:val="23"/>
              </w:rPr>
            </w:pPr>
            <w:r w:rsidRPr="00702129">
              <w:rPr>
                <w:rFonts w:ascii="Aptos Display" w:hAnsi="Aptos Display"/>
                <w:b/>
                <w:sz w:val="23"/>
                <w:szCs w:val="23"/>
              </w:rPr>
              <w:t>Pol</w:t>
            </w:r>
            <w:r w:rsidR="009A3F76" w:rsidRPr="00702129">
              <w:rPr>
                <w:rFonts w:ascii="Aptos Display" w:hAnsi="Aptos Display"/>
                <w:b/>
                <w:sz w:val="23"/>
                <w:szCs w:val="23"/>
              </w:rPr>
              <w:t>-E</w:t>
            </w:r>
            <w:r w:rsidRPr="00702129">
              <w:rPr>
                <w:rFonts w:ascii="Aptos Display" w:hAnsi="Aptos Display"/>
                <w:b/>
                <w:sz w:val="23"/>
                <w:szCs w:val="23"/>
              </w:rPr>
              <w:t xml:space="preserve">d </w:t>
            </w:r>
          </w:p>
          <w:p w14:paraId="0C045267" w14:textId="77777777" w:rsidR="009A3F76" w:rsidRPr="00702129" w:rsidRDefault="009A3F76">
            <w:pPr>
              <w:spacing w:after="100"/>
              <w:rPr>
                <w:rFonts w:ascii="Aptos Display" w:hAnsi="Aptos Display"/>
                <w:b/>
                <w:sz w:val="23"/>
                <w:szCs w:val="23"/>
              </w:rPr>
            </w:pPr>
            <w:r w:rsidRPr="00702129">
              <w:rPr>
                <w:rFonts w:ascii="Aptos Display" w:hAnsi="Aptos Display"/>
                <w:b/>
                <w:sz w:val="23"/>
                <w:szCs w:val="23"/>
              </w:rPr>
              <w:t>Wellbeing</w:t>
            </w:r>
          </w:p>
          <w:p w14:paraId="1CD9E807" w14:textId="77777777" w:rsidR="009A3F76" w:rsidRPr="00702129" w:rsidRDefault="009A3F76">
            <w:pPr>
              <w:spacing w:after="100"/>
              <w:rPr>
                <w:rFonts w:ascii="Aptos Display" w:hAnsi="Aptos Display"/>
                <w:bCs/>
                <w:sz w:val="23"/>
                <w:szCs w:val="23"/>
              </w:rPr>
            </w:pPr>
            <w:r w:rsidRPr="00702129">
              <w:rPr>
                <w:rFonts w:ascii="Aptos Display" w:hAnsi="Aptos Display"/>
                <w:bCs/>
                <w:sz w:val="23"/>
                <w:szCs w:val="23"/>
              </w:rPr>
              <w:t>What is my personal identity?</w:t>
            </w:r>
          </w:p>
          <w:p w14:paraId="6EA70744" w14:textId="34BF4179" w:rsidR="009A3F76" w:rsidRPr="00702129" w:rsidRDefault="009A3F76">
            <w:pPr>
              <w:spacing w:after="100"/>
              <w:rPr>
                <w:rFonts w:ascii="Aptos Display" w:hAnsi="Aptos Display"/>
                <w:bCs/>
                <w:sz w:val="23"/>
                <w:szCs w:val="23"/>
              </w:rPr>
            </w:pPr>
            <w:r w:rsidRPr="00702129">
              <w:rPr>
                <w:rFonts w:ascii="Aptos Display" w:hAnsi="Aptos Display"/>
                <w:bCs/>
                <w:sz w:val="23"/>
                <w:szCs w:val="23"/>
              </w:rPr>
              <w:t xml:space="preserve">How might puberty impact the way I </w:t>
            </w:r>
            <w:r w:rsidR="004C6F16" w:rsidRPr="00702129">
              <w:rPr>
                <w:rFonts w:ascii="Aptos Display" w:hAnsi="Aptos Display"/>
                <w:bCs/>
                <w:sz w:val="23"/>
                <w:szCs w:val="23"/>
              </w:rPr>
              <w:t>feel?</w:t>
            </w:r>
            <w:r w:rsidR="004C6F16" w:rsidRPr="004C6F16">
              <w:rPr>
                <w:rFonts w:ascii="Aptos Display" w:hAnsi="Aptos Display"/>
                <w:b/>
                <w:sz w:val="23"/>
                <w:szCs w:val="23"/>
              </w:rPr>
              <w:t xml:space="preserve"> </w:t>
            </w:r>
          </w:p>
          <w:p w14:paraId="18CEBAC9" w14:textId="77777777" w:rsidR="009A3F76" w:rsidRPr="00702129" w:rsidRDefault="009A3F76">
            <w:pPr>
              <w:spacing w:after="100"/>
              <w:rPr>
                <w:rFonts w:ascii="Aptos Display" w:hAnsi="Aptos Display"/>
                <w:bCs/>
                <w:sz w:val="23"/>
                <w:szCs w:val="23"/>
              </w:rPr>
            </w:pPr>
            <w:r w:rsidRPr="00702129">
              <w:rPr>
                <w:rFonts w:ascii="Aptos Display" w:hAnsi="Aptos Display"/>
                <w:bCs/>
                <w:sz w:val="23"/>
                <w:szCs w:val="23"/>
              </w:rPr>
              <w:t>How might being online impact the way I feel?</w:t>
            </w:r>
          </w:p>
          <w:p w14:paraId="4DE066E4" w14:textId="77777777" w:rsidR="009A3F76" w:rsidRPr="00702129" w:rsidRDefault="009A3F76">
            <w:pPr>
              <w:spacing w:after="100"/>
              <w:rPr>
                <w:rFonts w:ascii="Aptos Display" w:hAnsi="Aptos Display"/>
                <w:bCs/>
                <w:sz w:val="23"/>
                <w:szCs w:val="23"/>
              </w:rPr>
            </w:pPr>
            <w:r w:rsidRPr="00702129">
              <w:rPr>
                <w:rFonts w:ascii="Aptos Display" w:hAnsi="Aptos Display"/>
                <w:bCs/>
                <w:sz w:val="23"/>
                <w:szCs w:val="23"/>
              </w:rPr>
              <w:t>How might my activity levels impact the way I feel?</w:t>
            </w:r>
          </w:p>
          <w:p w14:paraId="63C37417" w14:textId="76396ABF" w:rsidR="009A3F76" w:rsidRPr="00702129" w:rsidRDefault="009A3F76">
            <w:pPr>
              <w:spacing w:after="100"/>
              <w:rPr>
                <w:rFonts w:ascii="Aptos Display" w:hAnsi="Aptos Display"/>
                <w:bCs/>
                <w:sz w:val="23"/>
                <w:szCs w:val="23"/>
              </w:rPr>
            </w:pPr>
            <w:r w:rsidRPr="00702129">
              <w:rPr>
                <w:rFonts w:ascii="Aptos Display" w:hAnsi="Aptos Display"/>
                <w:bCs/>
                <w:sz w:val="23"/>
                <w:szCs w:val="23"/>
              </w:rPr>
              <w:t>How might school impact the way I feel?</w:t>
            </w:r>
          </w:p>
          <w:p w14:paraId="5C497091" w14:textId="77777777" w:rsidR="00042837" w:rsidRPr="00702129" w:rsidRDefault="00163E31">
            <w:pPr>
              <w:spacing w:after="100"/>
              <w:rPr>
                <w:rFonts w:ascii="Aptos Display" w:hAnsi="Aptos Display"/>
                <w:b/>
                <w:sz w:val="23"/>
                <w:szCs w:val="23"/>
              </w:rPr>
            </w:pPr>
            <w:r w:rsidRPr="00702129">
              <w:rPr>
                <w:rFonts w:ascii="Aptos Display" w:hAnsi="Aptos Display"/>
                <w:b/>
                <w:sz w:val="23"/>
                <w:szCs w:val="23"/>
              </w:rPr>
              <w:br/>
              <w:t>Journey in Love — SUMMER: SPIRITUAL</w:t>
            </w:r>
            <w:r w:rsidRPr="00702129">
              <w:rPr>
                <w:rFonts w:ascii="Aptos Display" w:hAnsi="Aptos Display"/>
                <w:b/>
                <w:sz w:val="23"/>
                <w:szCs w:val="23"/>
              </w:rPr>
              <w:br/>
            </w:r>
          </w:p>
          <w:p w14:paraId="08705F31" w14:textId="77777777" w:rsidR="0044419D" w:rsidRPr="00702129" w:rsidRDefault="00914460">
            <w:pPr>
              <w:spacing w:after="100"/>
              <w:rPr>
                <w:rFonts w:ascii="Aptos Display" w:hAnsi="Aptos Display"/>
                <w:bCs/>
                <w:sz w:val="23"/>
                <w:szCs w:val="23"/>
              </w:rPr>
            </w:pPr>
            <w:r w:rsidRPr="00702129">
              <w:rPr>
                <w:rFonts w:ascii="Aptos Display" w:hAnsi="Aptos Display"/>
                <w:bCs/>
                <w:sz w:val="23"/>
                <w:szCs w:val="23"/>
              </w:rPr>
              <w:t>To celebrate the joy of growing physically and spiritually.</w:t>
            </w:r>
          </w:p>
        </w:tc>
        <w:tc>
          <w:tcPr>
            <w:tcW w:w="2424" w:type="dxa"/>
            <w:shd w:val="clear" w:color="auto" w:fill="F4CCCC"/>
            <w:tcMar>
              <w:top w:w="85" w:type="dxa"/>
              <w:left w:w="85" w:type="dxa"/>
              <w:bottom w:w="85" w:type="dxa"/>
              <w:right w:w="85" w:type="dxa"/>
            </w:tcMar>
          </w:tcPr>
          <w:p w14:paraId="5A009F95" w14:textId="77777777" w:rsidR="009A3F76" w:rsidRPr="00702129" w:rsidRDefault="00914460">
            <w:pPr>
              <w:spacing w:after="100"/>
              <w:rPr>
                <w:rFonts w:ascii="Aptos Display" w:hAnsi="Aptos Display"/>
                <w:b/>
                <w:sz w:val="23"/>
                <w:szCs w:val="23"/>
              </w:rPr>
            </w:pPr>
            <w:r w:rsidRPr="00702129">
              <w:rPr>
                <w:rFonts w:ascii="Aptos Display" w:hAnsi="Aptos Display"/>
                <w:b/>
                <w:sz w:val="23"/>
                <w:szCs w:val="23"/>
              </w:rPr>
              <w:t>Money Matters</w:t>
            </w:r>
          </w:p>
          <w:p w14:paraId="64F70D97" w14:textId="77777777" w:rsidR="009A3F76" w:rsidRPr="00702129" w:rsidRDefault="009A3F76">
            <w:pPr>
              <w:spacing w:after="100"/>
              <w:rPr>
                <w:rFonts w:ascii="Aptos Display" w:hAnsi="Aptos Display"/>
                <w:b/>
                <w:sz w:val="23"/>
                <w:szCs w:val="23"/>
              </w:rPr>
            </w:pPr>
            <w:r w:rsidRPr="00702129">
              <w:rPr>
                <w:rFonts w:ascii="Aptos Display" w:hAnsi="Aptos Display"/>
                <w:b/>
                <w:sz w:val="23"/>
                <w:szCs w:val="23"/>
              </w:rPr>
              <w:t>Transition</w:t>
            </w:r>
            <w:r w:rsidRPr="00702129">
              <w:rPr>
                <w:rFonts w:ascii="Aptos Display" w:hAnsi="Aptos Display"/>
                <w:b/>
                <w:sz w:val="23"/>
                <w:szCs w:val="23"/>
              </w:rPr>
              <w:br/>
            </w:r>
          </w:p>
          <w:p w14:paraId="74D13A5C" w14:textId="77777777" w:rsidR="0044419D" w:rsidRPr="00702129" w:rsidRDefault="00914460">
            <w:pPr>
              <w:spacing w:after="100"/>
              <w:rPr>
                <w:rFonts w:ascii="Aptos Display" w:hAnsi="Aptos Display"/>
                <w:b/>
                <w:sz w:val="23"/>
                <w:szCs w:val="23"/>
              </w:rPr>
            </w:pPr>
            <w:r w:rsidRPr="00702129">
              <w:rPr>
                <w:rFonts w:ascii="Aptos Display" w:hAnsi="Aptos Display"/>
                <w:bCs/>
                <w:sz w:val="23"/>
                <w:szCs w:val="23"/>
              </w:rPr>
              <w:t>Children explore currencies, advertising, ethical spending, budgeting, secure online purchases, money worries and choices about employment.</w:t>
            </w:r>
          </w:p>
          <w:p w14:paraId="19B8D9D4" w14:textId="77777777" w:rsidR="009A3F76" w:rsidRPr="00702129" w:rsidRDefault="009A3F76">
            <w:pPr>
              <w:spacing w:after="100"/>
              <w:rPr>
                <w:rFonts w:ascii="Aptos Display" w:hAnsi="Aptos Display"/>
                <w:b/>
                <w:sz w:val="23"/>
                <w:szCs w:val="23"/>
              </w:rPr>
            </w:pPr>
            <w:r w:rsidRPr="00702129">
              <w:rPr>
                <w:rFonts w:ascii="Aptos Display" w:hAnsi="Aptos Display"/>
                <w:b/>
                <w:sz w:val="23"/>
                <w:szCs w:val="23"/>
              </w:rPr>
              <w:t>Links with NATWEST BANK</w:t>
            </w:r>
          </w:p>
          <w:p w14:paraId="63895DF9" w14:textId="77777777" w:rsidR="00163E31" w:rsidRPr="00702129" w:rsidRDefault="00163E31">
            <w:pPr>
              <w:spacing w:after="100"/>
              <w:rPr>
                <w:rFonts w:ascii="Aptos Display" w:hAnsi="Aptos Display"/>
                <w:bCs/>
                <w:sz w:val="23"/>
                <w:szCs w:val="23"/>
              </w:rPr>
            </w:pPr>
          </w:p>
          <w:p w14:paraId="27E70FFF" w14:textId="77777777" w:rsidR="00317054" w:rsidRPr="00702129" w:rsidRDefault="00317054">
            <w:pPr>
              <w:spacing w:after="100"/>
              <w:rPr>
                <w:rFonts w:ascii="Aptos Display" w:hAnsi="Aptos Display"/>
                <w:sz w:val="23"/>
                <w:szCs w:val="23"/>
              </w:rPr>
            </w:pPr>
          </w:p>
        </w:tc>
      </w:tr>
    </w:tbl>
    <w:p w14:paraId="28D51BAC" w14:textId="77777777" w:rsidR="003F65DC" w:rsidRPr="00702129" w:rsidRDefault="003F65DC">
      <w:pPr>
        <w:spacing w:before="60" w:after="40"/>
        <w:rPr>
          <w:rFonts w:ascii="Aptos Display" w:hAnsi="Aptos Display"/>
          <w:sz w:val="23"/>
          <w:szCs w:val="23"/>
        </w:rPr>
      </w:pPr>
    </w:p>
    <w:p w14:paraId="129359BF" w14:textId="77777777" w:rsidR="003F65DC" w:rsidRPr="00702129" w:rsidRDefault="00914460" w:rsidP="0047200F">
      <w:pPr>
        <w:keepNext/>
        <w:rPr>
          <w:rFonts w:ascii="Aptos Display" w:hAnsi="Aptos Display"/>
          <w:sz w:val="23"/>
          <w:szCs w:val="23"/>
        </w:rPr>
      </w:pPr>
      <w:r w:rsidRPr="00702129">
        <w:rPr>
          <w:rFonts w:ascii="Aptos Display" w:hAnsi="Aptos Display"/>
          <w:b/>
          <w:sz w:val="23"/>
          <w:szCs w:val="23"/>
        </w:rPr>
        <w:t>Year 6 - Relationships, safety, new life and transition</w:t>
      </w:r>
    </w:p>
    <w:p w14:paraId="39E6BA12" w14:textId="64E446EC" w:rsidR="003F65DC" w:rsidRPr="00702129" w:rsidRDefault="00914460">
      <w:pPr>
        <w:spacing w:after="80"/>
        <w:rPr>
          <w:rFonts w:ascii="Aptos Display" w:hAnsi="Aptos Display"/>
          <w:sz w:val="23"/>
          <w:szCs w:val="23"/>
        </w:rPr>
      </w:pPr>
      <w:r w:rsidRPr="00702129">
        <w:rPr>
          <w:rFonts w:ascii="Aptos Display" w:hAnsi="Aptos Display"/>
          <w:b/>
          <w:bCs/>
          <w:sz w:val="23"/>
          <w:szCs w:val="23"/>
        </w:rPr>
        <w:t>Journey in Love theme: The wonder of God's love in creating new life. Across the year, children will: Prepare for secondary-school relationshi</w:t>
      </w:r>
      <w:r w:rsidRPr="00702129">
        <w:rPr>
          <w:rFonts w:ascii="Aptos Display" w:hAnsi="Aptos Display"/>
          <w:b/>
          <w:bCs/>
          <w:sz w:val="23"/>
          <w:szCs w:val="23"/>
        </w:rPr>
        <w:t>ps and transition, exploring respect, equality, racism, sexism and authority. They will learn about personal data, age restrictions, addiction, crime, drugs and the law, weapons and antisocial behaviour. Children will consider adulthood, mental-health support, positive thinking, diversity, government and citizenship, and develop aspirations for the future. Journey in Love explores caring family relationships, how human life is conceived and the dignity of others.</w:t>
      </w:r>
    </w:p>
    <w:p w14:paraId="637D1B87" w14:textId="77777777" w:rsidR="00D63BB5" w:rsidRPr="00702129" w:rsidRDefault="00D63BB5">
      <w:pPr>
        <w:spacing w:after="80"/>
        <w:rPr>
          <w:rFonts w:ascii="Aptos Display" w:hAnsi="Aptos Display"/>
          <w:sz w:val="23"/>
          <w:szCs w:val="23"/>
        </w:rPr>
      </w:pPr>
    </w:p>
    <w:tbl>
      <w:tblPr>
        <w:tblW w:w="0" w:type="auto"/>
        <w:jc w:val="center"/>
        <w:tblLayout w:type="fixed"/>
        <w:tblLook w:val="04A0" w:firstRow="1" w:lastRow="0" w:firstColumn="1" w:lastColumn="0" w:noHBand="0" w:noVBand="1"/>
      </w:tblPr>
      <w:tblGrid>
        <w:gridCol w:w="2424"/>
        <w:gridCol w:w="2424"/>
        <w:gridCol w:w="2424"/>
        <w:gridCol w:w="2424"/>
        <w:gridCol w:w="2424"/>
        <w:gridCol w:w="2424"/>
      </w:tblGrid>
      <w:tr w:rsidR="003F65DC" w:rsidRPr="00702129" w14:paraId="34BFEF49" w14:textId="77777777" w:rsidTr="00163E31">
        <w:trPr>
          <w:trHeight w:val="772"/>
          <w:jc w:val="center"/>
        </w:trPr>
        <w:tc>
          <w:tcPr>
            <w:tcW w:w="2424" w:type="dxa"/>
            <w:shd w:val="clear" w:color="auto" w:fill="FFF2CC"/>
            <w:tcMar>
              <w:top w:w="85" w:type="dxa"/>
              <w:left w:w="85" w:type="dxa"/>
              <w:bottom w:w="85" w:type="dxa"/>
              <w:right w:w="85" w:type="dxa"/>
            </w:tcMar>
          </w:tcPr>
          <w:p w14:paraId="519605D3"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Autumn 1</w:t>
            </w:r>
          </w:p>
        </w:tc>
        <w:tc>
          <w:tcPr>
            <w:tcW w:w="2424" w:type="dxa"/>
            <w:shd w:val="clear" w:color="auto" w:fill="FFF2CC"/>
            <w:tcMar>
              <w:top w:w="85" w:type="dxa"/>
              <w:left w:w="85" w:type="dxa"/>
              <w:bottom w:w="85" w:type="dxa"/>
              <w:right w:w="85" w:type="dxa"/>
            </w:tcMar>
          </w:tcPr>
          <w:p w14:paraId="036A4C31"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Autumn 2</w:t>
            </w:r>
          </w:p>
        </w:tc>
        <w:tc>
          <w:tcPr>
            <w:tcW w:w="2424" w:type="dxa"/>
            <w:shd w:val="clear" w:color="auto" w:fill="E2F0D9"/>
            <w:tcMar>
              <w:top w:w="85" w:type="dxa"/>
              <w:left w:w="85" w:type="dxa"/>
              <w:bottom w:w="85" w:type="dxa"/>
              <w:right w:w="85" w:type="dxa"/>
            </w:tcMar>
          </w:tcPr>
          <w:p w14:paraId="1FF9B3CB"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Spring 1</w:t>
            </w:r>
          </w:p>
        </w:tc>
        <w:tc>
          <w:tcPr>
            <w:tcW w:w="2424" w:type="dxa"/>
            <w:shd w:val="clear" w:color="auto" w:fill="E2F0D9"/>
            <w:tcMar>
              <w:top w:w="85" w:type="dxa"/>
              <w:left w:w="85" w:type="dxa"/>
              <w:bottom w:w="85" w:type="dxa"/>
              <w:right w:w="85" w:type="dxa"/>
            </w:tcMar>
          </w:tcPr>
          <w:p w14:paraId="49732ADE"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Spring 2</w:t>
            </w:r>
          </w:p>
        </w:tc>
        <w:tc>
          <w:tcPr>
            <w:tcW w:w="2424" w:type="dxa"/>
            <w:shd w:val="clear" w:color="auto" w:fill="F4CCCC"/>
            <w:tcMar>
              <w:top w:w="85" w:type="dxa"/>
              <w:left w:w="85" w:type="dxa"/>
              <w:bottom w:w="85" w:type="dxa"/>
              <w:right w:w="85" w:type="dxa"/>
            </w:tcMar>
          </w:tcPr>
          <w:p w14:paraId="6240625C" w14:textId="77777777" w:rsidR="003F65DC" w:rsidRPr="00702129" w:rsidRDefault="00914460" w:rsidP="00263D83">
            <w:pPr>
              <w:spacing w:after="100"/>
              <w:rPr>
                <w:rFonts w:ascii="Aptos Display" w:hAnsi="Aptos Display"/>
                <w:sz w:val="23"/>
                <w:szCs w:val="23"/>
              </w:rPr>
            </w:pPr>
            <w:r w:rsidRPr="00702129">
              <w:rPr>
                <w:rFonts w:ascii="Aptos Display" w:hAnsi="Aptos Display"/>
                <w:b/>
                <w:sz w:val="23"/>
                <w:szCs w:val="23"/>
              </w:rPr>
              <w:t xml:space="preserve">Summer </w:t>
            </w:r>
            <w:r w:rsidRPr="00702129">
              <w:rPr>
                <w:rFonts w:ascii="Aptos Display" w:hAnsi="Aptos Display"/>
                <w:b/>
                <w:sz w:val="23"/>
                <w:szCs w:val="23"/>
              </w:rPr>
              <w:t>1</w:t>
            </w:r>
          </w:p>
        </w:tc>
        <w:tc>
          <w:tcPr>
            <w:tcW w:w="2424" w:type="dxa"/>
            <w:shd w:val="clear" w:color="auto" w:fill="F4CCCC"/>
            <w:tcMar>
              <w:top w:w="85" w:type="dxa"/>
              <w:left w:w="85" w:type="dxa"/>
              <w:bottom w:w="85" w:type="dxa"/>
              <w:right w:w="85" w:type="dxa"/>
            </w:tcMar>
          </w:tcPr>
          <w:p w14:paraId="5B0A49D9" w14:textId="77777777" w:rsidR="003F65DC" w:rsidRPr="00702129" w:rsidRDefault="00263D83" w:rsidP="00263D83">
            <w:pPr>
              <w:spacing w:after="100"/>
              <w:rPr>
                <w:rFonts w:ascii="Aptos Display" w:hAnsi="Aptos Display"/>
                <w:sz w:val="23"/>
                <w:szCs w:val="23"/>
              </w:rPr>
            </w:pPr>
            <w:r w:rsidRPr="00702129">
              <w:rPr>
                <w:rFonts w:ascii="Aptos Display" w:hAnsi="Aptos Display"/>
                <w:b/>
                <w:sz w:val="23"/>
                <w:szCs w:val="23"/>
              </w:rPr>
              <w:t>Summer 2</w:t>
            </w:r>
          </w:p>
        </w:tc>
      </w:tr>
      <w:tr w:rsidR="003F65DC" w:rsidRPr="00702129" w14:paraId="1405EF1E" w14:textId="77777777" w:rsidTr="00503DC2">
        <w:trPr>
          <w:jc w:val="center"/>
        </w:trPr>
        <w:tc>
          <w:tcPr>
            <w:tcW w:w="2424" w:type="dxa"/>
            <w:shd w:val="clear" w:color="auto" w:fill="FFF2CC"/>
            <w:tcMar>
              <w:top w:w="85" w:type="dxa"/>
              <w:left w:w="85" w:type="dxa"/>
              <w:bottom w:w="85" w:type="dxa"/>
              <w:right w:w="85" w:type="dxa"/>
            </w:tcMar>
          </w:tcPr>
          <w:p w14:paraId="424B9B1C" w14:textId="77777777" w:rsidR="009A3F76" w:rsidRPr="00702129" w:rsidRDefault="00914460" w:rsidP="00163E31">
            <w:pPr>
              <w:spacing w:after="100"/>
              <w:rPr>
                <w:rFonts w:ascii="Aptos Display" w:hAnsi="Aptos Display"/>
                <w:b/>
                <w:bCs/>
                <w:sz w:val="23"/>
                <w:szCs w:val="23"/>
              </w:rPr>
            </w:pPr>
            <w:r w:rsidRPr="00702129">
              <w:rPr>
                <w:rFonts w:ascii="Aptos Display" w:hAnsi="Aptos Display"/>
                <w:b/>
                <w:bCs/>
                <w:sz w:val="23"/>
                <w:szCs w:val="23"/>
              </w:rPr>
              <w:t>N</w:t>
            </w:r>
            <w:r w:rsidR="00A87218" w:rsidRPr="00702129">
              <w:rPr>
                <w:rFonts w:ascii="Aptos Display" w:hAnsi="Aptos Display"/>
                <w:b/>
                <w:bCs/>
                <w:sz w:val="23"/>
                <w:szCs w:val="23"/>
              </w:rPr>
              <w:t>ew beginnings</w:t>
            </w:r>
          </w:p>
          <w:p w14:paraId="698A67F9" w14:textId="77777777" w:rsidR="009A3F76" w:rsidRPr="00702129" w:rsidRDefault="00163E31" w:rsidP="00163E31">
            <w:pPr>
              <w:spacing w:after="100"/>
              <w:rPr>
                <w:rFonts w:ascii="Aptos Display" w:hAnsi="Aptos Display"/>
                <w:b/>
                <w:bCs/>
                <w:sz w:val="23"/>
                <w:szCs w:val="23"/>
              </w:rPr>
            </w:pPr>
            <w:r w:rsidRPr="00702129">
              <w:rPr>
                <w:rFonts w:ascii="Aptos Display" w:hAnsi="Aptos Display"/>
                <w:b/>
                <w:bCs/>
                <w:sz w:val="23"/>
                <w:szCs w:val="23"/>
              </w:rPr>
              <w:t>Pol</w:t>
            </w:r>
            <w:r w:rsidR="009A3F76" w:rsidRPr="00702129">
              <w:rPr>
                <w:rFonts w:ascii="Aptos Display" w:hAnsi="Aptos Display"/>
                <w:b/>
                <w:bCs/>
                <w:sz w:val="23"/>
                <w:szCs w:val="23"/>
              </w:rPr>
              <w:t>-Ed</w:t>
            </w:r>
          </w:p>
          <w:p w14:paraId="7DC39D63" w14:textId="77777777" w:rsidR="00163E31" w:rsidRPr="00702129" w:rsidRDefault="00163E31" w:rsidP="00163E31">
            <w:pPr>
              <w:spacing w:after="100"/>
              <w:rPr>
                <w:rFonts w:ascii="Aptos Display" w:hAnsi="Aptos Display"/>
                <w:b/>
                <w:bCs/>
                <w:sz w:val="23"/>
                <w:szCs w:val="23"/>
              </w:rPr>
            </w:pPr>
            <w:r w:rsidRPr="00702129">
              <w:rPr>
                <w:rFonts w:ascii="Aptos Display" w:hAnsi="Aptos Display"/>
                <w:b/>
                <w:bCs/>
                <w:sz w:val="23"/>
                <w:szCs w:val="23"/>
              </w:rPr>
              <w:t>Relationships</w:t>
            </w:r>
          </w:p>
          <w:p w14:paraId="5479C850" w14:textId="77777777" w:rsidR="009A3F76" w:rsidRPr="00702129" w:rsidRDefault="009A3F76" w:rsidP="00163E31">
            <w:pPr>
              <w:spacing w:after="100"/>
              <w:rPr>
                <w:rFonts w:ascii="Aptos Display" w:hAnsi="Aptos Display"/>
                <w:sz w:val="23"/>
                <w:szCs w:val="23"/>
              </w:rPr>
            </w:pPr>
            <w:r w:rsidRPr="00702129">
              <w:rPr>
                <w:rFonts w:ascii="Aptos Display" w:hAnsi="Aptos Display"/>
                <w:sz w:val="23"/>
                <w:szCs w:val="23"/>
              </w:rPr>
              <w:t>How can I get ready for secondary relationships?</w:t>
            </w:r>
          </w:p>
          <w:p w14:paraId="5F068DE3" w14:textId="77777777" w:rsidR="009A3F76" w:rsidRPr="00702129" w:rsidRDefault="009A3F76" w:rsidP="00163E31">
            <w:pPr>
              <w:spacing w:after="100"/>
              <w:rPr>
                <w:rFonts w:ascii="Aptos Display" w:hAnsi="Aptos Display"/>
                <w:sz w:val="23"/>
                <w:szCs w:val="23"/>
              </w:rPr>
            </w:pPr>
            <w:r w:rsidRPr="00702129">
              <w:rPr>
                <w:rFonts w:ascii="Aptos Display" w:hAnsi="Aptos Display"/>
                <w:sz w:val="23"/>
                <w:szCs w:val="23"/>
              </w:rPr>
              <w:t>How can we be allies against racism?</w:t>
            </w:r>
          </w:p>
          <w:p w14:paraId="15FA7561" w14:textId="1012B7D3" w:rsidR="009A3F76" w:rsidRPr="00702129" w:rsidRDefault="009A3F76" w:rsidP="00163E31">
            <w:pPr>
              <w:spacing w:after="100"/>
              <w:rPr>
                <w:rFonts w:ascii="Aptos Display" w:hAnsi="Aptos Display"/>
                <w:sz w:val="23"/>
                <w:szCs w:val="23"/>
              </w:rPr>
            </w:pPr>
            <w:r w:rsidRPr="00702129">
              <w:rPr>
                <w:rFonts w:ascii="Aptos Display" w:hAnsi="Aptos Display"/>
                <w:sz w:val="23"/>
                <w:szCs w:val="23"/>
              </w:rPr>
              <w:t>How can we challenge sexism?</w:t>
            </w:r>
          </w:p>
          <w:p w14:paraId="4475D6AA" w14:textId="77777777" w:rsidR="009A3F76" w:rsidRPr="00702129" w:rsidRDefault="009A3F76" w:rsidP="00163E31">
            <w:pPr>
              <w:spacing w:after="100"/>
              <w:rPr>
                <w:rFonts w:ascii="Aptos Display" w:hAnsi="Aptos Display"/>
                <w:sz w:val="23"/>
                <w:szCs w:val="23"/>
              </w:rPr>
            </w:pPr>
            <w:r w:rsidRPr="00702129">
              <w:rPr>
                <w:rFonts w:ascii="Aptos Display" w:hAnsi="Aptos Display"/>
                <w:sz w:val="23"/>
                <w:szCs w:val="23"/>
              </w:rPr>
              <w:t>What is a debate?</w:t>
            </w:r>
          </w:p>
          <w:p w14:paraId="77B91C15" w14:textId="77777777" w:rsidR="009A3F76" w:rsidRPr="00702129" w:rsidRDefault="009A3F76" w:rsidP="00163E31">
            <w:pPr>
              <w:spacing w:after="100"/>
              <w:rPr>
                <w:rFonts w:ascii="Aptos Display" w:hAnsi="Aptos Display"/>
                <w:sz w:val="23"/>
                <w:szCs w:val="23"/>
              </w:rPr>
            </w:pPr>
            <w:r w:rsidRPr="00702129">
              <w:rPr>
                <w:rFonts w:ascii="Aptos Display" w:hAnsi="Aptos Display"/>
                <w:sz w:val="23"/>
                <w:szCs w:val="23"/>
              </w:rPr>
              <w:t>What is my relationship with authority?</w:t>
            </w:r>
          </w:p>
          <w:p w14:paraId="4F85033E" w14:textId="59150727" w:rsidR="00B33602" w:rsidRDefault="00914460">
            <w:pPr>
              <w:spacing w:after="100"/>
              <w:rPr>
                <w:rFonts w:ascii="Aptos Display" w:hAnsi="Aptos Display"/>
                <w:sz w:val="23"/>
                <w:szCs w:val="23"/>
              </w:rPr>
            </w:pPr>
            <w:r w:rsidRPr="00702129">
              <w:rPr>
                <w:rFonts w:ascii="Aptos Display" w:hAnsi="Aptos Display"/>
                <w:sz w:val="23"/>
                <w:szCs w:val="23"/>
              </w:rPr>
              <w:br/>
            </w:r>
            <w:r w:rsidRPr="00702129">
              <w:rPr>
                <w:rFonts w:ascii="Aptos Display" w:hAnsi="Aptos Display"/>
                <w:b/>
                <w:bCs/>
                <w:sz w:val="23"/>
                <w:szCs w:val="23"/>
              </w:rPr>
              <w:t xml:space="preserve">Journey in Love — </w:t>
            </w:r>
            <w:r w:rsidRPr="00702129">
              <w:rPr>
                <w:rFonts w:ascii="Aptos Display" w:hAnsi="Aptos Display"/>
                <w:b/>
                <w:bCs/>
                <w:sz w:val="23"/>
                <w:szCs w:val="23"/>
              </w:rPr>
              <w:br/>
              <w:t>AUTUMN: SOCIAL &amp; EMOTIONAL</w:t>
            </w:r>
            <w:r w:rsidRPr="00702129">
              <w:rPr>
                <w:rFonts w:ascii="Aptos Display" w:hAnsi="Aptos Display"/>
                <w:sz w:val="23"/>
                <w:szCs w:val="23"/>
              </w:rPr>
              <w:br/>
            </w:r>
          </w:p>
          <w:p w14:paraId="13775A27" w14:textId="70C84ED4" w:rsidR="00317054" w:rsidRPr="00702129" w:rsidRDefault="00914460">
            <w:pPr>
              <w:spacing w:after="100"/>
              <w:rPr>
                <w:rFonts w:ascii="Aptos Display" w:hAnsi="Aptos Display"/>
                <w:sz w:val="23"/>
                <w:szCs w:val="23"/>
              </w:rPr>
            </w:pPr>
            <w:r w:rsidRPr="00702129">
              <w:rPr>
                <w:rFonts w:ascii="Aptos Display" w:hAnsi="Aptos Display"/>
                <w:sz w:val="23"/>
                <w:szCs w:val="23"/>
              </w:rPr>
              <w:t>To develop a secure understanding that stable and caring relationships, which may be of different types, are at the heart of happy families.</w:t>
            </w:r>
          </w:p>
        </w:tc>
        <w:tc>
          <w:tcPr>
            <w:tcW w:w="2424" w:type="dxa"/>
            <w:shd w:val="clear" w:color="auto" w:fill="FFF2CC"/>
            <w:tcMar>
              <w:top w:w="85" w:type="dxa"/>
              <w:left w:w="85" w:type="dxa"/>
              <w:bottom w:w="85" w:type="dxa"/>
              <w:right w:w="85" w:type="dxa"/>
            </w:tcMar>
          </w:tcPr>
          <w:p w14:paraId="64CA3BD8" w14:textId="77777777" w:rsidR="0044419D" w:rsidRPr="00702129" w:rsidRDefault="00163E31">
            <w:pPr>
              <w:spacing w:after="100"/>
              <w:rPr>
                <w:rFonts w:ascii="Aptos Display" w:hAnsi="Aptos Display"/>
                <w:b/>
                <w:sz w:val="23"/>
                <w:szCs w:val="23"/>
              </w:rPr>
            </w:pPr>
            <w:r w:rsidRPr="00702129">
              <w:rPr>
                <w:rFonts w:ascii="Aptos Display" w:hAnsi="Aptos Display"/>
                <w:b/>
                <w:sz w:val="23"/>
                <w:szCs w:val="23"/>
              </w:rPr>
              <w:t>Pol</w:t>
            </w:r>
            <w:r w:rsidR="009A3F76" w:rsidRPr="00702129">
              <w:rPr>
                <w:rFonts w:ascii="Aptos Display" w:hAnsi="Aptos Display"/>
                <w:b/>
                <w:sz w:val="23"/>
                <w:szCs w:val="23"/>
              </w:rPr>
              <w:t xml:space="preserve">-Ed </w:t>
            </w:r>
          </w:p>
          <w:p w14:paraId="3D66B7B8" w14:textId="77777777" w:rsidR="009A3F76" w:rsidRPr="00702129" w:rsidRDefault="009A3F76">
            <w:pPr>
              <w:spacing w:after="100"/>
              <w:rPr>
                <w:rFonts w:ascii="Aptos Display" w:hAnsi="Aptos Display"/>
                <w:b/>
                <w:sz w:val="23"/>
                <w:szCs w:val="23"/>
              </w:rPr>
            </w:pPr>
            <w:r w:rsidRPr="00702129">
              <w:rPr>
                <w:rFonts w:ascii="Aptos Display" w:hAnsi="Aptos Display"/>
                <w:b/>
                <w:sz w:val="23"/>
                <w:szCs w:val="23"/>
              </w:rPr>
              <w:t>Keeping Safe</w:t>
            </w:r>
          </w:p>
          <w:p w14:paraId="0A20D2F6" w14:textId="3958A80C" w:rsidR="009A3F76" w:rsidRPr="00702129" w:rsidRDefault="009A3F76">
            <w:pPr>
              <w:spacing w:after="100"/>
              <w:rPr>
                <w:rFonts w:ascii="Aptos Display" w:hAnsi="Aptos Display"/>
                <w:bCs/>
                <w:sz w:val="23"/>
                <w:szCs w:val="23"/>
              </w:rPr>
            </w:pPr>
            <w:r w:rsidRPr="00702129">
              <w:rPr>
                <w:rFonts w:ascii="Aptos Display" w:hAnsi="Aptos Display"/>
                <w:bCs/>
                <w:sz w:val="23"/>
                <w:szCs w:val="23"/>
              </w:rPr>
              <w:t>How is my data shared?</w:t>
            </w:r>
          </w:p>
          <w:p w14:paraId="2849D48D" w14:textId="6DCFD46B" w:rsidR="009A3F76" w:rsidRPr="004C6F16" w:rsidRDefault="009A3F76">
            <w:pPr>
              <w:spacing w:after="100"/>
              <w:rPr>
                <w:rFonts w:ascii="Aptos Display" w:hAnsi="Aptos Display"/>
                <w:b/>
                <w:sz w:val="23"/>
                <w:szCs w:val="23"/>
              </w:rPr>
            </w:pPr>
            <w:r w:rsidRPr="00702129">
              <w:rPr>
                <w:rFonts w:ascii="Aptos Display" w:hAnsi="Aptos Display"/>
                <w:bCs/>
                <w:sz w:val="23"/>
                <w:szCs w:val="23"/>
              </w:rPr>
              <w:t>What is the issue with addiction</w:t>
            </w:r>
            <w:r w:rsidRPr="004C6F16">
              <w:rPr>
                <w:rFonts w:ascii="Aptos Display" w:hAnsi="Aptos Display"/>
                <w:b/>
                <w:sz w:val="23"/>
                <w:szCs w:val="23"/>
              </w:rPr>
              <w:t>?</w:t>
            </w:r>
          </w:p>
          <w:p w14:paraId="336BED01" w14:textId="77777777" w:rsidR="009A3F76" w:rsidRDefault="009A3F76">
            <w:pPr>
              <w:spacing w:after="100"/>
              <w:rPr>
                <w:rFonts w:ascii="Aptos Display" w:hAnsi="Aptos Display"/>
                <w:bCs/>
                <w:sz w:val="23"/>
                <w:szCs w:val="23"/>
              </w:rPr>
            </w:pPr>
            <w:r w:rsidRPr="00702129">
              <w:rPr>
                <w:rFonts w:ascii="Aptos Display" w:hAnsi="Aptos Display"/>
                <w:bCs/>
                <w:sz w:val="23"/>
                <w:szCs w:val="23"/>
              </w:rPr>
              <w:t>Why does media have age restrictions?</w:t>
            </w:r>
          </w:p>
          <w:p w14:paraId="2D3C1CB3" w14:textId="069D1E91" w:rsidR="004C6F16" w:rsidRPr="00702129" w:rsidRDefault="004C6F16">
            <w:pPr>
              <w:spacing w:after="100"/>
              <w:rPr>
                <w:rFonts w:ascii="Aptos Display" w:hAnsi="Aptos Display"/>
                <w:bCs/>
                <w:sz w:val="23"/>
                <w:szCs w:val="23"/>
              </w:rPr>
            </w:pPr>
            <w:r>
              <w:rPr>
                <w:rFonts w:ascii="Aptos Display" w:hAnsi="Aptos Display"/>
                <w:bCs/>
                <w:sz w:val="23"/>
                <w:szCs w:val="23"/>
              </w:rPr>
              <w:t>Bonfire Night</w:t>
            </w:r>
          </w:p>
          <w:p w14:paraId="4E7019A7" w14:textId="77777777" w:rsidR="00BE249E" w:rsidRPr="00702129" w:rsidRDefault="00BE249E">
            <w:pPr>
              <w:spacing w:after="100"/>
              <w:rPr>
                <w:rFonts w:ascii="Aptos Display" w:hAnsi="Aptos Display"/>
                <w:bCs/>
                <w:sz w:val="23"/>
                <w:szCs w:val="23"/>
              </w:rPr>
            </w:pPr>
          </w:p>
          <w:p w14:paraId="3D94F0C9" w14:textId="77777777" w:rsidR="009A3F76" w:rsidRPr="00702129" w:rsidRDefault="009A3F76">
            <w:pPr>
              <w:spacing w:after="100"/>
              <w:rPr>
                <w:rFonts w:ascii="Aptos Display" w:hAnsi="Aptos Display"/>
                <w:bCs/>
                <w:sz w:val="23"/>
                <w:szCs w:val="23"/>
              </w:rPr>
            </w:pPr>
          </w:p>
          <w:p w14:paraId="15E6360C" w14:textId="77777777" w:rsidR="002E08B2" w:rsidRPr="00702129" w:rsidRDefault="002E08B2">
            <w:pPr>
              <w:spacing w:after="100"/>
              <w:rPr>
                <w:rFonts w:ascii="Aptos Display" w:hAnsi="Aptos Display"/>
                <w:bCs/>
                <w:sz w:val="23"/>
                <w:szCs w:val="23"/>
              </w:rPr>
            </w:pPr>
          </w:p>
        </w:tc>
        <w:tc>
          <w:tcPr>
            <w:tcW w:w="2424" w:type="dxa"/>
            <w:shd w:val="clear" w:color="auto" w:fill="E2F0D9"/>
            <w:tcMar>
              <w:top w:w="85" w:type="dxa"/>
              <w:left w:w="85" w:type="dxa"/>
              <w:bottom w:w="85" w:type="dxa"/>
              <w:right w:w="85" w:type="dxa"/>
            </w:tcMar>
          </w:tcPr>
          <w:p w14:paraId="3BB43AD5" w14:textId="77777777" w:rsidR="00317054" w:rsidRPr="00702129" w:rsidRDefault="00A21624">
            <w:pPr>
              <w:spacing w:after="100"/>
              <w:rPr>
                <w:rFonts w:ascii="Aptos Display" w:hAnsi="Aptos Display"/>
                <w:b/>
                <w:bCs/>
                <w:sz w:val="23"/>
                <w:szCs w:val="23"/>
              </w:rPr>
            </w:pPr>
            <w:r w:rsidRPr="00702129">
              <w:rPr>
                <w:rFonts w:ascii="Aptos Display" w:hAnsi="Aptos Display"/>
                <w:b/>
                <w:bCs/>
                <w:sz w:val="23"/>
                <w:szCs w:val="23"/>
              </w:rPr>
              <w:t>Pol</w:t>
            </w:r>
            <w:r w:rsidR="00BE249E" w:rsidRPr="00702129">
              <w:rPr>
                <w:rFonts w:ascii="Aptos Display" w:hAnsi="Aptos Display"/>
                <w:b/>
                <w:bCs/>
                <w:sz w:val="23"/>
                <w:szCs w:val="23"/>
              </w:rPr>
              <w:t xml:space="preserve">-Ed </w:t>
            </w:r>
          </w:p>
          <w:p w14:paraId="0C41DA5E" w14:textId="77777777" w:rsidR="00BE249E" w:rsidRPr="00702129" w:rsidRDefault="00BE249E">
            <w:pPr>
              <w:spacing w:after="100"/>
              <w:rPr>
                <w:rFonts w:ascii="Aptos Display" w:hAnsi="Aptos Display"/>
                <w:b/>
                <w:bCs/>
                <w:sz w:val="23"/>
                <w:szCs w:val="23"/>
              </w:rPr>
            </w:pPr>
            <w:r w:rsidRPr="00702129">
              <w:rPr>
                <w:rFonts w:ascii="Aptos Display" w:hAnsi="Aptos Display"/>
                <w:b/>
                <w:bCs/>
                <w:sz w:val="23"/>
                <w:szCs w:val="23"/>
              </w:rPr>
              <w:t>Understanding the Law</w:t>
            </w:r>
          </w:p>
          <w:p w14:paraId="55630B95" w14:textId="77777777" w:rsidR="00BE249E" w:rsidRPr="00702129" w:rsidRDefault="00BE249E">
            <w:pPr>
              <w:spacing w:after="100"/>
              <w:rPr>
                <w:rFonts w:ascii="Aptos Display" w:hAnsi="Aptos Display"/>
                <w:sz w:val="23"/>
                <w:szCs w:val="23"/>
              </w:rPr>
            </w:pPr>
            <w:r w:rsidRPr="00702129">
              <w:rPr>
                <w:rFonts w:ascii="Aptos Display" w:hAnsi="Aptos Display"/>
                <w:sz w:val="23"/>
                <w:szCs w:val="23"/>
              </w:rPr>
              <w:t>What different types of crime are there?</w:t>
            </w:r>
          </w:p>
          <w:p w14:paraId="11475837" w14:textId="51E8C6DC" w:rsidR="00BE249E" w:rsidRPr="00702129" w:rsidRDefault="00BE249E">
            <w:pPr>
              <w:spacing w:after="100"/>
              <w:rPr>
                <w:rFonts w:ascii="Aptos Display" w:hAnsi="Aptos Display"/>
                <w:sz w:val="23"/>
                <w:szCs w:val="23"/>
              </w:rPr>
            </w:pPr>
            <w:r w:rsidRPr="00702129">
              <w:rPr>
                <w:rFonts w:ascii="Aptos Display" w:hAnsi="Aptos Display"/>
                <w:sz w:val="23"/>
                <w:szCs w:val="23"/>
              </w:rPr>
              <w:t>What does the law say about legal drugs?</w:t>
            </w:r>
          </w:p>
          <w:p w14:paraId="790FE0E9" w14:textId="4DEB288F" w:rsidR="00BE249E" w:rsidRPr="00AC7F62" w:rsidRDefault="00BE249E">
            <w:pPr>
              <w:spacing w:after="100"/>
              <w:rPr>
                <w:rFonts w:ascii="Aptos Display" w:hAnsi="Aptos Display"/>
                <w:b/>
                <w:bCs/>
                <w:sz w:val="23"/>
                <w:szCs w:val="23"/>
              </w:rPr>
            </w:pPr>
            <w:r w:rsidRPr="00702129">
              <w:rPr>
                <w:rFonts w:ascii="Aptos Display" w:hAnsi="Aptos Display"/>
                <w:sz w:val="23"/>
                <w:szCs w:val="23"/>
              </w:rPr>
              <w:t xml:space="preserve">What is a </w:t>
            </w:r>
            <w:r w:rsidR="00AC7F62" w:rsidRPr="00702129">
              <w:rPr>
                <w:rFonts w:ascii="Aptos Display" w:hAnsi="Aptos Display"/>
                <w:sz w:val="23"/>
                <w:szCs w:val="23"/>
              </w:rPr>
              <w:t>weapon?</w:t>
            </w:r>
            <w:r w:rsidR="00AC7F62">
              <w:rPr>
                <w:rFonts w:ascii="Aptos Display" w:hAnsi="Aptos Display"/>
                <w:sz w:val="23"/>
                <w:szCs w:val="23"/>
              </w:rPr>
              <w:t xml:space="preserve"> </w:t>
            </w:r>
          </w:p>
          <w:p w14:paraId="71344DEB" w14:textId="77777777" w:rsidR="00BE249E" w:rsidRPr="00702129" w:rsidRDefault="00BE249E">
            <w:pPr>
              <w:spacing w:after="100"/>
              <w:rPr>
                <w:rFonts w:ascii="Aptos Display" w:hAnsi="Aptos Display"/>
                <w:sz w:val="23"/>
                <w:szCs w:val="23"/>
              </w:rPr>
            </w:pPr>
            <w:r w:rsidRPr="00702129">
              <w:rPr>
                <w:rFonts w:ascii="Aptos Display" w:hAnsi="Aptos Display"/>
                <w:sz w:val="23"/>
                <w:szCs w:val="23"/>
              </w:rPr>
              <w:t>What is antisocial behaviour?</w:t>
            </w:r>
          </w:p>
          <w:p w14:paraId="7E9E1333" w14:textId="77777777" w:rsidR="00BE249E" w:rsidRPr="00702129" w:rsidRDefault="00BE249E">
            <w:pPr>
              <w:spacing w:after="100"/>
              <w:rPr>
                <w:rFonts w:ascii="Aptos Display" w:hAnsi="Aptos Display"/>
                <w:sz w:val="23"/>
                <w:szCs w:val="23"/>
              </w:rPr>
            </w:pPr>
            <w:r w:rsidRPr="00702129">
              <w:rPr>
                <w:rFonts w:ascii="Aptos Display" w:hAnsi="Aptos Display"/>
                <w:sz w:val="23"/>
                <w:szCs w:val="23"/>
              </w:rPr>
              <w:t>What is shop theft?</w:t>
            </w:r>
          </w:p>
          <w:p w14:paraId="11537BD9" w14:textId="77777777" w:rsidR="00BE249E" w:rsidRPr="00702129" w:rsidRDefault="00BE249E">
            <w:pPr>
              <w:spacing w:after="100"/>
              <w:rPr>
                <w:rFonts w:ascii="Aptos Display" w:hAnsi="Aptos Display"/>
                <w:sz w:val="23"/>
                <w:szCs w:val="23"/>
              </w:rPr>
            </w:pPr>
          </w:p>
        </w:tc>
        <w:tc>
          <w:tcPr>
            <w:tcW w:w="2424" w:type="dxa"/>
            <w:shd w:val="clear" w:color="auto" w:fill="E2F0D9"/>
            <w:tcMar>
              <w:top w:w="85" w:type="dxa"/>
              <w:left w:w="85" w:type="dxa"/>
              <w:bottom w:w="85" w:type="dxa"/>
              <w:right w:w="85" w:type="dxa"/>
            </w:tcMar>
          </w:tcPr>
          <w:p w14:paraId="4AC2F219" w14:textId="77777777" w:rsidR="00503DC2" w:rsidRPr="00702129" w:rsidRDefault="00A21624" w:rsidP="0072580E">
            <w:pPr>
              <w:spacing w:after="100"/>
              <w:rPr>
                <w:rFonts w:ascii="Aptos Display" w:hAnsi="Aptos Display"/>
                <w:b/>
                <w:sz w:val="23"/>
                <w:szCs w:val="23"/>
              </w:rPr>
            </w:pPr>
            <w:r w:rsidRPr="00702129">
              <w:rPr>
                <w:rFonts w:ascii="Aptos Display" w:hAnsi="Aptos Display"/>
                <w:b/>
                <w:sz w:val="23"/>
                <w:szCs w:val="23"/>
              </w:rPr>
              <w:t>Pol</w:t>
            </w:r>
            <w:r w:rsidR="00BE249E" w:rsidRPr="00702129">
              <w:rPr>
                <w:rFonts w:ascii="Aptos Display" w:hAnsi="Aptos Display"/>
                <w:b/>
                <w:sz w:val="23"/>
                <w:szCs w:val="23"/>
              </w:rPr>
              <w:t xml:space="preserve">-Ed </w:t>
            </w:r>
          </w:p>
          <w:p w14:paraId="33CE80C0" w14:textId="77777777" w:rsidR="00BE249E" w:rsidRPr="00702129" w:rsidRDefault="00BE249E" w:rsidP="0072580E">
            <w:pPr>
              <w:spacing w:after="100"/>
              <w:rPr>
                <w:rFonts w:ascii="Aptos Display" w:hAnsi="Aptos Display"/>
                <w:b/>
                <w:sz w:val="23"/>
                <w:szCs w:val="23"/>
              </w:rPr>
            </w:pPr>
            <w:r w:rsidRPr="00702129">
              <w:rPr>
                <w:rFonts w:ascii="Aptos Display" w:hAnsi="Aptos Display"/>
                <w:b/>
                <w:sz w:val="23"/>
                <w:szCs w:val="23"/>
              </w:rPr>
              <w:t>Wellbeing</w:t>
            </w:r>
          </w:p>
          <w:p w14:paraId="142E0D29" w14:textId="77777777" w:rsidR="00BE249E" w:rsidRPr="00702129" w:rsidRDefault="00BE249E" w:rsidP="0072580E">
            <w:pPr>
              <w:spacing w:after="100"/>
              <w:rPr>
                <w:rFonts w:ascii="Aptos Display" w:hAnsi="Aptos Display"/>
                <w:bCs/>
                <w:sz w:val="23"/>
                <w:szCs w:val="23"/>
              </w:rPr>
            </w:pPr>
            <w:r w:rsidRPr="00702129">
              <w:rPr>
                <w:rFonts w:ascii="Aptos Display" w:hAnsi="Aptos Display"/>
                <w:bCs/>
                <w:sz w:val="23"/>
                <w:szCs w:val="23"/>
              </w:rPr>
              <w:t>What does adulthood look like?</w:t>
            </w:r>
          </w:p>
          <w:p w14:paraId="45BB9557" w14:textId="77777777" w:rsidR="00BE249E" w:rsidRPr="00702129" w:rsidRDefault="00BE249E" w:rsidP="0072580E">
            <w:pPr>
              <w:spacing w:after="100"/>
              <w:rPr>
                <w:rFonts w:ascii="Aptos Display" w:hAnsi="Aptos Display"/>
                <w:bCs/>
                <w:sz w:val="23"/>
                <w:szCs w:val="23"/>
              </w:rPr>
            </w:pPr>
            <w:r w:rsidRPr="00702129">
              <w:rPr>
                <w:rFonts w:ascii="Aptos Display" w:hAnsi="Aptos Display"/>
                <w:bCs/>
                <w:sz w:val="23"/>
                <w:szCs w:val="23"/>
              </w:rPr>
              <w:t>How can I re-frame my thinking?</w:t>
            </w:r>
          </w:p>
          <w:p w14:paraId="485D1454" w14:textId="77777777" w:rsidR="00BE249E" w:rsidRPr="00702129" w:rsidRDefault="00BE249E" w:rsidP="0072580E">
            <w:pPr>
              <w:spacing w:after="100"/>
              <w:rPr>
                <w:rFonts w:ascii="Aptos Display" w:hAnsi="Aptos Display"/>
                <w:bCs/>
                <w:sz w:val="23"/>
                <w:szCs w:val="23"/>
              </w:rPr>
            </w:pPr>
            <w:r w:rsidRPr="00702129">
              <w:rPr>
                <w:rFonts w:ascii="Aptos Display" w:hAnsi="Aptos Display"/>
                <w:bCs/>
                <w:sz w:val="23"/>
                <w:szCs w:val="23"/>
              </w:rPr>
              <w:t>How can I seek support for my mental health?</w:t>
            </w:r>
          </w:p>
          <w:p w14:paraId="35E1BFAB" w14:textId="77777777" w:rsidR="00BE249E" w:rsidRPr="00702129" w:rsidRDefault="00BE249E" w:rsidP="0072580E">
            <w:pPr>
              <w:spacing w:after="100"/>
              <w:rPr>
                <w:rFonts w:ascii="Aptos Display" w:hAnsi="Aptos Display"/>
                <w:bCs/>
                <w:sz w:val="23"/>
                <w:szCs w:val="23"/>
              </w:rPr>
            </w:pPr>
            <w:r w:rsidRPr="00702129">
              <w:rPr>
                <w:rFonts w:ascii="Aptos Display" w:hAnsi="Aptos Display"/>
                <w:bCs/>
                <w:sz w:val="23"/>
                <w:szCs w:val="23"/>
              </w:rPr>
              <w:t>How can I manage moving to high school positively?</w:t>
            </w:r>
          </w:p>
          <w:p w14:paraId="7FEEA781" w14:textId="77777777" w:rsidR="00702129" w:rsidRPr="00702129" w:rsidRDefault="00702129" w:rsidP="00503DC2">
            <w:pPr>
              <w:spacing w:after="100"/>
              <w:rPr>
                <w:rFonts w:ascii="Aptos Display" w:hAnsi="Aptos Display"/>
                <w:b/>
                <w:sz w:val="23"/>
                <w:szCs w:val="23"/>
              </w:rPr>
            </w:pPr>
          </w:p>
          <w:p w14:paraId="13636DCD" w14:textId="77777777" w:rsidR="00B33602" w:rsidRDefault="00B33602" w:rsidP="00503DC2">
            <w:pPr>
              <w:spacing w:after="100"/>
              <w:rPr>
                <w:rFonts w:ascii="Aptos Display" w:hAnsi="Aptos Display"/>
                <w:b/>
                <w:sz w:val="23"/>
                <w:szCs w:val="23"/>
              </w:rPr>
            </w:pPr>
          </w:p>
          <w:p w14:paraId="62F1E6F3" w14:textId="77777777" w:rsidR="00B33602" w:rsidRDefault="00B33602" w:rsidP="00503DC2">
            <w:pPr>
              <w:spacing w:after="100"/>
              <w:rPr>
                <w:rFonts w:ascii="Aptos Display" w:hAnsi="Aptos Display"/>
                <w:b/>
                <w:sz w:val="23"/>
                <w:szCs w:val="23"/>
              </w:rPr>
            </w:pPr>
          </w:p>
          <w:p w14:paraId="322B7CA0" w14:textId="77777777" w:rsidR="00B33602" w:rsidRDefault="00503DC2" w:rsidP="00503DC2">
            <w:pPr>
              <w:spacing w:after="100"/>
              <w:rPr>
                <w:rFonts w:ascii="Aptos Display" w:hAnsi="Aptos Display"/>
                <w:bCs/>
                <w:sz w:val="23"/>
                <w:szCs w:val="23"/>
              </w:rPr>
            </w:pPr>
            <w:r w:rsidRPr="00702129">
              <w:rPr>
                <w:rFonts w:ascii="Aptos Display" w:hAnsi="Aptos Display"/>
                <w:b/>
                <w:sz w:val="23"/>
                <w:szCs w:val="23"/>
              </w:rPr>
              <w:t>Journey in Love — SPRING: PHYSICAL</w:t>
            </w:r>
            <w:r w:rsidRPr="00702129">
              <w:rPr>
                <w:rFonts w:ascii="Aptos Display" w:hAnsi="Aptos Display"/>
                <w:b/>
                <w:sz w:val="23"/>
                <w:szCs w:val="23"/>
              </w:rPr>
              <w:br/>
            </w:r>
          </w:p>
          <w:p w14:paraId="289FCCD1" w14:textId="7535F601" w:rsidR="00503DC2" w:rsidRPr="00702129" w:rsidRDefault="00503DC2" w:rsidP="00503DC2">
            <w:pPr>
              <w:spacing w:after="100"/>
              <w:rPr>
                <w:rFonts w:ascii="Aptos Display" w:hAnsi="Aptos Display"/>
                <w:b/>
                <w:sz w:val="23"/>
                <w:szCs w:val="23"/>
              </w:rPr>
            </w:pPr>
            <w:r w:rsidRPr="00702129">
              <w:rPr>
                <w:rFonts w:ascii="Aptos Display" w:hAnsi="Aptos Display"/>
                <w:bCs/>
                <w:sz w:val="23"/>
                <w:szCs w:val="23"/>
              </w:rPr>
              <w:t>To explain how human life is conceived.</w:t>
            </w:r>
          </w:p>
        </w:tc>
        <w:tc>
          <w:tcPr>
            <w:tcW w:w="2424" w:type="dxa"/>
            <w:shd w:val="clear" w:color="auto" w:fill="F4CCCC"/>
            <w:tcMar>
              <w:top w:w="85" w:type="dxa"/>
              <w:left w:w="85" w:type="dxa"/>
              <w:bottom w:w="85" w:type="dxa"/>
              <w:right w:w="85" w:type="dxa"/>
            </w:tcMar>
          </w:tcPr>
          <w:p w14:paraId="15812800" w14:textId="77777777" w:rsidR="00BE249E" w:rsidRPr="00702129" w:rsidRDefault="00A21624">
            <w:pPr>
              <w:spacing w:after="100"/>
              <w:rPr>
                <w:rFonts w:ascii="Aptos Display" w:hAnsi="Aptos Display"/>
                <w:b/>
                <w:sz w:val="23"/>
                <w:szCs w:val="23"/>
              </w:rPr>
            </w:pPr>
            <w:r w:rsidRPr="00702129">
              <w:rPr>
                <w:rFonts w:ascii="Aptos Display" w:hAnsi="Aptos Display"/>
                <w:b/>
                <w:sz w:val="23"/>
                <w:szCs w:val="23"/>
              </w:rPr>
              <w:t xml:space="preserve">Diverse Britain </w:t>
            </w:r>
          </w:p>
          <w:p w14:paraId="16E832B6" w14:textId="77777777" w:rsidR="00BE249E" w:rsidRPr="00702129" w:rsidRDefault="00BE249E">
            <w:pPr>
              <w:spacing w:after="100"/>
              <w:rPr>
                <w:rFonts w:ascii="Aptos Display" w:hAnsi="Aptos Display"/>
                <w:bCs/>
                <w:sz w:val="23"/>
                <w:szCs w:val="23"/>
              </w:rPr>
            </w:pPr>
            <w:r w:rsidRPr="00702129">
              <w:rPr>
                <w:rFonts w:ascii="Aptos Display" w:hAnsi="Aptos Display"/>
                <w:bCs/>
                <w:sz w:val="23"/>
                <w:szCs w:val="23"/>
              </w:rPr>
              <w:t>Children will explore the idea that Britain represents a wide range of faiths and ethnicities and that the structures within it are there to support all. Children will explore how local and national governments work and how we can make a positive contribution to our communities and to wider society</w:t>
            </w:r>
            <w:r w:rsidR="00503DC2" w:rsidRPr="00702129">
              <w:rPr>
                <w:rFonts w:ascii="Aptos Display" w:hAnsi="Aptos Display"/>
                <w:bCs/>
                <w:sz w:val="23"/>
                <w:szCs w:val="23"/>
              </w:rPr>
              <w:br/>
            </w:r>
            <w:r w:rsidR="00503DC2" w:rsidRPr="00702129">
              <w:rPr>
                <w:rFonts w:ascii="Aptos Display" w:hAnsi="Aptos Display"/>
                <w:bCs/>
                <w:sz w:val="23"/>
                <w:szCs w:val="23"/>
              </w:rPr>
              <w:br/>
            </w:r>
          </w:p>
          <w:p w14:paraId="6EE8B72E" w14:textId="77777777" w:rsidR="00B33602" w:rsidRDefault="00503DC2">
            <w:pPr>
              <w:spacing w:after="100"/>
              <w:rPr>
                <w:rFonts w:ascii="Aptos Display" w:hAnsi="Aptos Display"/>
                <w:bCs/>
                <w:sz w:val="23"/>
                <w:szCs w:val="23"/>
              </w:rPr>
            </w:pPr>
            <w:r w:rsidRPr="00702129">
              <w:rPr>
                <w:rFonts w:ascii="Aptos Display" w:hAnsi="Aptos Display"/>
                <w:b/>
                <w:sz w:val="23"/>
                <w:szCs w:val="23"/>
              </w:rPr>
              <w:t>Journey in Love — SUMMER: SPIRITUAL</w:t>
            </w:r>
            <w:r w:rsidRPr="00702129">
              <w:rPr>
                <w:rFonts w:ascii="Aptos Display" w:hAnsi="Aptos Display"/>
                <w:b/>
                <w:sz w:val="23"/>
                <w:szCs w:val="23"/>
              </w:rPr>
              <w:br/>
            </w:r>
          </w:p>
          <w:p w14:paraId="76BFE4D4" w14:textId="4958CE21" w:rsidR="0044419D" w:rsidRPr="00702129" w:rsidRDefault="00914460">
            <w:pPr>
              <w:spacing w:after="100"/>
              <w:rPr>
                <w:rFonts w:ascii="Aptos Display" w:hAnsi="Aptos Display"/>
                <w:b/>
                <w:sz w:val="23"/>
                <w:szCs w:val="23"/>
              </w:rPr>
            </w:pPr>
            <w:r w:rsidRPr="00702129">
              <w:rPr>
                <w:rFonts w:ascii="Aptos Display" w:hAnsi="Aptos Display"/>
                <w:bCs/>
                <w:sz w:val="23"/>
                <w:szCs w:val="23"/>
              </w:rPr>
              <w:t>To show an understanding of how being made in the image and likeness of God informs decisions and actions when building relationships with others, including life-long relationships.</w:t>
            </w:r>
          </w:p>
        </w:tc>
        <w:tc>
          <w:tcPr>
            <w:tcW w:w="2424" w:type="dxa"/>
            <w:shd w:val="clear" w:color="auto" w:fill="F4CCCC"/>
            <w:tcMar>
              <w:top w:w="85" w:type="dxa"/>
              <w:left w:w="85" w:type="dxa"/>
              <w:bottom w:w="85" w:type="dxa"/>
              <w:right w:w="85" w:type="dxa"/>
            </w:tcMar>
          </w:tcPr>
          <w:p w14:paraId="3ABA8058" w14:textId="77777777" w:rsidR="009A3F76" w:rsidRPr="00702129" w:rsidRDefault="00163E31" w:rsidP="00503DC2">
            <w:pPr>
              <w:spacing w:after="100"/>
              <w:rPr>
                <w:rFonts w:ascii="Aptos Display" w:hAnsi="Aptos Display"/>
                <w:b/>
                <w:bCs/>
                <w:sz w:val="23"/>
                <w:szCs w:val="23"/>
              </w:rPr>
            </w:pPr>
            <w:r w:rsidRPr="00702129">
              <w:rPr>
                <w:rFonts w:ascii="Aptos Display" w:hAnsi="Aptos Display"/>
                <w:bCs/>
                <w:sz w:val="23"/>
                <w:szCs w:val="23"/>
              </w:rPr>
              <w:t xml:space="preserve"> </w:t>
            </w:r>
            <w:r w:rsidRPr="00702129">
              <w:rPr>
                <w:rFonts w:ascii="Aptos Display" w:hAnsi="Aptos Display"/>
                <w:b/>
                <w:bCs/>
                <w:sz w:val="23"/>
                <w:szCs w:val="23"/>
              </w:rPr>
              <w:t>Aiming High</w:t>
            </w:r>
          </w:p>
          <w:p w14:paraId="1FDA7607" w14:textId="77777777" w:rsidR="00503DC2" w:rsidRPr="00702129" w:rsidRDefault="009A3F76" w:rsidP="00503DC2">
            <w:pPr>
              <w:spacing w:after="100"/>
              <w:rPr>
                <w:rFonts w:ascii="Aptos Display" w:hAnsi="Aptos Display"/>
                <w:b/>
                <w:sz w:val="23"/>
                <w:szCs w:val="23"/>
              </w:rPr>
            </w:pPr>
            <w:r w:rsidRPr="00702129">
              <w:rPr>
                <w:rFonts w:ascii="Aptos Display" w:hAnsi="Aptos Display"/>
                <w:b/>
                <w:bCs/>
                <w:sz w:val="23"/>
                <w:szCs w:val="23"/>
              </w:rPr>
              <w:t>Transition</w:t>
            </w:r>
            <w:r w:rsidR="00163E31" w:rsidRPr="00702129">
              <w:rPr>
                <w:rFonts w:ascii="Aptos Display" w:hAnsi="Aptos Display"/>
                <w:b/>
                <w:bCs/>
                <w:sz w:val="23"/>
                <w:szCs w:val="23"/>
              </w:rPr>
              <w:br/>
            </w:r>
            <w:r w:rsidR="00163E31" w:rsidRPr="00702129">
              <w:rPr>
                <w:rFonts w:ascii="Aptos Display" w:hAnsi="Aptos Display"/>
                <w:sz w:val="23"/>
                <w:szCs w:val="23"/>
              </w:rPr>
              <w:br/>
              <w:t>Children reflect on strengths and achievements, develop resilience, set realistic goals, explore aspirations and prepare positively for new</w:t>
            </w:r>
          </w:p>
          <w:p w14:paraId="1AEEBE04" w14:textId="77777777" w:rsidR="0044419D" w:rsidRPr="00702129" w:rsidRDefault="0044419D" w:rsidP="0072580E">
            <w:pPr>
              <w:spacing w:after="100"/>
              <w:rPr>
                <w:rFonts w:ascii="Aptos Display" w:hAnsi="Aptos Display"/>
                <w:bCs/>
                <w:sz w:val="23"/>
                <w:szCs w:val="23"/>
              </w:rPr>
            </w:pPr>
          </w:p>
          <w:p w14:paraId="53FC6044" w14:textId="77777777" w:rsidR="00317054" w:rsidRPr="00702129" w:rsidRDefault="00317054">
            <w:pPr>
              <w:spacing w:after="100"/>
              <w:rPr>
                <w:rFonts w:ascii="Aptos Display" w:hAnsi="Aptos Display"/>
                <w:sz w:val="23"/>
                <w:szCs w:val="23"/>
              </w:rPr>
            </w:pPr>
          </w:p>
        </w:tc>
      </w:tr>
    </w:tbl>
    <w:p w14:paraId="42B30047" w14:textId="77777777" w:rsidR="003F65DC" w:rsidRPr="00702129" w:rsidRDefault="003F65DC">
      <w:pPr>
        <w:spacing w:before="60" w:after="40"/>
        <w:rPr>
          <w:rFonts w:ascii="Aptos Display" w:hAnsi="Aptos Display"/>
          <w:sz w:val="23"/>
          <w:szCs w:val="23"/>
        </w:rPr>
      </w:pPr>
    </w:p>
    <w:p w14:paraId="681E8E57" w14:textId="77777777" w:rsidR="003F65DC" w:rsidRPr="00702129" w:rsidRDefault="00914460">
      <w:pPr>
        <w:rPr>
          <w:rFonts w:ascii="Aptos Display" w:hAnsi="Aptos Display"/>
          <w:sz w:val="23"/>
          <w:szCs w:val="23"/>
        </w:rPr>
      </w:pPr>
      <w:r w:rsidRPr="00702129">
        <w:rPr>
          <w:rFonts w:ascii="Aptos Display" w:hAnsi="Aptos Display"/>
          <w:sz w:val="23"/>
          <w:szCs w:val="23"/>
        </w:rPr>
        <w:br w:type="page"/>
      </w:r>
      <w:r w:rsidRPr="00702129">
        <w:rPr>
          <w:rFonts w:ascii="Aptos Display" w:hAnsi="Aptos Display"/>
          <w:b/>
          <w:sz w:val="23"/>
          <w:szCs w:val="23"/>
        </w:rPr>
        <w:t>What children learn across the school</w:t>
      </w:r>
    </w:p>
    <w:tbl>
      <w:tblPr>
        <w:tblW w:w="0" w:type="auto"/>
        <w:jc w:val="center"/>
        <w:tblLook w:val="04A0" w:firstRow="1" w:lastRow="0" w:firstColumn="1" w:lastColumn="0" w:noHBand="0" w:noVBand="1"/>
      </w:tblPr>
      <w:tblGrid>
        <w:gridCol w:w="7272"/>
        <w:gridCol w:w="7272"/>
      </w:tblGrid>
      <w:tr w:rsidR="003F65DC" w:rsidRPr="00702129" w14:paraId="34EC1CFB" w14:textId="77777777">
        <w:trPr>
          <w:jc w:val="center"/>
        </w:trPr>
        <w:tc>
          <w:tcPr>
            <w:tcW w:w="7272" w:type="dxa"/>
            <w:shd w:val="clear" w:color="auto" w:fill="D9EAD3"/>
          </w:tcPr>
          <w:p w14:paraId="774784AE" w14:textId="77777777" w:rsidR="003F65DC" w:rsidRPr="00702129" w:rsidRDefault="00914460">
            <w:pPr>
              <w:rPr>
                <w:rFonts w:ascii="Aptos Display" w:hAnsi="Aptos Display"/>
                <w:sz w:val="23"/>
                <w:szCs w:val="23"/>
              </w:rPr>
            </w:pPr>
            <w:r w:rsidRPr="00702129">
              <w:rPr>
                <w:rFonts w:ascii="Aptos Display" w:hAnsi="Aptos Display"/>
                <w:b/>
                <w:sz w:val="23"/>
                <w:szCs w:val="23"/>
              </w:rPr>
              <w:t>Curriculum area</w:t>
            </w:r>
          </w:p>
        </w:tc>
        <w:tc>
          <w:tcPr>
            <w:tcW w:w="7272" w:type="dxa"/>
            <w:shd w:val="clear" w:color="auto" w:fill="D9EAD3"/>
          </w:tcPr>
          <w:p w14:paraId="0DBA08B1" w14:textId="77777777" w:rsidR="003F65DC" w:rsidRPr="00702129" w:rsidRDefault="00914460">
            <w:pPr>
              <w:rPr>
                <w:rFonts w:ascii="Aptos Display" w:hAnsi="Aptos Display"/>
                <w:sz w:val="23"/>
                <w:szCs w:val="23"/>
              </w:rPr>
            </w:pPr>
            <w:r w:rsidRPr="00702129">
              <w:rPr>
                <w:rFonts w:ascii="Aptos Display" w:hAnsi="Aptos Display"/>
                <w:b/>
                <w:sz w:val="23"/>
                <w:szCs w:val="23"/>
              </w:rPr>
              <w:t>What this means for pupils</w:t>
            </w:r>
          </w:p>
        </w:tc>
      </w:tr>
      <w:tr w:rsidR="003F65DC" w:rsidRPr="00702129" w14:paraId="311E4F83" w14:textId="77777777">
        <w:trPr>
          <w:jc w:val="center"/>
        </w:trPr>
        <w:tc>
          <w:tcPr>
            <w:tcW w:w="7272" w:type="dxa"/>
          </w:tcPr>
          <w:p w14:paraId="6120A93D" w14:textId="77777777" w:rsidR="003F65DC" w:rsidRPr="00702129" w:rsidRDefault="00914460">
            <w:pPr>
              <w:rPr>
                <w:rFonts w:ascii="Aptos Display" w:hAnsi="Aptos Display"/>
                <w:sz w:val="23"/>
                <w:szCs w:val="23"/>
              </w:rPr>
            </w:pPr>
            <w:r w:rsidRPr="00702129">
              <w:rPr>
                <w:rFonts w:ascii="Aptos Display" w:hAnsi="Aptos Display"/>
                <w:b/>
                <w:sz w:val="23"/>
                <w:szCs w:val="23"/>
              </w:rPr>
              <w:t>Relationships and belonging</w:t>
            </w:r>
          </w:p>
        </w:tc>
        <w:tc>
          <w:tcPr>
            <w:tcW w:w="7272" w:type="dxa"/>
          </w:tcPr>
          <w:p w14:paraId="3D09841E" w14:textId="77777777" w:rsidR="003F65DC" w:rsidRPr="00702129" w:rsidRDefault="00914460">
            <w:pPr>
              <w:rPr>
                <w:rFonts w:ascii="Aptos Display" w:hAnsi="Aptos Display"/>
                <w:sz w:val="23"/>
                <w:szCs w:val="23"/>
              </w:rPr>
            </w:pPr>
            <w:r w:rsidRPr="00702129">
              <w:rPr>
                <w:rFonts w:ascii="Aptos Display" w:hAnsi="Aptos Display"/>
                <w:sz w:val="23"/>
                <w:szCs w:val="23"/>
              </w:rPr>
              <w:t xml:space="preserve">Family and community, </w:t>
            </w:r>
            <w:proofErr w:type="gramStart"/>
            <w:r w:rsidRPr="00702129">
              <w:rPr>
                <w:rFonts w:ascii="Aptos Display" w:hAnsi="Aptos Display"/>
                <w:sz w:val="23"/>
                <w:szCs w:val="23"/>
              </w:rPr>
              <w:t>caring</w:t>
            </w:r>
            <w:proofErr w:type="gramEnd"/>
            <w:r w:rsidRPr="00702129">
              <w:rPr>
                <w:rFonts w:ascii="Aptos Display" w:hAnsi="Aptos Display"/>
                <w:sz w:val="23"/>
                <w:szCs w:val="23"/>
              </w:rPr>
              <w:t xml:space="preserve"> friendships, kindness, respect, dignity, inclusion and resolving disagreements.</w:t>
            </w:r>
          </w:p>
        </w:tc>
      </w:tr>
      <w:tr w:rsidR="003F65DC" w:rsidRPr="00702129" w14:paraId="0D86FAF2" w14:textId="77777777">
        <w:trPr>
          <w:jc w:val="center"/>
        </w:trPr>
        <w:tc>
          <w:tcPr>
            <w:tcW w:w="7272" w:type="dxa"/>
          </w:tcPr>
          <w:p w14:paraId="72DD1B8B" w14:textId="77777777" w:rsidR="003F65DC" w:rsidRPr="00702129" w:rsidRDefault="00914460">
            <w:pPr>
              <w:rPr>
                <w:rFonts w:ascii="Aptos Display" w:hAnsi="Aptos Display"/>
                <w:sz w:val="23"/>
                <w:szCs w:val="23"/>
              </w:rPr>
            </w:pPr>
            <w:r w:rsidRPr="00702129">
              <w:rPr>
                <w:rFonts w:ascii="Aptos Display" w:hAnsi="Aptos Display"/>
                <w:b/>
                <w:sz w:val="23"/>
                <w:szCs w:val="23"/>
              </w:rPr>
              <w:t>Feelings and wellbeing</w:t>
            </w:r>
          </w:p>
        </w:tc>
        <w:tc>
          <w:tcPr>
            <w:tcW w:w="7272" w:type="dxa"/>
          </w:tcPr>
          <w:p w14:paraId="2776A43A" w14:textId="77777777" w:rsidR="003F65DC" w:rsidRPr="00702129" w:rsidRDefault="00914460">
            <w:pPr>
              <w:rPr>
                <w:rFonts w:ascii="Aptos Display" w:hAnsi="Aptos Display"/>
                <w:sz w:val="23"/>
                <w:szCs w:val="23"/>
              </w:rPr>
            </w:pPr>
            <w:proofErr w:type="spellStart"/>
            <w:r w:rsidRPr="00702129">
              <w:rPr>
                <w:rFonts w:ascii="Aptos Display" w:hAnsi="Aptos Display"/>
                <w:sz w:val="23"/>
                <w:szCs w:val="23"/>
              </w:rPr>
              <w:t>Recognising</w:t>
            </w:r>
            <w:proofErr w:type="spellEnd"/>
            <w:r w:rsidRPr="00702129">
              <w:rPr>
                <w:rFonts w:ascii="Aptos Display" w:hAnsi="Aptos Display"/>
                <w:sz w:val="23"/>
                <w:szCs w:val="23"/>
              </w:rPr>
              <w:t xml:space="preserve"> emotions, managing worries and change, resilience, confidence, self-worth and knowing when to seek suppo</w:t>
            </w:r>
            <w:r w:rsidRPr="00702129">
              <w:rPr>
                <w:rFonts w:ascii="Aptos Display" w:hAnsi="Aptos Display"/>
                <w:sz w:val="23"/>
                <w:szCs w:val="23"/>
              </w:rPr>
              <w:t>rt.</w:t>
            </w:r>
          </w:p>
        </w:tc>
      </w:tr>
      <w:tr w:rsidR="003F65DC" w:rsidRPr="00702129" w14:paraId="60EB7CD2" w14:textId="77777777">
        <w:trPr>
          <w:jc w:val="center"/>
        </w:trPr>
        <w:tc>
          <w:tcPr>
            <w:tcW w:w="7272" w:type="dxa"/>
          </w:tcPr>
          <w:p w14:paraId="0E55E065" w14:textId="77777777" w:rsidR="003F65DC" w:rsidRPr="00702129" w:rsidRDefault="00914460">
            <w:pPr>
              <w:rPr>
                <w:rFonts w:ascii="Aptos Display" w:hAnsi="Aptos Display"/>
                <w:sz w:val="23"/>
                <w:szCs w:val="23"/>
              </w:rPr>
            </w:pPr>
            <w:r w:rsidRPr="00702129">
              <w:rPr>
                <w:rFonts w:ascii="Aptos Display" w:hAnsi="Aptos Display"/>
                <w:b/>
                <w:sz w:val="23"/>
                <w:szCs w:val="23"/>
              </w:rPr>
              <w:t>Keeping safe</w:t>
            </w:r>
          </w:p>
        </w:tc>
        <w:tc>
          <w:tcPr>
            <w:tcW w:w="7272" w:type="dxa"/>
          </w:tcPr>
          <w:p w14:paraId="0F8E4B4D" w14:textId="77777777" w:rsidR="003F65DC" w:rsidRPr="00702129" w:rsidRDefault="00914460">
            <w:pPr>
              <w:rPr>
                <w:rFonts w:ascii="Aptos Display" w:hAnsi="Aptos Display"/>
                <w:sz w:val="23"/>
                <w:szCs w:val="23"/>
              </w:rPr>
            </w:pPr>
            <w:proofErr w:type="spellStart"/>
            <w:r w:rsidRPr="00702129">
              <w:rPr>
                <w:rFonts w:ascii="Aptos Display" w:hAnsi="Aptos Display"/>
                <w:sz w:val="23"/>
                <w:szCs w:val="23"/>
              </w:rPr>
              <w:t>Recognising</w:t>
            </w:r>
            <w:proofErr w:type="spellEnd"/>
            <w:r w:rsidRPr="00702129">
              <w:rPr>
                <w:rFonts w:ascii="Aptos Display" w:hAnsi="Aptos Display"/>
                <w:sz w:val="23"/>
                <w:szCs w:val="23"/>
              </w:rPr>
              <w:t xml:space="preserve"> risks, trusted adults, personal safety, privacy, boundaries, emergencies and asking for help.</w:t>
            </w:r>
          </w:p>
        </w:tc>
      </w:tr>
      <w:tr w:rsidR="003F65DC" w:rsidRPr="00702129" w14:paraId="3B4712DC" w14:textId="77777777">
        <w:trPr>
          <w:jc w:val="center"/>
        </w:trPr>
        <w:tc>
          <w:tcPr>
            <w:tcW w:w="7272" w:type="dxa"/>
          </w:tcPr>
          <w:p w14:paraId="452078CD" w14:textId="77777777" w:rsidR="003F65DC" w:rsidRPr="00702129" w:rsidRDefault="00914460">
            <w:pPr>
              <w:rPr>
                <w:rFonts w:ascii="Aptos Display" w:hAnsi="Aptos Display"/>
                <w:sz w:val="23"/>
                <w:szCs w:val="23"/>
              </w:rPr>
            </w:pPr>
            <w:r w:rsidRPr="00702129">
              <w:rPr>
                <w:rFonts w:ascii="Aptos Display" w:hAnsi="Aptos Display"/>
                <w:b/>
                <w:sz w:val="23"/>
                <w:szCs w:val="23"/>
              </w:rPr>
              <w:t>Online life</w:t>
            </w:r>
          </w:p>
        </w:tc>
        <w:tc>
          <w:tcPr>
            <w:tcW w:w="7272" w:type="dxa"/>
          </w:tcPr>
          <w:p w14:paraId="09C73BA0" w14:textId="77777777" w:rsidR="003F65DC" w:rsidRPr="00702129" w:rsidRDefault="00914460">
            <w:pPr>
              <w:rPr>
                <w:rFonts w:ascii="Aptos Display" w:hAnsi="Aptos Display"/>
                <w:sz w:val="23"/>
                <w:szCs w:val="23"/>
              </w:rPr>
            </w:pPr>
            <w:r w:rsidRPr="00702129">
              <w:rPr>
                <w:rFonts w:ascii="Aptos Display" w:hAnsi="Aptos Display"/>
                <w:sz w:val="23"/>
                <w:szCs w:val="23"/>
              </w:rPr>
              <w:t>Privacy and personal information, respectful online behaviour, healthy digital habits, online contact and seeking help.</w:t>
            </w:r>
          </w:p>
        </w:tc>
      </w:tr>
      <w:tr w:rsidR="003F65DC" w:rsidRPr="00702129" w14:paraId="2B166040" w14:textId="77777777">
        <w:trPr>
          <w:jc w:val="center"/>
        </w:trPr>
        <w:tc>
          <w:tcPr>
            <w:tcW w:w="7272" w:type="dxa"/>
          </w:tcPr>
          <w:p w14:paraId="30AB626E" w14:textId="77777777" w:rsidR="003F65DC" w:rsidRPr="00702129" w:rsidRDefault="00914460">
            <w:pPr>
              <w:rPr>
                <w:rFonts w:ascii="Aptos Display" w:hAnsi="Aptos Display"/>
                <w:sz w:val="23"/>
                <w:szCs w:val="23"/>
              </w:rPr>
            </w:pPr>
            <w:r w:rsidRPr="00702129">
              <w:rPr>
                <w:rFonts w:ascii="Aptos Display" w:hAnsi="Aptos Display"/>
                <w:b/>
                <w:sz w:val="23"/>
                <w:szCs w:val="23"/>
              </w:rPr>
              <w:t>Health and growing</w:t>
            </w:r>
          </w:p>
        </w:tc>
        <w:tc>
          <w:tcPr>
            <w:tcW w:w="7272" w:type="dxa"/>
          </w:tcPr>
          <w:p w14:paraId="39EBEE01" w14:textId="77777777" w:rsidR="003F65DC" w:rsidRPr="00702129" w:rsidRDefault="00914460">
            <w:pPr>
              <w:rPr>
                <w:rFonts w:ascii="Aptos Display" w:hAnsi="Aptos Display"/>
                <w:sz w:val="23"/>
                <w:szCs w:val="23"/>
              </w:rPr>
            </w:pPr>
            <w:r w:rsidRPr="00702129">
              <w:rPr>
                <w:rFonts w:ascii="Aptos Display" w:hAnsi="Aptos Display"/>
                <w:sz w:val="23"/>
                <w:szCs w:val="23"/>
              </w:rPr>
              <w:t>Healthy choices, hygiene and age-appropriate learning about physical and emotional development.</w:t>
            </w:r>
          </w:p>
        </w:tc>
      </w:tr>
      <w:tr w:rsidR="003F65DC" w:rsidRPr="00702129" w14:paraId="507A5F34" w14:textId="77777777">
        <w:trPr>
          <w:jc w:val="center"/>
        </w:trPr>
        <w:tc>
          <w:tcPr>
            <w:tcW w:w="7272" w:type="dxa"/>
          </w:tcPr>
          <w:p w14:paraId="14774075" w14:textId="77777777" w:rsidR="003F65DC" w:rsidRPr="00702129" w:rsidRDefault="00914460">
            <w:pPr>
              <w:rPr>
                <w:rFonts w:ascii="Aptos Display" w:hAnsi="Aptos Display"/>
                <w:sz w:val="23"/>
                <w:szCs w:val="23"/>
              </w:rPr>
            </w:pPr>
            <w:r w:rsidRPr="00702129">
              <w:rPr>
                <w:rFonts w:ascii="Aptos Display" w:hAnsi="Aptos Display"/>
                <w:b/>
                <w:sz w:val="23"/>
                <w:szCs w:val="23"/>
              </w:rPr>
              <w:t>Wider life</w:t>
            </w:r>
          </w:p>
        </w:tc>
        <w:tc>
          <w:tcPr>
            <w:tcW w:w="7272" w:type="dxa"/>
          </w:tcPr>
          <w:p w14:paraId="3DF08DBD" w14:textId="77777777" w:rsidR="003F65DC" w:rsidRPr="00702129" w:rsidRDefault="00914460">
            <w:pPr>
              <w:rPr>
                <w:rFonts w:ascii="Aptos Display" w:hAnsi="Aptos Display"/>
                <w:sz w:val="23"/>
                <w:szCs w:val="23"/>
              </w:rPr>
            </w:pPr>
            <w:r w:rsidRPr="00702129">
              <w:rPr>
                <w:rFonts w:ascii="Aptos Display" w:hAnsi="Aptos Display"/>
                <w:sz w:val="23"/>
                <w:szCs w:val="23"/>
              </w:rPr>
              <w:t>Aspirations, money choices, fairness, diversity, citizenship, caring for creation and responsibility for the wider world.</w:t>
            </w:r>
          </w:p>
        </w:tc>
      </w:tr>
    </w:tbl>
    <w:p w14:paraId="01A33C0A" w14:textId="77777777" w:rsidR="003F65DC" w:rsidRPr="00702129" w:rsidRDefault="003F65DC">
      <w:pPr>
        <w:rPr>
          <w:rFonts w:ascii="Aptos Display" w:hAnsi="Aptos Display"/>
          <w:sz w:val="23"/>
          <w:szCs w:val="23"/>
        </w:rPr>
      </w:pPr>
    </w:p>
    <w:tbl>
      <w:tblPr>
        <w:tblW w:w="0" w:type="auto"/>
        <w:tblLook w:val="04A0" w:firstRow="1" w:lastRow="0" w:firstColumn="1" w:lastColumn="0" w:noHBand="0" w:noVBand="1"/>
      </w:tblPr>
      <w:tblGrid>
        <w:gridCol w:w="14544"/>
      </w:tblGrid>
      <w:tr w:rsidR="003F65DC" w:rsidRPr="00702129" w14:paraId="56510CBD" w14:textId="77777777">
        <w:tc>
          <w:tcPr>
            <w:tcW w:w="14544" w:type="dxa"/>
            <w:shd w:val="clear" w:color="auto" w:fill="FFF2CC"/>
          </w:tcPr>
          <w:p w14:paraId="6E42FF8E" w14:textId="77777777" w:rsidR="003F65DC" w:rsidRPr="00702129" w:rsidRDefault="00914460">
            <w:pPr>
              <w:rPr>
                <w:rFonts w:ascii="Aptos Display" w:hAnsi="Aptos Display"/>
                <w:sz w:val="23"/>
                <w:szCs w:val="23"/>
              </w:rPr>
            </w:pPr>
            <w:r w:rsidRPr="00702129">
              <w:rPr>
                <w:rFonts w:ascii="Aptos Display" w:hAnsi="Aptos Display"/>
                <w:b/>
                <w:sz w:val="23"/>
                <w:szCs w:val="23"/>
              </w:rPr>
              <w:t>Wor</w:t>
            </w:r>
            <w:r w:rsidRPr="00702129">
              <w:rPr>
                <w:rFonts w:ascii="Aptos Display" w:hAnsi="Aptos Display"/>
                <w:b/>
                <w:sz w:val="23"/>
                <w:szCs w:val="23"/>
              </w:rPr>
              <w:t>king with parents</w:t>
            </w:r>
          </w:p>
          <w:p w14:paraId="1B52E612" w14:textId="77777777" w:rsidR="003F65DC" w:rsidRPr="00702129" w:rsidRDefault="00914460">
            <w:pPr>
              <w:rPr>
                <w:rFonts w:ascii="Aptos Display" w:hAnsi="Aptos Display"/>
                <w:sz w:val="23"/>
                <w:szCs w:val="23"/>
              </w:rPr>
            </w:pPr>
            <w:r w:rsidRPr="00702129">
              <w:rPr>
                <w:rFonts w:ascii="Aptos Display" w:hAnsi="Aptos Display"/>
                <w:sz w:val="23"/>
                <w:szCs w:val="23"/>
              </w:rPr>
              <w:t>We value parents and carers as the first educators of their children. Our curriculum is planned to be age-appropriate, sensitive and rooted in our Catholic values. Parents are encouraged to contact school if they would like further information about the content taught in their child's year group.</w:t>
            </w:r>
          </w:p>
        </w:tc>
      </w:tr>
    </w:tbl>
    <w:p w14:paraId="7E62A472" w14:textId="77777777" w:rsidR="003F65DC" w:rsidRPr="00702129" w:rsidRDefault="00914460">
      <w:pPr>
        <w:rPr>
          <w:rFonts w:ascii="Aptos Display" w:hAnsi="Aptos Display"/>
          <w:sz w:val="23"/>
          <w:szCs w:val="23"/>
        </w:rPr>
      </w:pPr>
      <w:r w:rsidRPr="00702129">
        <w:rPr>
          <w:rFonts w:ascii="Aptos Display" w:hAnsi="Aptos Display"/>
          <w:sz w:val="23"/>
          <w:szCs w:val="23"/>
        </w:rPr>
        <w:br w:type="page"/>
      </w:r>
    </w:p>
    <w:tbl>
      <w:tblPr>
        <w:tblW w:w="0" w:type="auto"/>
        <w:tblLook w:val="04A0" w:firstRow="1" w:lastRow="0" w:firstColumn="1" w:lastColumn="0" w:noHBand="0" w:noVBand="1"/>
      </w:tblPr>
      <w:tblGrid>
        <w:gridCol w:w="14544"/>
      </w:tblGrid>
      <w:tr w:rsidR="003F65DC" w:rsidRPr="00702129" w14:paraId="1871A19B" w14:textId="77777777">
        <w:tc>
          <w:tcPr>
            <w:tcW w:w="14544" w:type="dxa"/>
            <w:shd w:val="clear" w:color="auto" w:fill="FFF2CC"/>
          </w:tcPr>
          <w:p w14:paraId="294B97EF" w14:textId="77777777" w:rsidR="003F65DC" w:rsidRPr="00702129" w:rsidRDefault="00914460">
            <w:pPr>
              <w:rPr>
                <w:rFonts w:ascii="Aptos Display" w:hAnsi="Aptos Display"/>
                <w:sz w:val="23"/>
                <w:szCs w:val="23"/>
              </w:rPr>
            </w:pPr>
            <w:r w:rsidRPr="00702129">
              <w:rPr>
                <w:rFonts w:ascii="Aptos Display" w:hAnsi="Aptos Display"/>
                <w:b/>
                <w:sz w:val="23"/>
                <w:szCs w:val="23"/>
              </w:rPr>
              <w:t xml:space="preserve">Important </w:t>
            </w:r>
            <w:proofErr w:type="gramStart"/>
            <w:r w:rsidRPr="00702129">
              <w:rPr>
                <w:rFonts w:ascii="Aptos Display" w:hAnsi="Aptos Display"/>
                <w:b/>
                <w:sz w:val="23"/>
                <w:szCs w:val="23"/>
              </w:rPr>
              <w:t>implementation</w:t>
            </w:r>
            <w:proofErr w:type="gramEnd"/>
            <w:r w:rsidRPr="00702129">
              <w:rPr>
                <w:rFonts w:ascii="Aptos Display" w:hAnsi="Aptos Display"/>
                <w:b/>
                <w:sz w:val="23"/>
                <w:szCs w:val="23"/>
              </w:rPr>
              <w:t xml:space="preserve"> note</w:t>
            </w:r>
          </w:p>
          <w:p w14:paraId="541082AA" w14:textId="77777777" w:rsidR="003F65DC" w:rsidRPr="00702129" w:rsidRDefault="00914460">
            <w:pPr>
              <w:rPr>
                <w:rFonts w:ascii="Aptos Display" w:hAnsi="Aptos Display"/>
                <w:sz w:val="23"/>
                <w:szCs w:val="23"/>
              </w:rPr>
            </w:pPr>
            <w:r w:rsidRPr="00702129">
              <w:rPr>
                <w:rFonts w:ascii="Aptos Display" w:hAnsi="Aptos Display"/>
                <w:sz w:val="23"/>
                <w:szCs w:val="23"/>
              </w:rPr>
              <w:t>The DfE specifies what pupils should know by the end of primary rather than requiring every statement in every year group. Holy Rosary therefore teaches this conte</w:t>
            </w:r>
            <w:r w:rsidRPr="00702129">
              <w:rPr>
                <w:rFonts w:ascii="Aptos Display" w:hAnsi="Aptos Display"/>
                <w:sz w:val="23"/>
                <w:szCs w:val="23"/>
              </w:rPr>
              <w:t xml:space="preserve">nt progressively and at an </w:t>
            </w:r>
            <w:proofErr w:type="gramStart"/>
            <w:r w:rsidRPr="00702129">
              <w:rPr>
                <w:rFonts w:ascii="Aptos Display" w:hAnsi="Aptos Display"/>
                <w:sz w:val="23"/>
                <w:szCs w:val="23"/>
              </w:rPr>
              <w:t>age-appropriate</w:t>
            </w:r>
            <w:proofErr w:type="gramEnd"/>
            <w:r w:rsidRPr="00702129">
              <w:rPr>
                <w:rFonts w:ascii="Aptos Display" w:hAnsi="Aptos Display"/>
                <w:sz w:val="23"/>
                <w:szCs w:val="23"/>
              </w:rPr>
              <w:t xml:space="preserve"> level. Journey in Love remains the Catholic formation spine in every term, with Twinkl Life, Science, safeguarding and wider curriculum teaching used to secure full coverage.</w:t>
            </w:r>
          </w:p>
        </w:tc>
      </w:tr>
    </w:tbl>
    <w:p w14:paraId="5A5175B9" w14:textId="77777777" w:rsidR="003F65DC" w:rsidRPr="00702129" w:rsidRDefault="00914460">
      <w:pPr>
        <w:jc w:val="center"/>
        <w:rPr>
          <w:rFonts w:ascii="Aptos Display" w:hAnsi="Aptos Display"/>
          <w:sz w:val="23"/>
          <w:szCs w:val="23"/>
        </w:rPr>
      </w:pPr>
      <w:r w:rsidRPr="00702129">
        <w:rPr>
          <w:rFonts w:ascii="Aptos Display" w:hAnsi="Aptos Display"/>
          <w:i/>
          <w:sz w:val="23"/>
          <w:szCs w:val="23"/>
        </w:rPr>
        <w:t>Checked against DfE: Relationships Education, Relationships and Sex Education (RSE) and Health Education statutory guidance, effective 1 September 2026.</w:t>
      </w:r>
    </w:p>
    <w:p w14:paraId="021E1FD0" w14:textId="77777777" w:rsidR="00D46007" w:rsidRPr="00702129" w:rsidRDefault="00914460">
      <w:pPr>
        <w:spacing w:before="60" w:after="60"/>
        <w:rPr>
          <w:rFonts w:ascii="Aptos Display" w:hAnsi="Aptos Display"/>
          <w:sz w:val="23"/>
          <w:szCs w:val="23"/>
        </w:rPr>
      </w:pPr>
      <w:r w:rsidRPr="00702129">
        <w:rPr>
          <w:rFonts w:ascii="Aptos Display" w:hAnsi="Aptos Display"/>
          <w:sz w:val="23"/>
          <w:szCs w:val="23"/>
        </w:rPr>
        <w:t>Whole-school awareness days and themed weeks: These are enrichment opportunities alongside, not substitutes for, planned Twinkl Life and Jou</w:t>
      </w:r>
      <w:r w:rsidRPr="00702129">
        <w:rPr>
          <w:rFonts w:ascii="Aptos Display" w:hAnsi="Aptos Display"/>
          <w:sz w:val="23"/>
          <w:szCs w:val="23"/>
        </w:rPr>
        <w:t>rney in Love lessons. Dates of annual campaigns should be checked each school year; events may fall near half-term boundaries. Activities are adapted for each year group and reflect our Catholic ethos.</w:t>
      </w:r>
    </w:p>
    <w:sectPr w:rsidR="00D46007" w:rsidRPr="00702129" w:rsidSect="00034616">
      <w:pgSz w:w="15840" w:h="12240" w:orient="landscape"/>
      <w:pgMar w:top="576" w:right="648" w:bottom="576" w:left="64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pto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84C1989"/>
    <w:multiLevelType w:val="hybridMultilevel"/>
    <w:tmpl w:val="8DE63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F04B96"/>
    <w:multiLevelType w:val="multilevel"/>
    <w:tmpl w:val="E9EC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2884773">
    <w:abstractNumId w:val="8"/>
  </w:num>
  <w:num w:numId="2" w16cid:durableId="910626556">
    <w:abstractNumId w:val="6"/>
  </w:num>
  <w:num w:numId="3" w16cid:durableId="1124815421">
    <w:abstractNumId w:val="5"/>
  </w:num>
  <w:num w:numId="4" w16cid:durableId="581260722">
    <w:abstractNumId w:val="4"/>
  </w:num>
  <w:num w:numId="5" w16cid:durableId="860432105">
    <w:abstractNumId w:val="7"/>
  </w:num>
  <w:num w:numId="6" w16cid:durableId="2032292399">
    <w:abstractNumId w:val="3"/>
  </w:num>
  <w:num w:numId="7" w16cid:durableId="243808555">
    <w:abstractNumId w:val="2"/>
  </w:num>
  <w:num w:numId="8" w16cid:durableId="916793206">
    <w:abstractNumId w:val="1"/>
  </w:num>
  <w:num w:numId="9" w16cid:durableId="1941403946">
    <w:abstractNumId w:val="0"/>
  </w:num>
  <w:num w:numId="10" w16cid:durableId="693967553">
    <w:abstractNumId w:val="10"/>
  </w:num>
  <w:num w:numId="11" w16cid:durableId="12548257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2837"/>
    <w:rsid w:val="0006063C"/>
    <w:rsid w:val="000A7A32"/>
    <w:rsid w:val="000B535E"/>
    <w:rsid w:val="000E2D7E"/>
    <w:rsid w:val="0015074B"/>
    <w:rsid w:val="0015229F"/>
    <w:rsid w:val="00163E31"/>
    <w:rsid w:val="001A2AC1"/>
    <w:rsid w:val="001E1760"/>
    <w:rsid w:val="00204367"/>
    <w:rsid w:val="00235DC0"/>
    <w:rsid w:val="00256D6B"/>
    <w:rsid w:val="00263D83"/>
    <w:rsid w:val="0026451A"/>
    <w:rsid w:val="002767C1"/>
    <w:rsid w:val="0029639D"/>
    <w:rsid w:val="002C4B19"/>
    <w:rsid w:val="002E08B2"/>
    <w:rsid w:val="00317054"/>
    <w:rsid w:val="00326F90"/>
    <w:rsid w:val="003318F3"/>
    <w:rsid w:val="003C442C"/>
    <w:rsid w:val="003F65DC"/>
    <w:rsid w:val="0044419D"/>
    <w:rsid w:val="0047200F"/>
    <w:rsid w:val="004C25AD"/>
    <w:rsid w:val="004C6F16"/>
    <w:rsid w:val="004D46C3"/>
    <w:rsid w:val="00503DC2"/>
    <w:rsid w:val="00595119"/>
    <w:rsid w:val="005A1AD8"/>
    <w:rsid w:val="005B121F"/>
    <w:rsid w:val="005E4F4A"/>
    <w:rsid w:val="00602A1E"/>
    <w:rsid w:val="00666245"/>
    <w:rsid w:val="00672C54"/>
    <w:rsid w:val="00686FA4"/>
    <w:rsid w:val="00702129"/>
    <w:rsid w:val="0072580E"/>
    <w:rsid w:val="007747BA"/>
    <w:rsid w:val="007E0EB7"/>
    <w:rsid w:val="007F29A8"/>
    <w:rsid w:val="00827203"/>
    <w:rsid w:val="00881F6A"/>
    <w:rsid w:val="00925321"/>
    <w:rsid w:val="00983F5E"/>
    <w:rsid w:val="009A3F76"/>
    <w:rsid w:val="009C3288"/>
    <w:rsid w:val="00A103A2"/>
    <w:rsid w:val="00A21624"/>
    <w:rsid w:val="00A257CB"/>
    <w:rsid w:val="00A45124"/>
    <w:rsid w:val="00A52EB2"/>
    <w:rsid w:val="00A87218"/>
    <w:rsid w:val="00AA1D8D"/>
    <w:rsid w:val="00AC7F62"/>
    <w:rsid w:val="00B171CA"/>
    <w:rsid w:val="00B33602"/>
    <w:rsid w:val="00B47730"/>
    <w:rsid w:val="00B867AD"/>
    <w:rsid w:val="00B96E25"/>
    <w:rsid w:val="00BA04D9"/>
    <w:rsid w:val="00BD1D9D"/>
    <w:rsid w:val="00BE249E"/>
    <w:rsid w:val="00C0754B"/>
    <w:rsid w:val="00C16B22"/>
    <w:rsid w:val="00CB0664"/>
    <w:rsid w:val="00CF0C51"/>
    <w:rsid w:val="00D46007"/>
    <w:rsid w:val="00D63BB5"/>
    <w:rsid w:val="00DD576B"/>
    <w:rsid w:val="00DE77FC"/>
    <w:rsid w:val="00E353BB"/>
    <w:rsid w:val="00E428CE"/>
    <w:rsid w:val="00F2633A"/>
    <w:rsid w:val="00F8536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89A3CA"/>
  <w14:defaultImageDpi w14:val="300"/>
  <w15:docId w15:val="{9C72A6F5-BF62-4825-A628-5A14425F5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17"/>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semiHidden/>
    <w:unhideWhenUsed/>
    <w:rsid w:val="003318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578176c-5c12-4c5d-87ff-3ef606fa5f01">
      <Terms xmlns="http://schemas.microsoft.com/office/infopath/2007/PartnerControls"/>
    </lcf76f155ced4ddcb4097134ff3c332f>
    <TaxCatchAll xmlns="690f8613-ac9a-436c-91f1-289a8bf8411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695E7319861644949156BA096A6895" ma:contentTypeVersion="28" ma:contentTypeDescription="Create a new document." ma:contentTypeScope="" ma:versionID="db39471e9ba3896138e3402e252dd94b">
  <xsd:schema xmlns:xsd="http://www.w3.org/2001/XMLSchema" xmlns:xs="http://www.w3.org/2001/XMLSchema" xmlns:p="http://schemas.microsoft.com/office/2006/metadata/properties" xmlns:ns2="4578176c-5c12-4c5d-87ff-3ef606fa5f01" xmlns:ns3="690f8613-ac9a-436c-91f1-289a8bf8411c" targetNamespace="http://schemas.microsoft.com/office/2006/metadata/properties" ma:root="true" ma:fieldsID="1219a52c034b13c94cee31382fbf8b11" ns2:_="" ns3:_="">
    <xsd:import namespace="4578176c-5c12-4c5d-87ff-3ef606fa5f01"/>
    <xsd:import namespace="690f8613-ac9a-436c-91f1-289a8bf841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LengthInSecond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8176c-5c12-4c5d-87ff-3ef606fa5f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c3f0f54-f523-42c8-a0b7-88e97b7998d9"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0f8613-ac9a-436c-91f1-289a8bf8411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5077dac-33bf-45b7-bf41-46840c1787f8}" ma:internalName="TaxCatchAll" ma:showField="CatchAllData" ma:web="690f8613-ac9a-436c-91f1-289a8bf841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8EAFA390-027C-421E-8F4F-A65C312A1A8B}">
  <ds:schemaRefs>
    <ds:schemaRef ds:uri="http://schemas.microsoft.com/office/2006/metadata/properties"/>
    <ds:schemaRef ds:uri="http://schemas.microsoft.com/office/infopath/2007/PartnerControls"/>
    <ds:schemaRef ds:uri="4578176c-5c12-4c5d-87ff-3ef606fa5f01"/>
    <ds:schemaRef ds:uri="690f8613-ac9a-436c-91f1-289a8bf8411c"/>
  </ds:schemaRefs>
</ds:datastoreItem>
</file>

<file path=customXml/itemProps3.xml><?xml version="1.0" encoding="utf-8"?>
<ds:datastoreItem xmlns:ds="http://schemas.openxmlformats.org/officeDocument/2006/customXml" ds:itemID="{21119FAE-608A-4AE9-A4B3-BFD0BD2245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8176c-5c12-4c5d-87ff-3ef606fa5f01"/>
    <ds:schemaRef ds:uri="690f8613-ac9a-436c-91f1-289a8bf841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336BD5-BA07-41CC-B6CB-D545DDD9D8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2781</Words>
  <Characters>15853</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Helen Wall</cp:lastModifiedBy>
  <cp:revision>10</cp:revision>
  <cp:lastPrinted>2026-11-04T00:05:00Z</cp:lastPrinted>
  <dcterms:created xsi:type="dcterms:W3CDTF">2026-11-04T00:14:00Z</dcterms:created>
  <dcterms:modified xsi:type="dcterms:W3CDTF">2026-11-03T16:18:00Z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0x01010097695E7319861644949156BA096A6895</vt:lpwstr>
  </property>
  <property fmtid="{D5CDD505-2E9C-101B-9397-08002B2CF9AE}" pid="3" name="MediaServiceImageTags">
    <vt:lpwstr/>
  </property>
</Properties>
</file>