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7272"/>
        <w:gridCol w:w="7272"/>
      </w:tblGrid>
      <w:tr w:rsidR="003F65DC" w:rsidRPr="0047200F" w14:paraId="31482DBC" w14:textId="77777777">
        <w:trPr>
          <w:jc w:val="center"/>
        </w:trPr>
        <w:tc>
          <w:tcPr>
            <w:tcW w:w="7272" w:type="dxa"/>
          </w:tcPr>
          <w:p w14:paraId="46D82CBF" w14:textId="77777777" w:rsidR="003F65DC" w:rsidRPr="0047200F" w:rsidRDefault="0047200F">
            <w:pPr>
              <w:rPr>
                <w:rFonts w:ascii="Aptos Display" w:hAnsi="Aptos Display"/>
                <w:sz w:val="22"/>
              </w:rPr>
            </w:pPr>
            <w:r>
              <w:rPr>
                <w:noProof/>
              </w:rPr>
              <w:drawing>
                <wp:inline distT="0" distB="0" distL="0" distR="0" wp14:anchorId="31B987B4" wp14:editId="5A302808">
                  <wp:extent cx="1174750" cy="882650"/>
                  <wp:effectExtent l="0" t="0" r="635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4750" cy="882650"/>
                          </a:xfrm>
                          <a:prstGeom prst="rect">
                            <a:avLst/>
                          </a:prstGeom>
                          <a:noFill/>
                          <a:ln>
                            <a:noFill/>
                          </a:ln>
                        </pic:spPr>
                      </pic:pic>
                    </a:graphicData>
                  </a:graphic>
                </wp:inline>
              </w:drawing>
            </w:r>
          </w:p>
        </w:tc>
        <w:tc>
          <w:tcPr>
            <w:tcW w:w="7272" w:type="dxa"/>
          </w:tcPr>
          <w:p w14:paraId="6E39668A" w14:textId="77777777" w:rsidR="003F65DC" w:rsidRPr="0047200F" w:rsidRDefault="003F65DC" w:rsidP="0047200F">
            <w:pPr>
              <w:rPr>
                <w:rFonts w:ascii="Aptos Display" w:hAnsi="Aptos Display"/>
                <w:sz w:val="22"/>
              </w:rPr>
            </w:pPr>
          </w:p>
          <w:p w14:paraId="2B1F9D17" w14:textId="77777777" w:rsidR="003F65DC" w:rsidRPr="0047200F" w:rsidRDefault="003C1FBD">
            <w:pPr>
              <w:jc w:val="center"/>
              <w:rPr>
                <w:rFonts w:ascii="Aptos Display" w:hAnsi="Aptos Display"/>
                <w:sz w:val="32"/>
                <w:szCs w:val="32"/>
              </w:rPr>
            </w:pPr>
            <w:r w:rsidRPr="0047200F">
              <w:rPr>
                <w:rFonts w:ascii="Aptos Display" w:hAnsi="Aptos Display"/>
                <w:b/>
                <w:sz w:val="32"/>
                <w:szCs w:val="32"/>
              </w:rPr>
              <w:t>PSHE / RSHE Curriculum Overview 2026-27</w:t>
            </w:r>
          </w:p>
          <w:p w14:paraId="76DA56FD" w14:textId="77777777" w:rsidR="003F65DC" w:rsidRPr="0047200F" w:rsidRDefault="003F65DC">
            <w:pPr>
              <w:jc w:val="center"/>
              <w:rPr>
                <w:rFonts w:ascii="Aptos Display" w:hAnsi="Aptos Display"/>
                <w:sz w:val="22"/>
              </w:rPr>
            </w:pPr>
          </w:p>
        </w:tc>
      </w:tr>
      <w:tr w:rsidR="003F65DC" w:rsidRPr="0047200F" w14:paraId="5E8BAC92" w14:textId="77777777">
        <w:tblPrEx>
          <w:jc w:val="left"/>
        </w:tblPrEx>
        <w:tc>
          <w:tcPr>
            <w:tcW w:w="14544" w:type="dxa"/>
            <w:gridSpan w:val="2"/>
            <w:shd w:val="clear" w:color="auto" w:fill="EAF2F8"/>
          </w:tcPr>
          <w:p w14:paraId="390F48A8" w14:textId="77777777" w:rsidR="003F65DC" w:rsidRPr="0047200F" w:rsidRDefault="003C1FBD">
            <w:pPr>
              <w:rPr>
                <w:rFonts w:ascii="Aptos Display" w:hAnsi="Aptos Display"/>
                <w:sz w:val="22"/>
              </w:rPr>
            </w:pPr>
            <w:r w:rsidRPr="0047200F">
              <w:rPr>
                <w:rFonts w:ascii="Aptos Display" w:hAnsi="Aptos Display"/>
                <w:b/>
                <w:sz w:val="22"/>
              </w:rPr>
              <w:t>Our approach</w:t>
            </w:r>
            <w:r w:rsidRPr="0047200F">
              <w:rPr>
                <w:rFonts w:ascii="Aptos Display" w:hAnsi="Aptos Display"/>
                <w:b/>
                <w:sz w:val="22"/>
              </w:rPr>
              <w:br/>
              <w:t>• Journey in Love is at the heart of our Catholic relationships and RSE teaching. It is taught in every term: Social &amp; Emotional in Autumn, Physical in Spring and Spiritual in Summer.</w:t>
            </w:r>
          </w:p>
          <w:p w14:paraId="1A633A30" w14:textId="77777777" w:rsidR="003F65DC" w:rsidRPr="0047200F" w:rsidRDefault="003C1FBD">
            <w:pPr>
              <w:rPr>
                <w:rFonts w:ascii="Aptos Display" w:hAnsi="Aptos Display"/>
                <w:sz w:val="22"/>
              </w:rPr>
            </w:pPr>
            <w:r w:rsidRPr="0047200F">
              <w:rPr>
                <w:rFonts w:ascii="Aptos Display" w:hAnsi="Aptos Display"/>
                <w:sz w:val="22"/>
              </w:rPr>
              <w:t>• Twinkl Life complements this with age-appropriate learning about wellbeing, safety, online life, health, citizenship, money, aspirations and caring for our world.</w:t>
            </w:r>
          </w:p>
          <w:p w14:paraId="6BBBFF27" w14:textId="77777777" w:rsidR="003F65DC" w:rsidRPr="0047200F" w:rsidRDefault="003C1FBD">
            <w:pPr>
              <w:rPr>
                <w:rFonts w:ascii="Aptos Display" w:hAnsi="Aptos Display"/>
                <w:sz w:val="22"/>
              </w:rPr>
            </w:pPr>
            <w:r w:rsidRPr="0047200F">
              <w:rPr>
                <w:rFonts w:ascii="Aptos Display" w:hAnsi="Aptos Display"/>
                <w:sz w:val="22"/>
              </w:rPr>
              <w:t>• Lessons are carefully selected so children build knowledge year by year without unnecessary repetition. Teaching is age-appropriate and reflects our Catholic ethos.</w:t>
            </w:r>
          </w:p>
          <w:p w14:paraId="26387275" w14:textId="77777777" w:rsidR="00A45124" w:rsidRDefault="003C1FBD">
            <w:r>
              <w:rPr>
                <w:sz w:val="20"/>
              </w:rPr>
              <w:t>• We also supplement our PSHE/RSHE curriculum with carefully selected resources, workshops and learning opportunities from YoungMinds, St John Ambulance, Picture News and Active Sefton. These enrich the learning provided through Journey in Love and Twinkl Life, particularly in mental health and emotional wellbeing, first aid and personal safety, current issues and citizenship, and physical health and wellbeing.</w:t>
            </w:r>
          </w:p>
        </w:tc>
      </w:tr>
    </w:tbl>
    <w:p w14:paraId="2F68547A" w14:textId="77777777" w:rsidR="003F65DC" w:rsidRPr="0047200F" w:rsidRDefault="003F65DC">
      <w:pPr>
        <w:rPr>
          <w:rFonts w:ascii="Aptos Display" w:hAnsi="Aptos Display"/>
          <w:sz w:val="22"/>
        </w:rPr>
      </w:pPr>
    </w:p>
    <w:p w14:paraId="507D9453" w14:textId="77777777" w:rsidR="003F65DC" w:rsidRDefault="003C1FBD">
      <w:pPr>
        <w:spacing w:after="40"/>
        <w:rPr>
          <w:rFonts w:ascii="Aptos Display" w:hAnsi="Aptos Display"/>
          <w:b/>
          <w:sz w:val="22"/>
        </w:rPr>
      </w:pPr>
      <w:r w:rsidRPr="0047200F">
        <w:rPr>
          <w:rFonts w:ascii="Aptos Display" w:hAnsi="Aptos Display"/>
          <w:b/>
          <w:sz w:val="22"/>
        </w:rPr>
        <w:t>Year 1 - Family, belonging and feeling safe</w:t>
      </w:r>
    </w:p>
    <w:p w14:paraId="6271CFD1" w14:textId="77777777" w:rsidR="00D63BB5" w:rsidRPr="0047200F" w:rsidRDefault="00D63BB5">
      <w:pPr>
        <w:spacing w:after="40"/>
        <w:rPr>
          <w:rFonts w:ascii="Aptos Display" w:hAnsi="Aptos Display"/>
          <w:sz w:val="22"/>
        </w:rPr>
      </w:pPr>
    </w:p>
    <w:p w14:paraId="7CB02358" w14:textId="77777777" w:rsidR="003F65DC" w:rsidRDefault="003C1FBD">
      <w:pPr>
        <w:spacing w:after="80"/>
        <w:rPr>
          <w:rFonts w:ascii="Aptos Display" w:hAnsi="Aptos Display"/>
          <w:sz w:val="22"/>
        </w:rPr>
      </w:pPr>
      <w:r w:rsidRPr="0047200F">
        <w:rPr>
          <w:rFonts w:ascii="Aptos Display" w:hAnsi="Aptos Display"/>
          <w:b/>
          <w:bCs/>
          <w:sz w:val="22"/>
        </w:rPr>
        <w:t>Journey in Love theme: We meet God's love in our family</w:t>
      </w:r>
      <w:r w:rsidRPr="0047200F">
        <w:rPr>
          <w:rFonts w:ascii="Aptos Display" w:hAnsi="Aptos Display"/>
          <w:sz w:val="22"/>
        </w:rPr>
        <w:t xml:space="preserve"> Across the year, children will: • Build confidence, recognise strengths and talk about feelings. • Learn about kindness, teamwork and making good choices. • Know how to stay safe and who to ask for help. • Begin to learn about online safety and privacy. • Explore goals, money choices, diversity and caring for our world. </w:t>
      </w:r>
    </w:p>
    <w:p w14:paraId="4AF174EF" w14:textId="77777777" w:rsidR="00D63BB5" w:rsidRPr="0047200F" w:rsidRDefault="00D63BB5">
      <w:pPr>
        <w:spacing w:after="80"/>
        <w:rPr>
          <w:rFonts w:ascii="Aptos Display" w:hAnsi="Aptos Display"/>
          <w:sz w:val="22"/>
        </w:rPr>
      </w:pP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47200F" w14:paraId="5CD2E51F" w14:textId="77777777">
        <w:trPr>
          <w:jc w:val="center"/>
        </w:trPr>
        <w:tc>
          <w:tcPr>
            <w:tcW w:w="2424" w:type="dxa"/>
            <w:shd w:val="clear" w:color="auto" w:fill="FFF2CC"/>
            <w:tcMar>
              <w:top w:w="70" w:type="dxa"/>
              <w:left w:w="70" w:type="dxa"/>
              <w:bottom w:w="70" w:type="dxa"/>
              <w:right w:w="70" w:type="dxa"/>
            </w:tcMar>
          </w:tcPr>
          <w:p w14:paraId="0C48D617" w14:textId="77777777" w:rsidR="003F65DC" w:rsidRPr="0047200F" w:rsidRDefault="003C1FBD">
            <w:pPr>
              <w:jc w:val="center"/>
              <w:rPr>
                <w:rFonts w:ascii="Aptos Display" w:hAnsi="Aptos Display"/>
                <w:sz w:val="22"/>
              </w:rPr>
            </w:pPr>
            <w:r w:rsidRPr="0047200F">
              <w:rPr>
                <w:rFonts w:ascii="Aptos Display" w:hAnsi="Aptos Display"/>
                <w:b/>
                <w:sz w:val="22"/>
              </w:rPr>
              <w:t>Autumn 1</w:t>
            </w:r>
          </w:p>
        </w:tc>
        <w:tc>
          <w:tcPr>
            <w:tcW w:w="2424" w:type="dxa"/>
            <w:shd w:val="clear" w:color="auto" w:fill="FFF2CC"/>
            <w:tcMar>
              <w:top w:w="70" w:type="dxa"/>
              <w:left w:w="70" w:type="dxa"/>
              <w:bottom w:w="70" w:type="dxa"/>
              <w:right w:w="70" w:type="dxa"/>
            </w:tcMar>
          </w:tcPr>
          <w:p w14:paraId="6149F237" w14:textId="77777777" w:rsidR="003F65DC" w:rsidRPr="0047200F" w:rsidRDefault="003C1FBD">
            <w:pPr>
              <w:jc w:val="center"/>
              <w:rPr>
                <w:rFonts w:ascii="Aptos Display" w:hAnsi="Aptos Display"/>
                <w:sz w:val="22"/>
              </w:rPr>
            </w:pPr>
            <w:r w:rsidRPr="0047200F">
              <w:rPr>
                <w:rFonts w:ascii="Aptos Display" w:hAnsi="Aptos Display"/>
                <w:b/>
                <w:sz w:val="22"/>
              </w:rPr>
              <w:t>Autumn 2</w:t>
            </w:r>
          </w:p>
        </w:tc>
        <w:tc>
          <w:tcPr>
            <w:tcW w:w="2424" w:type="dxa"/>
            <w:shd w:val="clear" w:color="auto" w:fill="E2F0D9"/>
            <w:tcMar>
              <w:top w:w="70" w:type="dxa"/>
              <w:left w:w="70" w:type="dxa"/>
              <w:bottom w:w="70" w:type="dxa"/>
              <w:right w:w="70" w:type="dxa"/>
            </w:tcMar>
          </w:tcPr>
          <w:p w14:paraId="6CDE1B38" w14:textId="77777777" w:rsidR="003F65DC" w:rsidRPr="0047200F" w:rsidRDefault="003C1FBD">
            <w:pPr>
              <w:jc w:val="center"/>
              <w:rPr>
                <w:rFonts w:ascii="Aptos Display" w:hAnsi="Aptos Display"/>
                <w:sz w:val="22"/>
              </w:rPr>
            </w:pPr>
            <w:r w:rsidRPr="0047200F">
              <w:rPr>
                <w:rFonts w:ascii="Aptos Display" w:hAnsi="Aptos Display"/>
                <w:b/>
                <w:sz w:val="22"/>
              </w:rPr>
              <w:t>Spring 1</w:t>
            </w:r>
          </w:p>
        </w:tc>
        <w:tc>
          <w:tcPr>
            <w:tcW w:w="2424" w:type="dxa"/>
            <w:shd w:val="clear" w:color="auto" w:fill="E2F0D9"/>
            <w:tcMar>
              <w:top w:w="70" w:type="dxa"/>
              <w:left w:w="70" w:type="dxa"/>
              <w:bottom w:w="70" w:type="dxa"/>
              <w:right w:w="70" w:type="dxa"/>
            </w:tcMar>
          </w:tcPr>
          <w:p w14:paraId="1FC71B1F" w14:textId="77777777" w:rsidR="003F65DC" w:rsidRPr="0047200F" w:rsidRDefault="003C1FBD">
            <w:pPr>
              <w:jc w:val="center"/>
              <w:rPr>
                <w:rFonts w:ascii="Aptos Display" w:hAnsi="Aptos Display"/>
                <w:sz w:val="22"/>
              </w:rPr>
            </w:pPr>
            <w:r w:rsidRPr="0047200F">
              <w:rPr>
                <w:rFonts w:ascii="Aptos Display" w:hAnsi="Aptos Display"/>
                <w:b/>
                <w:sz w:val="22"/>
              </w:rPr>
              <w:t>Spring 2</w:t>
            </w:r>
          </w:p>
        </w:tc>
        <w:tc>
          <w:tcPr>
            <w:tcW w:w="2424" w:type="dxa"/>
            <w:shd w:val="clear" w:color="auto" w:fill="F4CCCC"/>
            <w:tcMar>
              <w:top w:w="70" w:type="dxa"/>
              <w:left w:w="70" w:type="dxa"/>
              <w:bottom w:w="70" w:type="dxa"/>
              <w:right w:w="70" w:type="dxa"/>
            </w:tcMar>
          </w:tcPr>
          <w:p w14:paraId="34683DC4" w14:textId="77777777" w:rsidR="003F65DC" w:rsidRPr="0047200F" w:rsidRDefault="003C1FBD">
            <w:pPr>
              <w:jc w:val="center"/>
              <w:rPr>
                <w:rFonts w:ascii="Aptos Display" w:hAnsi="Aptos Display"/>
                <w:sz w:val="22"/>
              </w:rPr>
            </w:pPr>
            <w:r w:rsidRPr="0047200F">
              <w:rPr>
                <w:rFonts w:ascii="Aptos Display" w:hAnsi="Aptos Display"/>
                <w:b/>
                <w:sz w:val="22"/>
              </w:rPr>
              <w:t>Summer 1</w:t>
            </w:r>
          </w:p>
        </w:tc>
        <w:tc>
          <w:tcPr>
            <w:tcW w:w="2424" w:type="dxa"/>
            <w:shd w:val="clear" w:color="auto" w:fill="F4CCCC"/>
            <w:tcMar>
              <w:top w:w="70" w:type="dxa"/>
              <w:left w:w="70" w:type="dxa"/>
              <w:bottom w:w="70" w:type="dxa"/>
              <w:right w:w="70" w:type="dxa"/>
            </w:tcMar>
          </w:tcPr>
          <w:p w14:paraId="1E166950" w14:textId="77777777" w:rsidR="003F65DC" w:rsidRPr="0047200F" w:rsidRDefault="003C1FBD">
            <w:pPr>
              <w:jc w:val="center"/>
              <w:rPr>
                <w:rFonts w:ascii="Aptos Display" w:hAnsi="Aptos Display"/>
                <w:sz w:val="22"/>
              </w:rPr>
            </w:pPr>
            <w:r w:rsidRPr="0047200F">
              <w:rPr>
                <w:rFonts w:ascii="Aptos Display" w:hAnsi="Aptos Display"/>
                <w:b/>
                <w:sz w:val="22"/>
              </w:rPr>
              <w:t>Summer 2</w:t>
            </w:r>
          </w:p>
        </w:tc>
      </w:tr>
      <w:tr w:rsidR="003F65DC" w:rsidRPr="0047200F" w14:paraId="2BA5D861" w14:textId="77777777">
        <w:trPr>
          <w:jc w:val="center"/>
        </w:trPr>
        <w:tc>
          <w:tcPr>
            <w:tcW w:w="2424" w:type="dxa"/>
            <w:shd w:val="clear" w:color="auto" w:fill="FFF2CC"/>
            <w:tcMar>
              <w:top w:w="70" w:type="dxa"/>
              <w:left w:w="70" w:type="dxa"/>
              <w:bottom w:w="70" w:type="dxa"/>
              <w:right w:w="70" w:type="dxa"/>
            </w:tcMar>
          </w:tcPr>
          <w:p w14:paraId="21ACC5E8" w14:textId="77777777" w:rsidR="003F65DC" w:rsidRPr="0047200F" w:rsidRDefault="003C1FBD">
            <w:pPr>
              <w:spacing w:after="0"/>
              <w:rPr>
                <w:rFonts w:ascii="Aptos Display" w:hAnsi="Aptos Display"/>
                <w:sz w:val="22"/>
              </w:rPr>
            </w:pPr>
            <w:r w:rsidRPr="0047200F">
              <w:rPr>
                <w:rFonts w:ascii="Aptos Display" w:hAnsi="Aptos Display"/>
                <w:b/>
                <w:sz w:val="22"/>
              </w:rPr>
              <w:t>TEAM + Think Positive (selected)</w:t>
            </w:r>
          </w:p>
          <w:p w14:paraId="7C31217B" w14:textId="77777777" w:rsidR="003F65DC" w:rsidRPr="0047200F" w:rsidRDefault="003C1FBD">
            <w:pPr>
              <w:spacing w:after="0"/>
              <w:rPr>
                <w:rFonts w:ascii="Aptos Display" w:hAnsi="Aptos Display"/>
                <w:sz w:val="22"/>
              </w:rPr>
            </w:pPr>
            <w:r w:rsidRPr="0047200F">
              <w:rPr>
                <w:rFonts w:ascii="Aptos Display" w:hAnsi="Aptos Display"/>
                <w:sz w:val="22"/>
              </w:rPr>
              <w:t>• Listening, cooperation, kindness and good choices.</w:t>
            </w:r>
          </w:p>
          <w:p w14:paraId="03DE617A" w14:textId="77777777" w:rsidR="003F65DC" w:rsidRPr="0047200F" w:rsidRDefault="003C1FBD">
            <w:pPr>
              <w:spacing w:after="0"/>
              <w:rPr>
                <w:rFonts w:ascii="Aptos Display" w:hAnsi="Aptos Display"/>
                <w:sz w:val="22"/>
              </w:rPr>
            </w:pPr>
            <w:r w:rsidRPr="0047200F">
              <w:rPr>
                <w:rFonts w:ascii="Aptos Display" w:hAnsi="Aptos Display"/>
                <w:sz w:val="22"/>
              </w:rPr>
              <w:t>• Feelings, worries, resilience and asking for help.</w:t>
            </w:r>
          </w:p>
          <w:p w14:paraId="481D2B9A" w14:textId="77777777" w:rsidR="00D63BB5" w:rsidRDefault="00D63BB5">
            <w:pPr>
              <w:spacing w:after="0"/>
              <w:rPr>
                <w:rFonts w:ascii="Aptos Display" w:hAnsi="Aptos Display"/>
                <w:b/>
                <w:sz w:val="22"/>
              </w:rPr>
            </w:pPr>
          </w:p>
          <w:p w14:paraId="073D0184" w14:textId="77777777" w:rsidR="00D63BB5" w:rsidRDefault="00D63BB5">
            <w:pPr>
              <w:spacing w:after="0"/>
              <w:rPr>
                <w:rFonts w:ascii="Aptos Display" w:hAnsi="Aptos Display"/>
                <w:b/>
                <w:sz w:val="22"/>
              </w:rPr>
            </w:pPr>
          </w:p>
          <w:p w14:paraId="416F92E1" w14:textId="77777777" w:rsidR="00D63BB5" w:rsidRDefault="00D63BB5">
            <w:pPr>
              <w:spacing w:after="0"/>
              <w:rPr>
                <w:rFonts w:ascii="Aptos Display" w:hAnsi="Aptos Display"/>
                <w:b/>
                <w:sz w:val="22"/>
              </w:rPr>
            </w:pPr>
          </w:p>
          <w:p w14:paraId="054E271E" w14:textId="4A6FE34B" w:rsidR="003F65DC" w:rsidRPr="0047200F" w:rsidRDefault="003C1FBD">
            <w:pPr>
              <w:spacing w:after="0"/>
              <w:rPr>
                <w:rFonts w:ascii="Aptos Display" w:hAnsi="Aptos Display"/>
                <w:sz w:val="22"/>
              </w:rPr>
            </w:pPr>
            <w:r w:rsidRPr="0047200F">
              <w:rPr>
                <w:rFonts w:ascii="Aptos Display" w:hAnsi="Aptos Display"/>
                <w:b/>
                <w:sz w:val="22"/>
              </w:rPr>
              <w:t>Journey in Love — Social &amp; Emotional: We meet God’s love in our family</w:t>
            </w:r>
          </w:p>
          <w:p w14:paraId="223F5A4E" w14:textId="77777777" w:rsidR="003F65DC" w:rsidRPr="0047200F" w:rsidRDefault="003C1FBD">
            <w:pPr>
              <w:spacing w:after="0"/>
              <w:rPr>
                <w:rFonts w:ascii="Aptos Display" w:hAnsi="Aptos Display"/>
                <w:sz w:val="22"/>
              </w:rPr>
            </w:pPr>
            <w:r w:rsidRPr="0047200F">
              <w:rPr>
                <w:rFonts w:ascii="Aptos Display" w:hAnsi="Aptos Display"/>
                <w:sz w:val="22"/>
              </w:rPr>
              <w:t>To recognise signs that I am loved in my family.</w:t>
            </w:r>
          </w:p>
          <w:p w14:paraId="5D72E878" w14:textId="77777777" w:rsidR="00D63BB5" w:rsidRDefault="00D63BB5">
            <w:pPr>
              <w:spacing w:before="60" w:after="20"/>
              <w:rPr>
                <w:rFonts w:ascii="Aptos Display" w:hAnsi="Aptos Display"/>
                <w:b/>
                <w:sz w:val="22"/>
              </w:rPr>
            </w:pPr>
          </w:p>
          <w:p w14:paraId="56E78C0E" w14:textId="77777777" w:rsidR="00D63BB5" w:rsidRDefault="00D63BB5">
            <w:pPr>
              <w:spacing w:before="60" w:after="20"/>
              <w:rPr>
                <w:rFonts w:ascii="Aptos Display" w:hAnsi="Aptos Display"/>
                <w:b/>
                <w:sz w:val="22"/>
              </w:rPr>
            </w:pPr>
          </w:p>
          <w:p w14:paraId="737822D9" w14:textId="1C4D2740" w:rsidR="003F65DC" w:rsidRPr="0047200F" w:rsidRDefault="003C1FBD">
            <w:pPr>
              <w:spacing w:before="60" w:after="20"/>
              <w:rPr>
                <w:rFonts w:ascii="Aptos Display" w:hAnsi="Aptos Display"/>
                <w:sz w:val="22"/>
              </w:rPr>
            </w:pPr>
            <w:r w:rsidRPr="0047200F">
              <w:rPr>
                <w:rFonts w:ascii="Aptos Display" w:hAnsi="Aptos Display"/>
                <w:b/>
                <w:sz w:val="22"/>
              </w:rPr>
              <w:t xml:space="preserve">2026 statutory emphasis: </w:t>
            </w:r>
            <w:r w:rsidRPr="0047200F">
              <w:rPr>
                <w:rFonts w:ascii="Aptos Display" w:hAnsi="Aptos Display"/>
                <w:sz w:val="22"/>
              </w:rPr>
              <w:t>safe and happy families; caring friendships; loneliness and inclusion; kindness, simple boundaries and asking a trusted adult for help.</w:t>
            </w:r>
          </w:p>
          <w:p w14:paraId="62DDC7BB" w14:textId="77777777" w:rsidR="003F65DC" w:rsidRPr="0047200F" w:rsidRDefault="003F65DC">
            <w:pPr>
              <w:rPr>
                <w:rFonts w:ascii="Aptos Display" w:hAnsi="Aptos Display"/>
                <w:sz w:val="22"/>
              </w:rPr>
            </w:pPr>
          </w:p>
        </w:tc>
        <w:tc>
          <w:tcPr>
            <w:tcW w:w="2424" w:type="dxa"/>
            <w:shd w:val="clear" w:color="auto" w:fill="FFF2CC"/>
            <w:tcMar>
              <w:top w:w="70" w:type="dxa"/>
              <w:left w:w="70" w:type="dxa"/>
              <w:bottom w:w="70" w:type="dxa"/>
              <w:right w:w="70" w:type="dxa"/>
            </w:tcMar>
          </w:tcPr>
          <w:p w14:paraId="71443629" w14:textId="77777777" w:rsidR="003F65DC" w:rsidRPr="0047200F" w:rsidRDefault="003C1FBD">
            <w:pPr>
              <w:spacing w:after="0"/>
              <w:rPr>
                <w:rFonts w:ascii="Aptos Display" w:hAnsi="Aptos Display"/>
                <w:sz w:val="22"/>
              </w:rPr>
            </w:pPr>
            <w:r w:rsidRPr="0047200F">
              <w:rPr>
                <w:rFonts w:ascii="Aptos Display" w:hAnsi="Aptos Display"/>
                <w:b/>
                <w:sz w:val="22"/>
              </w:rPr>
              <w:lastRenderedPageBreak/>
              <w:t>Safety First + Digital Wellbeing</w:t>
            </w:r>
          </w:p>
          <w:p w14:paraId="60DEABF1" w14:textId="77777777" w:rsidR="003F65DC" w:rsidRPr="0047200F" w:rsidRDefault="003C1FBD">
            <w:pPr>
              <w:spacing w:after="0"/>
              <w:rPr>
                <w:rFonts w:ascii="Aptos Display" w:hAnsi="Aptos Display"/>
                <w:sz w:val="22"/>
              </w:rPr>
            </w:pPr>
            <w:r w:rsidRPr="0047200F">
              <w:rPr>
                <w:rFonts w:ascii="Aptos Display" w:hAnsi="Aptos Display"/>
                <w:sz w:val="22"/>
              </w:rPr>
              <w:t>• Home/outdoor safety, hazards, trusted adults and reporting concerns.</w:t>
            </w:r>
          </w:p>
          <w:p w14:paraId="59772FDD" w14:textId="77777777" w:rsidR="003F65DC" w:rsidRPr="0047200F" w:rsidRDefault="003C1FBD">
            <w:pPr>
              <w:spacing w:after="0"/>
              <w:rPr>
                <w:rFonts w:ascii="Aptos Display" w:hAnsi="Aptos Display"/>
                <w:sz w:val="22"/>
              </w:rPr>
            </w:pPr>
            <w:r w:rsidRPr="0047200F">
              <w:rPr>
                <w:rFonts w:ascii="Aptos Display" w:hAnsi="Aptos Display"/>
                <w:sz w:val="22"/>
              </w:rPr>
              <w:t>• Online safety, privacy, personal information and seeking help.</w:t>
            </w:r>
          </w:p>
          <w:p w14:paraId="1455D327" w14:textId="77777777" w:rsidR="00D63BB5" w:rsidRDefault="00D63BB5">
            <w:pPr>
              <w:spacing w:before="60" w:after="20"/>
              <w:rPr>
                <w:rFonts w:ascii="Aptos Display" w:hAnsi="Aptos Display"/>
                <w:b/>
                <w:sz w:val="22"/>
              </w:rPr>
            </w:pPr>
          </w:p>
          <w:p w14:paraId="748AE024" w14:textId="77777777" w:rsidR="00D63BB5" w:rsidRDefault="00D63BB5">
            <w:pPr>
              <w:spacing w:before="60" w:after="20"/>
              <w:rPr>
                <w:rFonts w:ascii="Aptos Display" w:hAnsi="Aptos Display"/>
                <w:b/>
                <w:sz w:val="22"/>
              </w:rPr>
            </w:pPr>
          </w:p>
          <w:p w14:paraId="5514228E" w14:textId="77777777" w:rsidR="00D63BB5" w:rsidRDefault="00D63BB5">
            <w:pPr>
              <w:spacing w:before="60" w:after="20"/>
              <w:rPr>
                <w:rFonts w:ascii="Aptos Display" w:hAnsi="Aptos Display"/>
                <w:b/>
                <w:sz w:val="22"/>
              </w:rPr>
            </w:pPr>
          </w:p>
          <w:p w14:paraId="4C742007" w14:textId="0EC5CB47" w:rsidR="003F65DC" w:rsidRPr="0047200F" w:rsidRDefault="003C1FBD">
            <w:pPr>
              <w:spacing w:before="60" w:after="20"/>
              <w:rPr>
                <w:rFonts w:ascii="Aptos Display" w:hAnsi="Aptos Display"/>
                <w:sz w:val="22"/>
              </w:rPr>
            </w:pPr>
            <w:r w:rsidRPr="0047200F">
              <w:rPr>
                <w:rFonts w:ascii="Aptos Display" w:hAnsi="Aptos Display"/>
                <w:b/>
                <w:sz w:val="22"/>
              </w:rPr>
              <w:t xml:space="preserve">2026 statutory emphasis: </w:t>
            </w:r>
            <w:r w:rsidRPr="0047200F">
              <w:rPr>
                <w:rFonts w:ascii="Aptos Display" w:hAnsi="Aptos Display"/>
                <w:sz w:val="22"/>
              </w:rPr>
              <w:t>safe and unsafe situations, appropriate contact, privacy and secrets, respectful online behaviour and telling an adult about worrying content.</w:t>
            </w:r>
          </w:p>
          <w:p w14:paraId="1DFD9838" w14:textId="77777777" w:rsidR="003F65DC" w:rsidRPr="0047200F" w:rsidRDefault="003F65DC">
            <w:pPr>
              <w:rPr>
                <w:rFonts w:ascii="Aptos Display" w:hAnsi="Aptos Display"/>
                <w:sz w:val="22"/>
              </w:rPr>
            </w:pPr>
          </w:p>
        </w:tc>
        <w:tc>
          <w:tcPr>
            <w:tcW w:w="2424" w:type="dxa"/>
            <w:shd w:val="clear" w:color="auto" w:fill="E2F0D9"/>
            <w:tcMar>
              <w:top w:w="70" w:type="dxa"/>
              <w:left w:w="70" w:type="dxa"/>
              <w:bottom w:w="70" w:type="dxa"/>
              <w:right w:w="70" w:type="dxa"/>
            </w:tcMar>
          </w:tcPr>
          <w:p w14:paraId="24C5507F" w14:textId="77777777" w:rsidR="003F65DC" w:rsidRPr="0047200F" w:rsidRDefault="003C1FBD">
            <w:pPr>
              <w:spacing w:after="0"/>
              <w:rPr>
                <w:rFonts w:ascii="Aptos Display" w:hAnsi="Aptos Display"/>
                <w:sz w:val="22"/>
              </w:rPr>
            </w:pPr>
            <w:r w:rsidRPr="0047200F">
              <w:rPr>
                <w:rFonts w:ascii="Aptos Display" w:hAnsi="Aptos Display"/>
                <w:b/>
                <w:sz w:val="22"/>
              </w:rPr>
              <w:lastRenderedPageBreak/>
              <w:t>Aiming High</w:t>
            </w:r>
          </w:p>
          <w:p w14:paraId="40ADDBCC" w14:textId="77777777" w:rsidR="003F65DC" w:rsidRPr="0047200F" w:rsidRDefault="003C1FBD">
            <w:pPr>
              <w:spacing w:after="0"/>
              <w:rPr>
                <w:rFonts w:ascii="Aptos Display" w:hAnsi="Aptos Display"/>
                <w:sz w:val="22"/>
              </w:rPr>
            </w:pPr>
            <w:r w:rsidRPr="0047200F">
              <w:rPr>
                <w:rFonts w:ascii="Aptos Display" w:hAnsi="Aptos Display"/>
                <w:sz w:val="22"/>
              </w:rPr>
              <w:t>• Strengths, goals, perseverance and future possibilities.</w:t>
            </w:r>
          </w:p>
          <w:p w14:paraId="12A1D01F" w14:textId="69E19387" w:rsidR="00D63BB5" w:rsidRDefault="00D63BB5">
            <w:pPr>
              <w:spacing w:after="0"/>
              <w:rPr>
                <w:rFonts w:ascii="Aptos Display" w:hAnsi="Aptos Display"/>
                <w:b/>
                <w:sz w:val="22"/>
              </w:rPr>
            </w:pPr>
          </w:p>
          <w:p w14:paraId="4CDA440C" w14:textId="77777777" w:rsidR="00D63BB5" w:rsidRDefault="00D63BB5">
            <w:pPr>
              <w:spacing w:after="0"/>
              <w:rPr>
                <w:rFonts w:ascii="Aptos Display" w:hAnsi="Aptos Display"/>
                <w:b/>
                <w:sz w:val="22"/>
              </w:rPr>
            </w:pPr>
          </w:p>
          <w:p w14:paraId="533F4C77" w14:textId="77777777" w:rsidR="00D63BB5" w:rsidRDefault="00D63BB5">
            <w:pPr>
              <w:spacing w:after="0"/>
              <w:rPr>
                <w:rFonts w:ascii="Aptos Display" w:hAnsi="Aptos Display"/>
                <w:b/>
                <w:sz w:val="22"/>
              </w:rPr>
            </w:pPr>
          </w:p>
          <w:p w14:paraId="52115FC6" w14:textId="77777777" w:rsidR="00D63BB5" w:rsidRDefault="00D63BB5">
            <w:pPr>
              <w:spacing w:after="0"/>
              <w:rPr>
                <w:rFonts w:ascii="Aptos Display" w:hAnsi="Aptos Display"/>
                <w:b/>
                <w:sz w:val="22"/>
              </w:rPr>
            </w:pPr>
          </w:p>
          <w:p w14:paraId="05A159A7" w14:textId="0906EDE8" w:rsidR="00D63BB5" w:rsidRDefault="00D63BB5">
            <w:pPr>
              <w:spacing w:after="0"/>
              <w:rPr>
                <w:rFonts w:ascii="Aptos Display" w:hAnsi="Aptos Display"/>
                <w:b/>
                <w:sz w:val="22"/>
              </w:rPr>
            </w:pPr>
          </w:p>
          <w:p w14:paraId="01D55AFB" w14:textId="77777777" w:rsidR="00D63BB5" w:rsidRDefault="00D63BB5">
            <w:pPr>
              <w:spacing w:after="0"/>
              <w:rPr>
                <w:rFonts w:ascii="Aptos Display" w:hAnsi="Aptos Display"/>
                <w:b/>
                <w:sz w:val="22"/>
              </w:rPr>
            </w:pPr>
          </w:p>
          <w:p w14:paraId="0E541E4C" w14:textId="77777777" w:rsidR="00D63BB5" w:rsidRDefault="00D63BB5">
            <w:pPr>
              <w:spacing w:after="0"/>
              <w:rPr>
                <w:rFonts w:ascii="Aptos Display" w:hAnsi="Aptos Display"/>
                <w:b/>
                <w:sz w:val="22"/>
              </w:rPr>
            </w:pPr>
          </w:p>
          <w:p w14:paraId="68D5FBC5" w14:textId="3594EC36" w:rsidR="003F65DC" w:rsidRPr="0047200F" w:rsidRDefault="00D63BB5">
            <w:pPr>
              <w:spacing w:after="0"/>
              <w:rPr>
                <w:rFonts w:ascii="Aptos Display" w:hAnsi="Aptos Display"/>
                <w:sz w:val="22"/>
              </w:rPr>
            </w:pPr>
            <w:r>
              <w:rPr>
                <w:rFonts w:ascii="Aptos Display" w:hAnsi="Aptos Display"/>
                <w:b/>
                <w:sz w:val="22"/>
              </w:rPr>
              <w:t>J</w:t>
            </w:r>
            <w:r w:rsidRPr="0047200F">
              <w:rPr>
                <w:rFonts w:ascii="Aptos Display" w:hAnsi="Aptos Display"/>
                <w:b/>
                <w:sz w:val="22"/>
              </w:rPr>
              <w:t>ourney in Love — Physical: We meet God’s love in our family</w:t>
            </w:r>
          </w:p>
          <w:p w14:paraId="7428AC86" w14:textId="77777777" w:rsidR="003F65DC" w:rsidRPr="0047200F" w:rsidRDefault="003C1FBD">
            <w:pPr>
              <w:spacing w:after="0"/>
              <w:rPr>
                <w:rFonts w:ascii="Aptos Display" w:hAnsi="Aptos Display"/>
                <w:sz w:val="22"/>
              </w:rPr>
            </w:pPr>
            <w:r w:rsidRPr="0047200F">
              <w:rPr>
                <w:rFonts w:ascii="Aptos Display" w:hAnsi="Aptos Display"/>
                <w:sz w:val="22"/>
              </w:rPr>
              <w:t>To recognise how I am cared for and kept safe in my family.</w:t>
            </w:r>
          </w:p>
          <w:p w14:paraId="576F8977" w14:textId="77777777" w:rsidR="003F65DC" w:rsidRPr="0047200F" w:rsidRDefault="003F65DC">
            <w:pPr>
              <w:rPr>
                <w:rFonts w:ascii="Aptos Display" w:hAnsi="Aptos Display"/>
                <w:sz w:val="22"/>
              </w:rPr>
            </w:pPr>
          </w:p>
        </w:tc>
        <w:tc>
          <w:tcPr>
            <w:tcW w:w="2424" w:type="dxa"/>
            <w:shd w:val="clear" w:color="auto" w:fill="E2F0D9"/>
            <w:tcMar>
              <w:top w:w="70" w:type="dxa"/>
              <w:left w:w="70" w:type="dxa"/>
              <w:bottom w:w="70" w:type="dxa"/>
              <w:right w:w="70" w:type="dxa"/>
            </w:tcMar>
          </w:tcPr>
          <w:p w14:paraId="6CF96C93" w14:textId="77777777" w:rsidR="003F65DC" w:rsidRPr="0047200F" w:rsidRDefault="003C1FBD">
            <w:pPr>
              <w:spacing w:after="0"/>
              <w:rPr>
                <w:rFonts w:ascii="Aptos Display" w:hAnsi="Aptos Display"/>
                <w:sz w:val="22"/>
              </w:rPr>
            </w:pPr>
            <w:r w:rsidRPr="0047200F">
              <w:rPr>
                <w:rFonts w:ascii="Aptos Display" w:hAnsi="Aptos Display"/>
                <w:b/>
                <w:sz w:val="22"/>
              </w:rPr>
              <w:lastRenderedPageBreak/>
              <w:t>Money Matters (selected)</w:t>
            </w:r>
          </w:p>
          <w:p w14:paraId="37C73525" w14:textId="77777777" w:rsidR="003F65DC" w:rsidRPr="0047200F" w:rsidRDefault="003C1FBD">
            <w:pPr>
              <w:spacing w:after="0"/>
              <w:rPr>
                <w:rFonts w:ascii="Aptos Display" w:hAnsi="Aptos Display"/>
                <w:sz w:val="22"/>
              </w:rPr>
            </w:pPr>
            <w:r w:rsidRPr="0047200F">
              <w:rPr>
                <w:rFonts w:ascii="Aptos Display" w:hAnsi="Aptos Display"/>
                <w:sz w:val="22"/>
              </w:rPr>
              <w:t>• Money, needs and wants, saving, spending and making choices.</w:t>
            </w:r>
          </w:p>
          <w:p w14:paraId="704E9C16" w14:textId="77777777" w:rsidR="003F65DC" w:rsidRPr="0047200F" w:rsidRDefault="003F65DC">
            <w:pPr>
              <w:rPr>
                <w:rFonts w:ascii="Aptos Display" w:hAnsi="Aptos Display"/>
                <w:sz w:val="22"/>
              </w:rPr>
            </w:pPr>
          </w:p>
        </w:tc>
        <w:tc>
          <w:tcPr>
            <w:tcW w:w="2424" w:type="dxa"/>
            <w:shd w:val="clear" w:color="auto" w:fill="F4CCCC"/>
            <w:tcMar>
              <w:top w:w="70" w:type="dxa"/>
              <w:left w:w="70" w:type="dxa"/>
              <w:bottom w:w="70" w:type="dxa"/>
              <w:right w:w="70" w:type="dxa"/>
            </w:tcMar>
          </w:tcPr>
          <w:p w14:paraId="12C6FB6B" w14:textId="77777777" w:rsidR="003F65DC" w:rsidRPr="0047200F" w:rsidRDefault="003C1FBD">
            <w:pPr>
              <w:spacing w:after="0"/>
              <w:rPr>
                <w:rFonts w:ascii="Aptos Display" w:hAnsi="Aptos Display"/>
                <w:sz w:val="22"/>
              </w:rPr>
            </w:pPr>
            <w:r w:rsidRPr="0047200F">
              <w:rPr>
                <w:rFonts w:ascii="Aptos Display" w:hAnsi="Aptos Display"/>
                <w:b/>
                <w:sz w:val="22"/>
              </w:rPr>
              <w:t>Be Yourself + Diverse Britain (selected)</w:t>
            </w:r>
          </w:p>
          <w:p w14:paraId="76A8026C" w14:textId="77777777" w:rsidR="003F65DC" w:rsidRPr="0047200F" w:rsidRDefault="003C1FBD">
            <w:pPr>
              <w:spacing w:after="0"/>
              <w:rPr>
                <w:rFonts w:ascii="Aptos Display" w:hAnsi="Aptos Display"/>
                <w:sz w:val="22"/>
              </w:rPr>
            </w:pPr>
            <w:r w:rsidRPr="0047200F">
              <w:rPr>
                <w:rFonts w:ascii="Aptos Display" w:hAnsi="Aptos Display"/>
                <w:sz w:val="22"/>
              </w:rPr>
              <w:t>• Self-worth, strengths and expressing views respectfully.</w:t>
            </w:r>
          </w:p>
          <w:p w14:paraId="2671DF2C" w14:textId="77777777" w:rsidR="003F65DC" w:rsidRPr="0047200F" w:rsidRDefault="003C1FBD">
            <w:pPr>
              <w:spacing w:after="0"/>
              <w:rPr>
                <w:rFonts w:ascii="Aptos Display" w:hAnsi="Aptos Display"/>
                <w:sz w:val="22"/>
              </w:rPr>
            </w:pPr>
            <w:r w:rsidRPr="0047200F">
              <w:rPr>
                <w:rFonts w:ascii="Aptos Display" w:hAnsi="Aptos Display"/>
                <w:sz w:val="22"/>
              </w:rPr>
              <w:t>• Difference, respect, belonging and fair treatment.</w:t>
            </w:r>
          </w:p>
          <w:p w14:paraId="22593954" w14:textId="77777777" w:rsidR="00D63BB5" w:rsidRDefault="00D63BB5">
            <w:pPr>
              <w:spacing w:after="0"/>
              <w:rPr>
                <w:rFonts w:ascii="Aptos Display" w:hAnsi="Aptos Display"/>
                <w:b/>
                <w:sz w:val="22"/>
              </w:rPr>
            </w:pPr>
          </w:p>
          <w:p w14:paraId="16409B12" w14:textId="77777777" w:rsidR="00D63BB5" w:rsidRDefault="00D63BB5">
            <w:pPr>
              <w:spacing w:after="0"/>
              <w:rPr>
                <w:rFonts w:ascii="Aptos Display" w:hAnsi="Aptos Display"/>
                <w:b/>
                <w:sz w:val="22"/>
              </w:rPr>
            </w:pPr>
          </w:p>
          <w:p w14:paraId="0D0B5CED" w14:textId="77777777" w:rsidR="00D63BB5" w:rsidRDefault="00D63BB5">
            <w:pPr>
              <w:spacing w:after="0"/>
              <w:rPr>
                <w:rFonts w:ascii="Aptos Display" w:hAnsi="Aptos Display"/>
                <w:b/>
                <w:sz w:val="22"/>
              </w:rPr>
            </w:pPr>
          </w:p>
          <w:p w14:paraId="798B7139" w14:textId="4789D05D" w:rsidR="003F65DC" w:rsidRPr="0047200F" w:rsidRDefault="003C1FBD">
            <w:pPr>
              <w:spacing w:after="0"/>
              <w:rPr>
                <w:rFonts w:ascii="Aptos Display" w:hAnsi="Aptos Display"/>
                <w:sz w:val="22"/>
              </w:rPr>
            </w:pPr>
            <w:r w:rsidRPr="0047200F">
              <w:rPr>
                <w:rFonts w:ascii="Aptos Display" w:hAnsi="Aptos Display"/>
                <w:b/>
                <w:sz w:val="22"/>
              </w:rPr>
              <w:t>Journey in Love — Spiritual: We meet God’s love in our family</w:t>
            </w:r>
          </w:p>
          <w:p w14:paraId="75839A87" w14:textId="77777777" w:rsidR="003F65DC" w:rsidRPr="0047200F" w:rsidRDefault="003C1FBD">
            <w:pPr>
              <w:spacing w:after="0"/>
              <w:rPr>
                <w:rFonts w:ascii="Aptos Display" w:hAnsi="Aptos Display"/>
                <w:sz w:val="22"/>
              </w:rPr>
            </w:pPr>
            <w:r w:rsidRPr="0047200F">
              <w:rPr>
                <w:rFonts w:ascii="Aptos Display" w:hAnsi="Aptos Display"/>
                <w:sz w:val="22"/>
              </w:rPr>
              <w:t>To celebrate ways that God loves and cares for us.</w:t>
            </w:r>
          </w:p>
          <w:p w14:paraId="54CC32F0" w14:textId="77777777" w:rsidR="003F65DC" w:rsidRPr="0047200F" w:rsidRDefault="003F65DC">
            <w:pPr>
              <w:rPr>
                <w:rFonts w:ascii="Aptos Display" w:hAnsi="Aptos Display"/>
                <w:sz w:val="22"/>
              </w:rPr>
            </w:pPr>
          </w:p>
        </w:tc>
        <w:tc>
          <w:tcPr>
            <w:tcW w:w="2424" w:type="dxa"/>
            <w:shd w:val="clear" w:color="auto" w:fill="F4CCCC"/>
            <w:tcMar>
              <w:top w:w="70" w:type="dxa"/>
              <w:left w:w="70" w:type="dxa"/>
              <w:bottom w:w="70" w:type="dxa"/>
              <w:right w:w="70" w:type="dxa"/>
            </w:tcMar>
          </w:tcPr>
          <w:p w14:paraId="38CB11CE" w14:textId="77777777" w:rsidR="003F65DC" w:rsidRPr="0047200F" w:rsidRDefault="003C1FBD">
            <w:pPr>
              <w:spacing w:after="0"/>
              <w:rPr>
                <w:rFonts w:ascii="Aptos Display" w:hAnsi="Aptos Display"/>
                <w:sz w:val="22"/>
              </w:rPr>
            </w:pPr>
            <w:r w:rsidRPr="0047200F">
              <w:rPr>
                <w:rFonts w:ascii="Aptos Display" w:hAnsi="Aptos Display"/>
                <w:b/>
                <w:sz w:val="22"/>
              </w:rPr>
              <w:lastRenderedPageBreak/>
              <w:t>One World (selected)</w:t>
            </w:r>
          </w:p>
          <w:p w14:paraId="6176E5E6" w14:textId="77777777" w:rsidR="003F65DC" w:rsidRPr="0047200F" w:rsidRDefault="003C1FBD">
            <w:pPr>
              <w:spacing w:after="0"/>
              <w:rPr>
                <w:rFonts w:ascii="Aptos Display" w:hAnsi="Aptos Display"/>
                <w:sz w:val="22"/>
              </w:rPr>
            </w:pPr>
            <w:r w:rsidRPr="0047200F">
              <w:rPr>
                <w:rFonts w:ascii="Aptos Display" w:hAnsi="Aptos Display"/>
                <w:sz w:val="22"/>
              </w:rPr>
              <w:t>• Similarities/differences, caring for creation and wider community responsibility.</w:t>
            </w:r>
          </w:p>
          <w:p w14:paraId="295E8F22" w14:textId="77777777" w:rsidR="003F65DC" w:rsidRPr="0047200F" w:rsidRDefault="003F65DC">
            <w:pPr>
              <w:rPr>
                <w:rFonts w:ascii="Aptos Display" w:hAnsi="Aptos Display"/>
                <w:sz w:val="22"/>
              </w:rPr>
            </w:pPr>
          </w:p>
        </w:tc>
      </w:tr>
    </w:tbl>
    <w:p w14:paraId="146AD097" w14:textId="77777777" w:rsidR="003F65DC" w:rsidRPr="0047200F" w:rsidRDefault="003F65DC">
      <w:pPr>
        <w:spacing w:before="60" w:after="40"/>
        <w:rPr>
          <w:rFonts w:ascii="Aptos Display" w:hAnsi="Aptos Display"/>
          <w:sz w:val="22"/>
        </w:rPr>
      </w:pPr>
    </w:p>
    <w:p w14:paraId="60D0F20B" w14:textId="77777777" w:rsidR="003F65DC" w:rsidRPr="0047200F" w:rsidRDefault="003C1FBD">
      <w:pPr>
        <w:rPr>
          <w:rFonts w:ascii="Aptos Display" w:hAnsi="Aptos Display"/>
          <w:sz w:val="22"/>
        </w:rPr>
      </w:pPr>
      <w:r w:rsidRPr="0047200F">
        <w:rPr>
          <w:rFonts w:ascii="Aptos Display" w:hAnsi="Aptos Display"/>
          <w:sz w:val="22"/>
        </w:rPr>
        <w:br w:type="page"/>
      </w:r>
    </w:p>
    <w:p w14:paraId="4AE26AE2" w14:textId="77777777" w:rsidR="003F65DC" w:rsidRDefault="003C1FBD">
      <w:pPr>
        <w:spacing w:after="40"/>
        <w:rPr>
          <w:rFonts w:ascii="Aptos Display" w:hAnsi="Aptos Display"/>
          <w:b/>
          <w:sz w:val="22"/>
        </w:rPr>
      </w:pPr>
      <w:r w:rsidRPr="0047200F">
        <w:rPr>
          <w:rFonts w:ascii="Aptos Display" w:hAnsi="Aptos Display"/>
          <w:b/>
          <w:sz w:val="22"/>
        </w:rPr>
        <w:lastRenderedPageBreak/>
        <w:t>Year 2 - Community, friendship and responsibility</w:t>
      </w:r>
    </w:p>
    <w:p w14:paraId="7F4CDE8E" w14:textId="77777777" w:rsidR="00D63BB5" w:rsidRPr="0047200F" w:rsidRDefault="00D63BB5">
      <w:pPr>
        <w:spacing w:after="40"/>
        <w:rPr>
          <w:rFonts w:ascii="Aptos Display" w:hAnsi="Aptos Display"/>
          <w:sz w:val="22"/>
        </w:rPr>
      </w:pPr>
    </w:p>
    <w:p w14:paraId="6B2B469A" w14:textId="77777777" w:rsidR="003F65DC" w:rsidRDefault="003C1FBD">
      <w:pPr>
        <w:spacing w:after="80"/>
        <w:rPr>
          <w:rFonts w:ascii="Aptos Display" w:hAnsi="Aptos Display"/>
          <w:sz w:val="22"/>
        </w:rPr>
      </w:pPr>
      <w:r w:rsidRPr="0047200F">
        <w:rPr>
          <w:rFonts w:ascii="Aptos Display" w:hAnsi="Aptos Display"/>
          <w:b/>
          <w:bCs/>
          <w:sz w:val="22"/>
        </w:rPr>
        <w:t>Journey in Love theme: We meet God's love in the community</w:t>
      </w:r>
      <w:r w:rsidRPr="0047200F">
        <w:rPr>
          <w:rFonts w:ascii="Aptos Display" w:hAnsi="Aptos Display"/>
          <w:sz w:val="22"/>
        </w:rPr>
        <w:t xml:space="preserve"> Across the year, children will: • Develop positive ways to manage thoughts and feelings. • Learn about teamwork, kindness, bullying and getting help. • Use the internet safely and understand personal information and privacy. • Explore money, aspirations, diversity and global responsibility. • Learn age-appropriate health, hygiene, privacy and boundary messages. </w:t>
      </w:r>
    </w:p>
    <w:p w14:paraId="67633EB0" w14:textId="77777777" w:rsidR="00D63BB5" w:rsidRPr="0047200F" w:rsidRDefault="00D63BB5">
      <w:pPr>
        <w:spacing w:after="80"/>
        <w:rPr>
          <w:rFonts w:ascii="Aptos Display" w:hAnsi="Aptos Display"/>
          <w:sz w:val="22"/>
        </w:rPr>
      </w:pP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47200F" w14:paraId="45CA633D" w14:textId="77777777">
        <w:trPr>
          <w:jc w:val="center"/>
        </w:trPr>
        <w:tc>
          <w:tcPr>
            <w:tcW w:w="2424" w:type="dxa"/>
            <w:shd w:val="clear" w:color="auto" w:fill="FFF2CC"/>
            <w:tcMar>
              <w:top w:w="70" w:type="dxa"/>
              <w:left w:w="70" w:type="dxa"/>
              <w:bottom w:w="70" w:type="dxa"/>
              <w:right w:w="70" w:type="dxa"/>
            </w:tcMar>
          </w:tcPr>
          <w:p w14:paraId="76406E5D" w14:textId="77777777" w:rsidR="003F65DC" w:rsidRPr="0047200F" w:rsidRDefault="003C1FBD">
            <w:pPr>
              <w:jc w:val="center"/>
              <w:rPr>
                <w:rFonts w:ascii="Aptos Display" w:hAnsi="Aptos Display"/>
                <w:sz w:val="22"/>
              </w:rPr>
            </w:pPr>
            <w:r w:rsidRPr="0047200F">
              <w:rPr>
                <w:rFonts w:ascii="Aptos Display" w:hAnsi="Aptos Display"/>
                <w:b/>
                <w:sz w:val="22"/>
              </w:rPr>
              <w:t>Autumn 1</w:t>
            </w:r>
          </w:p>
        </w:tc>
        <w:tc>
          <w:tcPr>
            <w:tcW w:w="2424" w:type="dxa"/>
            <w:shd w:val="clear" w:color="auto" w:fill="FFF2CC"/>
            <w:tcMar>
              <w:top w:w="70" w:type="dxa"/>
              <w:left w:w="70" w:type="dxa"/>
              <w:bottom w:w="70" w:type="dxa"/>
              <w:right w:w="70" w:type="dxa"/>
            </w:tcMar>
          </w:tcPr>
          <w:p w14:paraId="20D6DFB2" w14:textId="77777777" w:rsidR="003F65DC" w:rsidRPr="0047200F" w:rsidRDefault="003C1FBD">
            <w:pPr>
              <w:jc w:val="center"/>
              <w:rPr>
                <w:rFonts w:ascii="Aptos Display" w:hAnsi="Aptos Display"/>
                <w:sz w:val="22"/>
              </w:rPr>
            </w:pPr>
            <w:r w:rsidRPr="0047200F">
              <w:rPr>
                <w:rFonts w:ascii="Aptos Display" w:hAnsi="Aptos Display"/>
                <w:b/>
                <w:sz w:val="22"/>
              </w:rPr>
              <w:t>Autumn 2</w:t>
            </w:r>
          </w:p>
        </w:tc>
        <w:tc>
          <w:tcPr>
            <w:tcW w:w="2424" w:type="dxa"/>
            <w:shd w:val="clear" w:color="auto" w:fill="E2F0D9"/>
            <w:tcMar>
              <w:top w:w="70" w:type="dxa"/>
              <w:left w:w="70" w:type="dxa"/>
              <w:bottom w:w="70" w:type="dxa"/>
              <w:right w:w="70" w:type="dxa"/>
            </w:tcMar>
          </w:tcPr>
          <w:p w14:paraId="6E507785" w14:textId="77777777" w:rsidR="003F65DC" w:rsidRPr="0047200F" w:rsidRDefault="003C1FBD">
            <w:pPr>
              <w:jc w:val="center"/>
              <w:rPr>
                <w:rFonts w:ascii="Aptos Display" w:hAnsi="Aptos Display"/>
                <w:sz w:val="22"/>
              </w:rPr>
            </w:pPr>
            <w:r w:rsidRPr="0047200F">
              <w:rPr>
                <w:rFonts w:ascii="Aptos Display" w:hAnsi="Aptos Display"/>
                <w:b/>
                <w:sz w:val="22"/>
              </w:rPr>
              <w:t>Spring 1</w:t>
            </w:r>
          </w:p>
        </w:tc>
        <w:tc>
          <w:tcPr>
            <w:tcW w:w="2424" w:type="dxa"/>
            <w:shd w:val="clear" w:color="auto" w:fill="E2F0D9"/>
            <w:tcMar>
              <w:top w:w="70" w:type="dxa"/>
              <w:left w:w="70" w:type="dxa"/>
              <w:bottom w:w="70" w:type="dxa"/>
              <w:right w:w="70" w:type="dxa"/>
            </w:tcMar>
          </w:tcPr>
          <w:p w14:paraId="20060A93" w14:textId="77777777" w:rsidR="003F65DC" w:rsidRPr="0047200F" w:rsidRDefault="003C1FBD">
            <w:pPr>
              <w:jc w:val="center"/>
              <w:rPr>
                <w:rFonts w:ascii="Aptos Display" w:hAnsi="Aptos Display"/>
                <w:sz w:val="22"/>
              </w:rPr>
            </w:pPr>
            <w:r w:rsidRPr="0047200F">
              <w:rPr>
                <w:rFonts w:ascii="Aptos Display" w:hAnsi="Aptos Display"/>
                <w:b/>
                <w:sz w:val="22"/>
              </w:rPr>
              <w:t>Spring 2</w:t>
            </w:r>
          </w:p>
        </w:tc>
        <w:tc>
          <w:tcPr>
            <w:tcW w:w="2424" w:type="dxa"/>
            <w:shd w:val="clear" w:color="auto" w:fill="F4CCCC"/>
            <w:tcMar>
              <w:top w:w="70" w:type="dxa"/>
              <w:left w:w="70" w:type="dxa"/>
              <w:bottom w:w="70" w:type="dxa"/>
              <w:right w:w="70" w:type="dxa"/>
            </w:tcMar>
          </w:tcPr>
          <w:p w14:paraId="22D07A8D" w14:textId="77777777" w:rsidR="003F65DC" w:rsidRPr="0047200F" w:rsidRDefault="003C1FBD">
            <w:pPr>
              <w:jc w:val="center"/>
              <w:rPr>
                <w:rFonts w:ascii="Aptos Display" w:hAnsi="Aptos Display"/>
                <w:sz w:val="22"/>
              </w:rPr>
            </w:pPr>
            <w:r w:rsidRPr="0047200F">
              <w:rPr>
                <w:rFonts w:ascii="Aptos Display" w:hAnsi="Aptos Display"/>
                <w:b/>
                <w:sz w:val="22"/>
              </w:rPr>
              <w:t>Summer 1</w:t>
            </w:r>
          </w:p>
        </w:tc>
        <w:tc>
          <w:tcPr>
            <w:tcW w:w="2424" w:type="dxa"/>
            <w:shd w:val="clear" w:color="auto" w:fill="F4CCCC"/>
            <w:tcMar>
              <w:top w:w="70" w:type="dxa"/>
              <w:left w:w="70" w:type="dxa"/>
              <w:bottom w:w="70" w:type="dxa"/>
              <w:right w:w="70" w:type="dxa"/>
            </w:tcMar>
          </w:tcPr>
          <w:p w14:paraId="32FA4233" w14:textId="77777777" w:rsidR="003F65DC" w:rsidRPr="0047200F" w:rsidRDefault="003C1FBD">
            <w:pPr>
              <w:jc w:val="center"/>
              <w:rPr>
                <w:rFonts w:ascii="Aptos Display" w:hAnsi="Aptos Display"/>
                <w:sz w:val="22"/>
              </w:rPr>
            </w:pPr>
            <w:r w:rsidRPr="0047200F">
              <w:rPr>
                <w:rFonts w:ascii="Aptos Display" w:hAnsi="Aptos Display"/>
                <w:b/>
                <w:sz w:val="22"/>
              </w:rPr>
              <w:t>Summer 2</w:t>
            </w:r>
          </w:p>
        </w:tc>
      </w:tr>
      <w:tr w:rsidR="003F65DC" w:rsidRPr="0047200F" w14:paraId="36AE0E31" w14:textId="77777777">
        <w:trPr>
          <w:jc w:val="center"/>
        </w:trPr>
        <w:tc>
          <w:tcPr>
            <w:tcW w:w="2424" w:type="dxa"/>
            <w:shd w:val="clear" w:color="auto" w:fill="FFF2CC"/>
            <w:tcMar>
              <w:top w:w="70" w:type="dxa"/>
              <w:left w:w="70" w:type="dxa"/>
              <w:bottom w:w="70" w:type="dxa"/>
              <w:right w:w="70" w:type="dxa"/>
            </w:tcMar>
          </w:tcPr>
          <w:p w14:paraId="004DE44B" w14:textId="77777777" w:rsidR="003F65DC" w:rsidRPr="0047200F" w:rsidRDefault="003C1FBD">
            <w:pPr>
              <w:spacing w:after="0"/>
              <w:rPr>
                <w:rFonts w:ascii="Aptos Display" w:hAnsi="Aptos Display"/>
                <w:sz w:val="22"/>
              </w:rPr>
            </w:pPr>
            <w:r w:rsidRPr="0047200F">
              <w:rPr>
                <w:rFonts w:ascii="Aptos Display" w:hAnsi="Aptos Display"/>
                <w:b/>
                <w:sz w:val="22"/>
              </w:rPr>
              <w:t>Think Positive + TEAM (selected)</w:t>
            </w:r>
          </w:p>
          <w:p w14:paraId="473BCF83" w14:textId="77777777" w:rsidR="003F65DC" w:rsidRPr="0047200F" w:rsidRDefault="003C1FBD">
            <w:pPr>
              <w:spacing w:after="0"/>
              <w:rPr>
                <w:rFonts w:ascii="Aptos Display" w:hAnsi="Aptos Display"/>
                <w:sz w:val="22"/>
              </w:rPr>
            </w:pPr>
            <w:r w:rsidRPr="0047200F">
              <w:rPr>
                <w:rFonts w:ascii="Aptos Display" w:hAnsi="Aptos Display"/>
                <w:sz w:val="22"/>
              </w:rPr>
              <w:t>• Feelings, difficult emotions and seeking support.</w:t>
            </w:r>
          </w:p>
          <w:p w14:paraId="5C94AC42" w14:textId="77777777" w:rsidR="003F65DC" w:rsidRDefault="003C1FBD">
            <w:pPr>
              <w:spacing w:after="0"/>
              <w:rPr>
                <w:rFonts w:ascii="Aptos Display" w:hAnsi="Aptos Display"/>
                <w:sz w:val="22"/>
              </w:rPr>
            </w:pPr>
            <w:r w:rsidRPr="0047200F">
              <w:rPr>
                <w:rFonts w:ascii="Aptos Display" w:hAnsi="Aptos Display"/>
                <w:sz w:val="22"/>
              </w:rPr>
              <w:t>• Teamwork, kindness, bullying awareness and reporting.</w:t>
            </w:r>
          </w:p>
          <w:p w14:paraId="4EA135C5" w14:textId="77777777" w:rsidR="0047200F" w:rsidRDefault="0047200F">
            <w:pPr>
              <w:spacing w:after="0"/>
              <w:rPr>
                <w:rFonts w:ascii="Aptos Display" w:hAnsi="Aptos Display"/>
                <w:sz w:val="22"/>
              </w:rPr>
            </w:pPr>
          </w:p>
          <w:p w14:paraId="19989F95" w14:textId="77777777" w:rsidR="0047200F" w:rsidRPr="0047200F" w:rsidRDefault="0047200F">
            <w:pPr>
              <w:spacing w:after="0"/>
              <w:rPr>
                <w:rFonts w:ascii="Aptos Display" w:hAnsi="Aptos Display"/>
                <w:sz w:val="22"/>
              </w:rPr>
            </w:pPr>
          </w:p>
          <w:p w14:paraId="0F2EE8E1" w14:textId="77777777" w:rsidR="003F65DC" w:rsidRPr="0047200F" w:rsidRDefault="003C1FBD">
            <w:pPr>
              <w:spacing w:after="0"/>
              <w:rPr>
                <w:rFonts w:ascii="Aptos Display" w:hAnsi="Aptos Display"/>
                <w:sz w:val="22"/>
              </w:rPr>
            </w:pPr>
            <w:r w:rsidRPr="0047200F">
              <w:rPr>
                <w:rFonts w:ascii="Aptos Display" w:hAnsi="Aptos Display"/>
                <w:b/>
                <w:sz w:val="22"/>
              </w:rPr>
              <w:t>Journey in Love — Social &amp; Emotional: We meet God’s love in the community</w:t>
            </w:r>
          </w:p>
          <w:p w14:paraId="15A8B9BC" w14:textId="77777777" w:rsidR="003F65DC" w:rsidRPr="0047200F" w:rsidRDefault="003C1FBD">
            <w:pPr>
              <w:spacing w:after="0"/>
              <w:rPr>
                <w:rFonts w:ascii="Aptos Display" w:hAnsi="Aptos Display"/>
                <w:sz w:val="22"/>
              </w:rPr>
            </w:pPr>
            <w:r w:rsidRPr="0047200F">
              <w:rPr>
                <w:rFonts w:ascii="Aptos Display" w:hAnsi="Aptos Display"/>
                <w:sz w:val="22"/>
              </w:rPr>
              <w:t>To recognise the joy and friendship of belonging to a diverse community.</w:t>
            </w:r>
          </w:p>
          <w:p w14:paraId="04EA2B68" w14:textId="77777777" w:rsidR="003F65DC" w:rsidRPr="0047200F" w:rsidRDefault="003F65DC">
            <w:pPr>
              <w:rPr>
                <w:rFonts w:ascii="Aptos Display" w:hAnsi="Aptos Display"/>
                <w:sz w:val="22"/>
              </w:rPr>
            </w:pPr>
          </w:p>
        </w:tc>
        <w:tc>
          <w:tcPr>
            <w:tcW w:w="2424" w:type="dxa"/>
            <w:shd w:val="clear" w:color="auto" w:fill="FFF2CC"/>
            <w:tcMar>
              <w:top w:w="70" w:type="dxa"/>
              <w:left w:w="70" w:type="dxa"/>
              <w:bottom w:w="70" w:type="dxa"/>
              <w:right w:w="70" w:type="dxa"/>
            </w:tcMar>
          </w:tcPr>
          <w:p w14:paraId="268FDA8C" w14:textId="77777777" w:rsidR="003F65DC" w:rsidRPr="0047200F" w:rsidRDefault="003C1FBD">
            <w:pPr>
              <w:spacing w:after="0"/>
              <w:rPr>
                <w:rFonts w:ascii="Aptos Display" w:hAnsi="Aptos Display"/>
                <w:sz w:val="22"/>
              </w:rPr>
            </w:pPr>
            <w:r w:rsidRPr="0047200F">
              <w:rPr>
                <w:rFonts w:ascii="Aptos Display" w:hAnsi="Aptos Display"/>
                <w:b/>
                <w:sz w:val="22"/>
              </w:rPr>
              <w:t>Safety First + Digital Wellbeing</w:t>
            </w:r>
          </w:p>
          <w:p w14:paraId="77BFF550" w14:textId="77777777" w:rsidR="003F65DC" w:rsidRPr="0047200F" w:rsidRDefault="003C1FBD">
            <w:pPr>
              <w:spacing w:after="0"/>
              <w:rPr>
                <w:rFonts w:ascii="Aptos Display" w:hAnsi="Aptos Display"/>
                <w:sz w:val="22"/>
              </w:rPr>
            </w:pPr>
            <w:r w:rsidRPr="0047200F">
              <w:rPr>
                <w:rFonts w:ascii="Aptos Display" w:hAnsi="Aptos Display"/>
                <w:sz w:val="22"/>
              </w:rPr>
              <w:t>• Personal/community safety, trusted adults and emergencies.</w:t>
            </w:r>
          </w:p>
          <w:p w14:paraId="1A32F0B5" w14:textId="77777777" w:rsidR="003F65DC" w:rsidRPr="0047200F" w:rsidRDefault="003C1FBD">
            <w:pPr>
              <w:spacing w:after="0"/>
              <w:rPr>
                <w:rFonts w:ascii="Aptos Display" w:hAnsi="Aptos Display"/>
                <w:sz w:val="22"/>
              </w:rPr>
            </w:pPr>
            <w:r w:rsidRPr="0047200F">
              <w:rPr>
                <w:rFonts w:ascii="Aptos Display" w:hAnsi="Aptos Display"/>
                <w:sz w:val="22"/>
              </w:rPr>
              <w:t>• Online safety, privacy, respectful behaviour and healthy digital habits.</w:t>
            </w:r>
          </w:p>
          <w:p w14:paraId="2F48FFEF" w14:textId="77777777" w:rsidR="0047200F" w:rsidRDefault="0047200F">
            <w:pPr>
              <w:spacing w:before="60" w:after="20"/>
              <w:rPr>
                <w:rFonts w:ascii="Aptos Display" w:hAnsi="Aptos Display"/>
                <w:b/>
                <w:sz w:val="22"/>
              </w:rPr>
            </w:pPr>
          </w:p>
          <w:p w14:paraId="1E8F45CC" w14:textId="77777777" w:rsidR="0047200F" w:rsidRDefault="0047200F">
            <w:pPr>
              <w:spacing w:before="60" w:after="20"/>
              <w:rPr>
                <w:rFonts w:ascii="Aptos Display" w:hAnsi="Aptos Display"/>
                <w:b/>
                <w:sz w:val="22"/>
              </w:rPr>
            </w:pPr>
          </w:p>
          <w:p w14:paraId="79757201" w14:textId="77777777" w:rsidR="003F65DC" w:rsidRPr="0047200F" w:rsidRDefault="003C1FBD">
            <w:pPr>
              <w:spacing w:before="60" w:after="20"/>
              <w:rPr>
                <w:rFonts w:ascii="Aptos Display" w:hAnsi="Aptos Display"/>
                <w:sz w:val="22"/>
              </w:rPr>
            </w:pPr>
            <w:r w:rsidRPr="0047200F">
              <w:rPr>
                <w:rFonts w:ascii="Aptos Display" w:hAnsi="Aptos Display"/>
                <w:b/>
                <w:sz w:val="22"/>
              </w:rPr>
              <w:t xml:space="preserve">2026 statutory emphasis: </w:t>
            </w:r>
            <w:r w:rsidRPr="0047200F">
              <w:rPr>
                <w:rFonts w:ascii="Aptos Display" w:hAnsi="Aptos Display"/>
                <w:sz w:val="22"/>
              </w:rPr>
              <w:t>online privacy, personal information, safe contact, harmful content, trusted adults and reporting concerns.</w:t>
            </w:r>
          </w:p>
          <w:p w14:paraId="29A39AD5" w14:textId="77777777" w:rsidR="003F65DC" w:rsidRPr="0047200F" w:rsidRDefault="003F65DC">
            <w:pPr>
              <w:rPr>
                <w:rFonts w:ascii="Aptos Display" w:hAnsi="Aptos Display"/>
                <w:sz w:val="22"/>
              </w:rPr>
            </w:pPr>
          </w:p>
        </w:tc>
        <w:tc>
          <w:tcPr>
            <w:tcW w:w="2424" w:type="dxa"/>
            <w:shd w:val="clear" w:color="auto" w:fill="E2F0D9"/>
            <w:tcMar>
              <w:top w:w="70" w:type="dxa"/>
              <w:left w:w="70" w:type="dxa"/>
              <w:bottom w:w="70" w:type="dxa"/>
              <w:right w:w="70" w:type="dxa"/>
            </w:tcMar>
          </w:tcPr>
          <w:p w14:paraId="0477AAA2" w14:textId="77777777" w:rsidR="003F65DC" w:rsidRPr="0047200F" w:rsidRDefault="003C1FBD">
            <w:pPr>
              <w:spacing w:after="0"/>
              <w:rPr>
                <w:rFonts w:ascii="Aptos Display" w:hAnsi="Aptos Display"/>
                <w:sz w:val="22"/>
              </w:rPr>
            </w:pPr>
            <w:r w:rsidRPr="0047200F">
              <w:rPr>
                <w:rFonts w:ascii="Aptos Display" w:hAnsi="Aptos Display"/>
                <w:b/>
                <w:sz w:val="22"/>
              </w:rPr>
              <w:t>Aiming High + Money Matters</w:t>
            </w:r>
          </w:p>
          <w:p w14:paraId="7DD9C6BD" w14:textId="77777777" w:rsidR="003F65DC" w:rsidRPr="0047200F" w:rsidRDefault="003C1FBD">
            <w:pPr>
              <w:spacing w:after="0"/>
              <w:rPr>
                <w:rFonts w:ascii="Aptos Display" w:hAnsi="Aptos Display"/>
                <w:sz w:val="22"/>
              </w:rPr>
            </w:pPr>
            <w:r w:rsidRPr="0047200F">
              <w:rPr>
                <w:rFonts w:ascii="Aptos Display" w:hAnsi="Aptos Display"/>
                <w:sz w:val="22"/>
              </w:rPr>
              <w:t>• Aspirations, resilience and steps towards goals.</w:t>
            </w:r>
          </w:p>
          <w:p w14:paraId="26AA4237" w14:textId="77777777" w:rsidR="003F65DC" w:rsidRPr="0047200F" w:rsidRDefault="003C1FBD">
            <w:pPr>
              <w:spacing w:after="0"/>
              <w:rPr>
                <w:rFonts w:ascii="Aptos Display" w:hAnsi="Aptos Display"/>
                <w:sz w:val="22"/>
              </w:rPr>
            </w:pPr>
            <w:r w:rsidRPr="0047200F">
              <w:rPr>
                <w:rFonts w:ascii="Aptos Display" w:hAnsi="Aptos Display"/>
                <w:sz w:val="22"/>
              </w:rPr>
              <w:t>• Money, wants/needs, spending, saving and responsible choices.</w:t>
            </w:r>
          </w:p>
          <w:p w14:paraId="6CBAEDB4" w14:textId="77777777" w:rsidR="0047200F" w:rsidRDefault="0047200F">
            <w:pPr>
              <w:spacing w:after="0"/>
              <w:rPr>
                <w:rFonts w:ascii="Aptos Display" w:hAnsi="Aptos Display"/>
                <w:b/>
                <w:sz w:val="22"/>
              </w:rPr>
            </w:pPr>
          </w:p>
          <w:p w14:paraId="5A3DF54B" w14:textId="77777777" w:rsidR="0047200F" w:rsidRDefault="0047200F">
            <w:pPr>
              <w:spacing w:after="0"/>
              <w:rPr>
                <w:rFonts w:ascii="Aptos Display" w:hAnsi="Aptos Display"/>
                <w:b/>
                <w:sz w:val="22"/>
              </w:rPr>
            </w:pPr>
          </w:p>
          <w:p w14:paraId="15F83576" w14:textId="77777777" w:rsidR="003F65DC" w:rsidRPr="0047200F" w:rsidRDefault="003C1FBD">
            <w:pPr>
              <w:spacing w:after="0"/>
              <w:rPr>
                <w:rFonts w:ascii="Aptos Display" w:hAnsi="Aptos Display"/>
                <w:sz w:val="22"/>
              </w:rPr>
            </w:pPr>
            <w:r w:rsidRPr="0047200F">
              <w:rPr>
                <w:rFonts w:ascii="Aptos Display" w:hAnsi="Aptos Display"/>
                <w:b/>
                <w:sz w:val="22"/>
              </w:rPr>
              <w:t>Journey in Love — Physical: We meet God’s love in the community</w:t>
            </w:r>
          </w:p>
          <w:p w14:paraId="6E27A2F7" w14:textId="77777777" w:rsidR="003F65DC" w:rsidRPr="0047200F" w:rsidRDefault="003C1FBD">
            <w:pPr>
              <w:spacing w:after="0"/>
              <w:rPr>
                <w:rFonts w:ascii="Aptos Display" w:hAnsi="Aptos Display"/>
                <w:sz w:val="22"/>
              </w:rPr>
            </w:pPr>
            <w:r w:rsidRPr="0047200F">
              <w:rPr>
                <w:rFonts w:ascii="Aptos Display" w:hAnsi="Aptos Display"/>
                <w:sz w:val="22"/>
              </w:rPr>
              <w:t>To describe ways of being safe in communities.</w:t>
            </w:r>
          </w:p>
          <w:p w14:paraId="01A3D94B" w14:textId="77777777" w:rsidR="003F65DC" w:rsidRPr="0047200F" w:rsidRDefault="003F65DC">
            <w:pPr>
              <w:rPr>
                <w:rFonts w:ascii="Aptos Display" w:hAnsi="Aptos Display"/>
                <w:sz w:val="22"/>
              </w:rPr>
            </w:pPr>
          </w:p>
        </w:tc>
        <w:tc>
          <w:tcPr>
            <w:tcW w:w="2424" w:type="dxa"/>
            <w:shd w:val="clear" w:color="auto" w:fill="E2F0D9"/>
            <w:tcMar>
              <w:top w:w="70" w:type="dxa"/>
              <w:left w:w="70" w:type="dxa"/>
              <w:bottom w:w="70" w:type="dxa"/>
              <w:right w:w="70" w:type="dxa"/>
            </w:tcMar>
          </w:tcPr>
          <w:p w14:paraId="05D3B398" w14:textId="77777777" w:rsidR="003F65DC" w:rsidRPr="0047200F" w:rsidRDefault="003C1FBD">
            <w:pPr>
              <w:spacing w:after="0"/>
              <w:rPr>
                <w:rFonts w:ascii="Aptos Display" w:hAnsi="Aptos Display"/>
                <w:sz w:val="22"/>
              </w:rPr>
            </w:pPr>
            <w:r w:rsidRPr="0047200F">
              <w:rPr>
                <w:rFonts w:ascii="Aptos Display" w:hAnsi="Aptos Display"/>
                <w:b/>
                <w:sz w:val="22"/>
              </w:rPr>
              <w:t>Diverse Britain (selected)</w:t>
            </w:r>
          </w:p>
          <w:p w14:paraId="259D7B2E" w14:textId="77777777" w:rsidR="003F65DC" w:rsidRPr="0047200F" w:rsidRDefault="003C1FBD">
            <w:pPr>
              <w:spacing w:after="0"/>
              <w:rPr>
                <w:rFonts w:ascii="Aptos Display" w:hAnsi="Aptos Display"/>
                <w:sz w:val="22"/>
              </w:rPr>
            </w:pPr>
            <w:r w:rsidRPr="0047200F">
              <w:rPr>
                <w:rFonts w:ascii="Aptos Display" w:hAnsi="Aptos Display"/>
                <w:sz w:val="22"/>
              </w:rPr>
              <w:t>• Difference, respect, equality, community and challenging stereotypes.</w:t>
            </w:r>
          </w:p>
          <w:p w14:paraId="258B5216" w14:textId="77777777" w:rsidR="003F65DC" w:rsidRPr="0047200F" w:rsidRDefault="003F65DC">
            <w:pPr>
              <w:rPr>
                <w:rFonts w:ascii="Aptos Display" w:hAnsi="Aptos Display"/>
                <w:sz w:val="22"/>
              </w:rPr>
            </w:pPr>
          </w:p>
        </w:tc>
        <w:tc>
          <w:tcPr>
            <w:tcW w:w="2424" w:type="dxa"/>
            <w:shd w:val="clear" w:color="auto" w:fill="F4CCCC"/>
            <w:tcMar>
              <w:top w:w="70" w:type="dxa"/>
              <w:left w:w="70" w:type="dxa"/>
              <w:bottom w:w="70" w:type="dxa"/>
              <w:right w:w="70" w:type="dxa"/>
            </w:tcMar>
          </w:tcPr>
          <w:p w14:paraId="6CD8DD49" w14:textId="77777777" w:rsidR="003F65DC" w:rsidRPr="0047200F" w:rsidRDefault="003C1FBD">
            <w:pPr>
              <w:spacing w:after="0"/>
              <w:rPr>
                <w:rFonts w:ascii="Aptos Display" w:hAnsi="Aptos Display"/>
                <w:sz w:val="22"/>
              </w:rPr>
            </w:pPr>
            <w:r w:rsidRPr="0047200F">
              <w:rPr>
                <w:rFonts w:ascii="Aptos Display" w:hAnsi="Aptos Display"/>
                <w:b/>
                <w:sz w:val="22"/>
              </w:rPr>
              <w:t>One World + Be Yourself (selected)</w:t>
            </w:r>
          </w:p>
          <w:p w14:paraId="56AE200F" w14:textId="77777777" w:rsidR="003F65DC" w:rsidRPr="0047200F" w:rsidRDefault="003C1FBD">
            <w:pPr>
              <w:spacing w:after="0"/>
              <w:rPr>
                <w:rFonts w:ascii="Aptos Display" w:hAnsi="Aptos Display"/>
                <w:sz w:val="22"/>
              </w:rPr>
            </w:pPr>
            <w:r w:rsidRPr="0047200F">
              <w:rPr>
                <w:rFonts w:ascii="Aptos Display" w:hAnsi="Aptos Display"/>
                <w:sz w:val="22"/>
              </w:rPr>
              <w:t>• Global citizenship and care for creation.</w:t>
            </w:r>
          </w:p>
          <w:p w14:paraId="7110BC48" w14:textId="77777777" w:rsidR="003F65DC" w:rsidRPr="0047200F" w:rsidRDefault="003C1FBD">
            <w:pPr>
              <w:spacing w:after="0"/>
              <w:rPr>
                <w:rFonts w:ascii="Aptos Display" w:hAnsi="Aptos Display"/>
                <w:sz w:val="22"/>
              </w:rPr>
            </w:pPr>
            <w:r w:rsidRPr="0047200F">
              <w:rPr>
                <w:rFonts w:ascii="Aptos Display" w:hAnsi="Aptos Display"/>
                <w:sz w:val="22"/>
              </w:rPr>
              <w:t>• Self-worth, achievements and expressing views respectfully.</w:t>
            </w:r>
          </w:p>
          <w:p w14:paraId="2A141862" w14:textId="77777777" w:rsidR="0047200F" w:rsidRDefault="0047200F">
            <w:pPr>
              <w:spacing w:after="0"/>
              <w:rPr>
                <w:rFonts w:ascii="Aptos Display" w:hAnsi="Aptos Display"/>
                <w:b/>
                <w:sz w:val="22"/>
              </w:rPr>
            </w:pPr>
          </w:p>
          <w:p w14:paraId="5FF835C0" w14:textId="77777777" w:rsidR="0047200F" w:rsidRDefault="0047200F">
            <w:pPr>
              <w:spacing w:after="0"/>
              <w:rPr>
                <w:rFonts w:ascii="Aptos Display" w:hAnsi="Aptos Display"/>
                <w:b/>
                <w:sz w:val="22"/>
              </w:rPr>
            </w:pPr>
          </w:p>
          <w:p w14:paraId="5032F1E6" w14:textId="77777777" w:rsidR="003F65DC" w:rsidRPr="0047200F" w:rsidRDefault="003C1FBD">
            <w:pPr>
              <w:spacing w:after="0"/>
              <w:rPr>
                <w:rFonts w:ascii="Aptos Display" w:hAnsi="Aptos Display"/>
                <w:sz w:val="22"/>
              </w:rPr>
            </w:pPr>
            <w:r w:rsidRPr="0047200F">
              <w:rPr>
                <w:rFonts w:ascii="Aptos Display" w:hAnsi="Aptos Display"/>
                <w:b/>
                <w:sz w:val="22"/>
              </w:rPr>
              <w:t>Journey in Love — Spiritual: We meet God’s love in the community</w:t>
            </w:r>
          </w:p>
          <w:p w14:paraId="4D76D4A7" w14:textId="77777777" w:rsidR="003F65DC" w:rsidRPr="0047200F" w:rsidRDefault="003C1FBD">
            <w:pPr>
              <w:spacing w:after="0"/>
              <w:rPr>
                <w:rFonts w:ascii="Aptos Display" w:hAnsi="Aptos Display"/>
                <w:sz w:val="22"/>
              </w:rPr>
            </w:pPr>
            <w:r w:rsidRPr="0047200F">
              <w:rPr>
                <w:rFonts w:ascii="Aptos Display" w:hAnsi="Aptos Display"/>
                <w:sz w:val="22"/>
              </w:rPr>
              <w:t>To celebrate ways of meeting God in our communities.</w:t>
            </w:r>
          </w:p>
          <w:p w14:paraId="62C8EB2C" w14:textId="77777777" w:rsidR="003F65DC" w:rsidRPr="0047200F" w:rsidRDefault="003F65DC">
            <w:pPr>
              <w:rPr>
                <w:rFonts w:ascii="Aptos Display" w:hAnsi="Aptos Display"/>
                <w:sz w:val="22"/>
              </w:rPr>
            </w:pPr>
          </w:p>
        </w:tc>
        <w:tc>
          <w:tcPr>
            <w:tcW w:w="2424" w:type="dxa"/>
            <w:shd w:val="clear" w:color="auto" w:fill="F4CCCC"/>
            <w:tcMar>
              <w:top w:w="70" w:type="dxa"/>
              <w:left w:w="70" w:type="dxa"/>
              <w:bottom w:w="70" w:type="dxa"/>
              <w:right w:w="70" w:type="dxa"/>
            </w:tcMar>
          </w:tcPr>
          <w:p w14:paraId="50F2F563" w14:textId="77777777" w:rsidR="003F65DC" w:rsidRPr="0047200F" w:rsidRDefault="003C1FBD">
            <w:pPr>
              <w:spacing w:after="0"/>
              <w:rPr>
                <w:rFonts w:ascii="Aptos Display" w:hAnsi="Aptos Display"/>
                <w:sz w:val="22"/>
              </w:rPr>
            </w:pPr>
            <w:r w:rsidRPr="0047200F">
              <w:rPr>
                <w:rFonts w:ascii="Aptos Display" w:hAnsi="Aptos Display"/>
                <w:b/>
                <w:sz w:val="22"/>
              </w:rPr>
              <w:t>It’s My Body (health/hygiene only)</w:t>
            </w:r>
          </w:p>
          <w:p w14:paraId="13BCC137" w14:textId="77777777" w:rsidR="003F65DC" w:rsidRPr="0047200F" w:rsidRDefault="003C1FBD">
            <w:pPr>
              <w:spacing w:after="0"/>
              <w:rPr>
                <w:rFonts w:ascii="Aptos Display" w:hAnsi="Aptos Display"/>
                <w:sz w:val="22"/>
              </w:rPr>
            </w:pPr>
            <w:r w:rsidRPr="0047200F">
              <w:rPr>
                <w:rFonts w:ascii="Aptos Display" w:hAnsi="Aptos Display"/>
                <w:sz w:val="22"/>
              </w:rPr>
              <w:t>• Personal hygiene, teeth/healthcare, healthy choices, privacy, boundaries and seeking help.</w:t>
            </w:r>
          </w:p>
          <w:p w14:paraId="4B4D242F" w14:textId="77777777" w:rsidR="003F65DC" w:rsidRPr="0047200F" w:rsidRDefault="003C1FBD">
            <w:pPr>
              <w:spacing w:after="0"/>
              <w:rPr>
                <w:rFonts w:ascii="Aptos Display" w:hAnsi="Aptos Display"/>
                <w:sz w:val="22"/>
              </w:rPr>
            </w:pPr>
            <w:r w:rsidRPr="0047200F">
              <w:rPr>
                <w:rFonts w:ascii="Aptos Display" w:hAnsi="Aptos Display"/>
                <w:sz w:val="22"/>
              </w:rPr>
              <w:t>Health</w:t>
            </w:r>
            <w:r w:rsidR="00F85360" w:rsidRPr="0047200F">
              <w:rPr>
                <w:rFonts w:ascii="Aptos Display" w:hAnsi="Aptos Display"/>
                <w:sz w:val="22"/>
              </w:rPr>
              <w:t xml:space="preserve"> hygiene </w:t>
            </w:r>
          </w:p>
          <w:p w14:paraId="69720AAB" w14:textId="77777777" w:rsidR="0047200F" w:rsidRDefault="0047200F">
            <w:pPr>
              <w:spacing w:before="60" w:after="20"/>
              <w:rPr>
                <w:rFonts w:ascii="Aptos Display" w:hAnsi="Aptos Display"/>
                <w:b/>
                <w:sz w:val="22"/>
              </w:rPr>
            </w:pPr>
          </w:p>
          <w:p w14:paraId="57103C07" w14:textId="77777777" w:rsidR="0047200F" w:rsidRDefault="0047200F">
            <w:pPr>
              <w:spacing w:before="60" w:after="20"/>
              <w:rPr>
                <w:rFonts w:ascii="Aptos Display" w:hAnsi="Aptos Display"/>
                <w:b/>
                <w:sz w:val="22"/>
              </w:rPr>
            </w:pPr>
          </w:p>
          <w:p w14:paraId="24DBC6B1" w14:textId="77777777" w:rsidR="003F65DC" w:rsidRPr="0047200F" w:rsidRDefault="003C1FBD">
            <w:pPr>
              <w:spacing w:before="60" w:after="20"/>
              <w:rPr>
                <w:rFonts w:ascii="Aptos Display" w:hAnsi="Aptos Display"/>
                <w:sz w:val="22"/>
              </w:rPr>
            </w:pPr>
            <w:r w:rsidRPr="0047200F">
              <w:rPr>
                <w:rFonts w:ascii="Aptos Display" w:hAnsi="Aptos Display"/>
                <w:b/>
                <w:sz w:val="22"/>
              </w:rPr>
              <w:t xml:space="preserve">2026 statutory emphasis: </w:t>
            </w:r>
            <w:r w:rsidRPr="0047200F">
              <w:rPr>
                <w:rFonts w:ascii="Aptos Display" w:hAnsi="Aptos Display"/>
                <w:sz w:val="22"/>
              </w:rPr>
              <w:t>healthy choices, hygiene, germs, dental health, body privacy, personal boundaries and help-seeking.</w:t>
            </w:r>
          </w:p>
          <w:p w14:paraId="1E62283A" w14:textId="77777777" w:rsidR="003F65DC" w:rsidRPr="0047200F" w:rsidRDefault="003F65DC">
            <w:pPr>
              <w:rPr>
                <w:rFonts w:ascii="Aptos Display" w:hAnsi="Aptos Display"/>
                <w:sz w:val="22"/>
              </w:rPr>
            </w:pPr>
          </w:p>
        </w:tc>
      </w:tr>
    </w:tbl>
    <w:p w14:paraId="4E632E77" w14:textId="77777777" w:rsidR="003F65DC" w:rsidRPr="0047200F" w:rsidRDefault="003F65DC">
      <w:pPr>
        <w:spacing w:before="60" w:after="40"/>
        <w:rPr>
          <w:rFonts w:ascii="Aptos Display" w:hAnsi="Aptos Display"/>
          <w:sz w:val="22"/>
        </w:rPr>
      </w:pPr>
    </w:p>
    <w:p w14:paraId="4DFA5BB4" w14:textId="77777777" w:rsidR="003F65DC" w:rsidRPr="0047200F" w:rsidRDefault="003C1FBD">
      <w:pPr>
        <w:rPr>
          <w:rFonts w:ascii="Aptos Display" w:hAnsi="Aptos Display"/>
          <w:sz w:val="22"/>
        </w:rPr>
      </w:pPr>
      <w:r w:rsidRPr="0047200F">
        <w:rPr>
          <w:rFonts w:ascii="Aptos Display" w:hAnsi="Aptos Display"/>
          <w:sz w:val="22"/>
        </w:rPr>
        <w:br w:type="page"/>
      </w:r>
    </w:p>
    <w:p w14:paraId="189CE561" w14:textId="77777777" w:rsidR="003F65DC" w:rsidRDefault="003C1FBD">
      <w:pPr>
        <w:spacing w:after="40"/>
        <w:rPr>
          <w:rFonts w:ascii="Aptos Display" w:hAnsi="Aptos Display"/>
          <w:b/>
          <w:sz w:val="22"/>
        </w:rPr>
      </w:pPr>
      <w:r w:rsidRPr="0047200F">
        <w:rPr>
          <w:rFonts w:ascii="Aptos Display" w:hAnsi="Aptos Display"/>
          <w:b/>
          <w:sz w:val="22"/>
        </w:rPr>
        <w:lastRenderedPageBreak/>
        <w:t>Year 3 - Hope, caring friendships and growing independence</w:t>
      </w:r>
    </w:p>
    <w:p w14:paraId="49379155" w14:textId="77777777" w:rsidR="00D63BB5" w:rsidRPr="0047200F" w:rsidRDefault="00D63BB5">
      <w:pPr>
        <w:spacing w:after="40"/>
        <w:rPr>
          <w:rFonts w:ascii="Aptos Display" w:hAnsi="Aptos Display"/>
          <w:sz w:val="22"/>
        </w:rPr>
      </w:pPr>
    </w:p>
    <w:p w14:paraId="56187DAC" w14:textId="4D58A3D4" w:rsidR="003F65DC" w:rsidRDefault="003C1FBD">
      <w:pPr>
        <w:spacing w:after="80"/>
        <w:rPr>
          <w:rFonts w:ascii="Aptos Display" w:hAnsi="Aptos Display"/>
          <w:sz w:val="22"/>
        </w:rPr>
      </w:pPr>
      <w:r w:rsidRPr="0047200F">
        <w:rPr>
          <w:rFonts w:ascii="Aptos Display" w:hAnsi="Aptos Display"/>
          <w:b/>
          <w:bCs/>
          <w:sz w:val="22"/>
        </w:rPr>
        <w:t xml:space="preserve">Journey in Love theme: How we live in </w:t>
      </w:r>
      <w:r w:rsidR="004B7C42">
        <w:rPr>
          <w:rFonts w:ascii="Aptos Display" w:hAnsi="Aptos Display"/>
          <w:b/>
          <w:bCs/>
          <w:sz w:val="22"/>
        </w:rPr>
        <w:t>love</w:t>
      </w:r>
      <w:r w:rsidRPr="0047200F">
        <w:rPr>
          <w:rFonts w:ascii="Aptos Display" w:hAnsi="Aptos Display"/>
          <w:b/>
          <w:bCs/>
          <w:sz w:val="22"/>
        </w:rPr>
        <w:t xml:space="preserve"> </w:t>
      </w:r>
      <w:r w:rsidRPr="0047200F">
        <w:rPr>
          <w:rFonts w:ascii="Aptos Display" w:hAnsi="Aptos Display"/>
          <w:sz w:val="22"/>
        </w:rPr>
        <w:t xml:space="preserve">Across the year, children will: • Develop caring friendships, kindness, trust and hope. • Practise resolving disagreements and knowing when to seek help. • Build emotional resilience and confidence. • Develop safety and digital-wellbeing knowledge. • Explore respect, difference, money, aspirations and responsibility for the wider world. </w:t>
      </w:r>
    </w:p>
    <w:p w14:paraId="6F23F582" w14:textId="77777777" w:rsidR="00D63BB5" w:rsidRDefault="00D63BB5">
      <w:pPr>
        <w:spacing w:after="80"/>
        <w:rPr>
          <w:rFonts w:ascii="Aptos Display" w:hAnsi="Aptos Display"/>
          <w:sz w:val="22"/>
        </w:rPr>
      </w:pPr>
    </w:p>
    <w:p w14:paraId="5FE13562" w14:textId="77777777" w:rsidR="00D63BB5" w:rsidRPr="0047200F" w:rsidRDefault="00D63BB5">
      <w:pPr>
        <w:spacing w:after="80"/>
        <w:rPr>
          <w:rFonts w:ascii="Aptos Display" w:hAnsi="Aptos Display"/>
          <w:sz w:val="22"/>
        </w:rPr>
      </w:pP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47200F" w14:paraId="125A66EA" w14:textId="77777777">
        <w:trPr>
          <w:jc w:val="center"/>
        </w:trPr>
        <w:tc>
          <w:tcPr>
            <w:tcW w:w="2424" w:type="dxa"/>
            <w:shd w:val="clear" w:color="auto" w:fill="FFF2CC"/>
            <w:tcMar>
              <w:top w:w="70" w:type="dxa"/>
              <w:left w:w="70" w:type="dxa"/>
              <w:bottom w:w="70" w:type="dxa"/>
              <w:right w:w="70" w:type="dxa"/>
            </w:tcMar>
          </w:tcPr>
          <w:p w14:paraId="049A1B9C" w14:textId="77777777" w:rsidR="003F65DC" w:rsidRPr="0047200F" w:rsidRDefault="003C1FBD">
            <w:pPr>
              <w:jc w:val="center"/>
              <w:rPr>
                <w:rFonts w:ascii="Aptos Display" w:hAnsi="Aptos Display"/>
                <w:sz w:val="22"/>
              </w:rPr>
            </w:pPr>
            <w:r w:rsidRPr="0047200F">
              <w:rPr>
                <w:rFonts w:ascii="Aptos Display" w:hAnsi="Aptos Display"/>
                <w:b/>
                <w:sz w:val="22"/>
              </w:rPr>
              <w:t>Autumn 1</w:t>
            </w:r>
          </w:p>
        </w:tc>
        <w:tc>
          <w:tcPr>
            <w:tcW w:w="2424" w:type="dxa"/>
            <w:shd w:val="clear" w:color="auto" w:fill="FFF2CC"/>
            <w:tcMar>
              <w:top w:w="70" w:type="dxa"/>
              <w:left w:w="70" w:type="dxa"/>
              <w:bottom w:w="70" w:type="dxa"/>
              <w:right w:w="70" w:type="dxa"/>
            </w:tcMar>
          </w:tcPr>
          <w:p w14:paraId="2721E745" w14:textId="77777777" w:rsidR="003F65DC" w:rsidRPr="0047200F" w:rsidRDefault="003C1FBD">
            <w:pPr>
              <w:jc w:val="center"/>
              <w:rPr>
                <w:rFonts w:ascii="Aptos Display" w:hAnsi="Aptos Display"/>
                <w:sz w:val="22"/>
              </w:rPr>
            </w:pPr>
            <w:r w:rsidRPr="0047200F">
              <w:rPr>
                <w:rFonts w:ascii="Aptos Display" w:hAnsi="Aptos Display"/>
                <w:b/>
                <w:sz w:val="22"/>
              </w:rPr>
              <w:t>Autumn 2</w:t>
            </w:r>
          </w:p>
        </w:tc>
        <w:tc>
          <w:tcPr>
            <w:tcW w:w="2424" w:type="dxa"/>
            <w:shd w:val="clear" w:color="auto" w:fill="E2F0D9"/>
            <w:tcMar>
              <w:top w:w="70" w:type="dxa"/>
              <w:left w:w="70" w:type="dxa"/>
              <w:bottom w:w="70" w:type="dxa"/>
              <w:right w:w="70" w:type="dxa"/>
            </w:tcMar>
          </w:tcPr>
          <w:p w14:paraId="5AB2135D" w14:textId="77777777" w:rsidR="003F65DC" w:rsidRPr="0047200F" w:rsidRDefault="003C1FBD">
            <w:pPr>
              <w:jc w:val="center"/>
              <w:rPr>
                <w:rFonts w:ascii="Aptos Display" w:hAnsi="Aptos Display"/>
                <w:sz w:val="22"/>
              </w:rPr>
            </w:pPr>
            <w:r w:rsidRPr="0047200F">
              <w:rPr>
                <w:rFonts w:ascii="Aptos Display" w:hAnsi="Aptos Display"/>
                <w:b/>
                <w:sz w:val="22"/>
              </w:rPr>
              <w:t>Spring 1</w:t>
            </w:r>
          </w:p>
        </w:tc>
        <w:tc>
          <w:tcPr>
            <w:tcW w:w="2424" w:type="dxa"/>
            <w:shd w:val="clear" w:color="auto" w:fill="E2F0D9"/>
            <w:tcMar>
              <w:top w:w="70" w:type="dxa"/>
              <w:left w:w="70" w:type="dxa"/>
              <w:bottom w:w="70" w:type="dxa"/>
              <w:right w:w="70" w:type="dxa"/>
            </w:tcMar>
          </w:tcPr>
          <w:p w14:paraId="7C9DB3B1" w14:textId="77777777" w:rsidR="003F65DC" w:rsidRPr="0047200F" w:rsidRDefault="003C1FBD">
            <w:pPr>
              <w:jc w:val="center"/>
              <w:rPr>
                <w:rFonts w:ascii="Aptos Display" w:hAnsi="Aptos Display"/>
                <w:sz w:val="22"/>
              </w:rPr>
            </w:pPr>
            <w:r w:rsidRPr="0047200F">
              <w:rPr>
                <w:rFonts w:ascii="Aptos Display" w:hAnsi="Aptos Display"/>
                <w:b/>
                <w:sz w:val="22"/>
              </w:rPr>
              <w:t>Spring 2</w:t>
            </w:r>
          </w:p>
        </w:tc>
        <w:tc>
          <w:tcPr>
            <w:tcW w:w="2424" w:type="dxa"/>
            <w:shd w:val="clear" w:color="auto" w:fill="F4CCCC"/>
            <w:tcMar>
              <w:top w:w="70" w:type="dxa"/>
              <w:left w:w="70" w:type="dxa"/>
              <w:bottom w:w="70" w:type="dxa"/>
              <w:right w:w="70" w:type="dxa"/>
            </w:tcMar>
          </w:tcPr>
          <w:p w14:paraId="4903967F" w14:textId="77777777" w:rsidR="003F65DC" w:rsidRPr="0047200F" w:rsidRDefault="003C1FBD">
            <w:pPr>
              <w:jc w:val="center"/>
              <w:rPr>
                <w:rFonts w:ascii="Aptos Display" w:hAnsi="Aptos Display"/>
                <w:sz w:val="22"/>
              </w:rPr>
            </w:pPr>
            <w:r w:rsidRPr="0047200F">
              <w:rPr>
                <w:rFonts w:ascii="Aptos Display" w:hAnsi="Aptos Display"/>
                <w:b/>
                <w:sz w:val="22"/>
              </w:rPr>
              <w:t>Summer 1</w:t>
            </w:r>
          </w:p>
        </w:tc>
        <w:tc>
          <w:tcPr>
            <w:tcW w:w="2424" w:type="dxa"/>
            <w:shd w:val="clear" w:color="auto" w:fill="F4CCCC"/>
            <w:tcMar>
              <w:top w:w="70" w:type="dxa"/>
              <w:left w:w="70" w:type="dxa"/>
              <w:bottom w:w="70" w:type="dxa"/>
              <w:right w:w="70" w:type="dxa"/>
            </w:tcMar>
          </w:tcPr>
          <w:p w14:paraId="29B15018" w14:textId="77777777" w:rsidR="003F65DC" w:rsidRPr="0047200F" w:rsidRDefault="003C1FBD">
            <w:pPr>
              <w:jc w:val="center"/>
              <w:rPr>
                <w:rFonts w:ascii="Aptos Display" w:hAnsi="Aptos Display"/>
                <w:sz w:val="22"/>
              </w:rPr>
            </w:pPr>
            <w:r w:rsidRPr="0047200F">
              <w:rPr>
                <w:rFonts w:ascii="Aptos Display" w:hAnsi="Aptos Display"/>
                <w:b/>
                <w:sz w:val="22"/>
              </w:rPr>
              <w:t>Summer 2</w:t>
            </w:r>
          </w:p>
        </w:tc>
      </w:tr>
      <w:tr w:rsidR="003F65DC" w:rsidRPr="0047200F" w14:paraId="231ED54D" w14:textId="77777777">
        <w:trPr>
          <w:jc w:val="center"/>
        </w:trPr>
        <w:tc>
          <w:tcPr>
            <w:tcW w:w="2424" w:type="dxa"/>
            <w:shd w:val="clear" w:color="auto" w:fill="FFF2CC"/>
            <w:tcMar>
              <w:top w:w="70" w:type="dxa"/>
              <w:left w:w="70" w:type="dxa"/>
              <w:bottom w:w="70" w:type="dxa"/>
              <w:right w:w="70" w:type="dxa"/>
            </w:tcMar>
          </w:tcPr>
          <w:p w14:paraId="312AC958" w14:textId="77777777" w:rsidR="003F65DC" w:rsidRPr="0047200F" w:rsidRDefault="003C1FBD">
            <w:pPr>
              <w:spacing w:after="0"/>
              <w:rPr>
                <w:rFonts w:ascii="Aptos Display" w:hAnsi="Aptos Display"/>
                <w:sz w:val="22"/>
              </w:rPr>
            </w:pPr>
            <w:r w:rsidRPr="0047200F">
              <w:rPr>
                <w:rFonts w:ascii="Aptos Display" w:hAnsi="Aptos Display"/>
                <w:b/>
                <w:sz w:val="22"/>
              </w:rPr>
              <w:t>TEAM + Think Positive (selected)</w:t>
            </w:r>
          </w:p>
          <w:p w14:paraId="517B007F" w14:textId="77777777" w:rsidR="003F65DC" w:rsidRPr="0047200F" w:rsidRDefault="003C1FBD">
            <w:pPr>
              <w:spacing w:after="0"/>
              <w:rPr>
                <w:rFonts w:ascii="Aptos Display" w:hAnsi="Aptos Display"/>
                <w:sz w:val="22"/>
              </w:rPr>
            </w:pPr>
            <w:r w:rsidRPr="0047200F">
              <w:rPr>
                <w:rFonts w:ascii="Aptos Display" w:hAnsi="Aptos Display"/>
                <w:sz w:val="22"/>
              </w:rPr>
              <w:t>• Cooperation, kindness and working with others.</w:t>
            </w:r>
          </w:p>
          <w:p w14:paraId="76CEE592" w14:textId="77777777" w:rsidR="003F65DC" w:rsidRPr="0047200F" w:rsidRDefault="003C1FBD">
            <w:pPr>
              <w:spacing w:after="0"/>
              <w:rPr>
                <w:rFonts w:ascii="Aptos Display" w:hAnsi="Aptos Display"/>
                <w:sz w:val="22"/>
              </w:rPr>
            </w:pPr>
            <w:r w:rsidRPr="0047200F">
              <w:rPr>
                <w:rFonts w:ascii="Aptos Display" w:hAnsi="Aptos Display"/>
                <w:sz w:val="22"/>
              </w:rPr>
              <w:t>• Feelings, resilience and asking for help.</w:t>
            </w:r>
          </w:p>
          <w:p w14:paraId="7A49FF48" w14:textId="77777777" w:rsidR="003F65DC" w:rsidRPr="0047200F" w:rsidRDefault="003C1FBD">
            <w:pPr>
              <w:spacing w:after="0"/>
              <w:rPr>
                <w:rFonts w:ascii="Aptos Display" w:hAnsi="Aptos Display"/>
                <w:sz w:val="22"/>
              </w:rPr>
            </w:pPr>
            <w:r w:rsidRPr="0047200F">
              <w:rPr>
                <w:rFonts w:ascii="Aptos Display" w:hAnsi="Aptos Display"/>
                <w:b/>
                <w:sz w:val="22"/>
              </w:rPr>
              <w:t>Journey in Love — Social &amp; Emotional: How we live in Love</w:t>
            </w:r>
          </w:p>
          <w:p w14:paraId="03D36712" w14:textId="77777777" w:rsidR="003F65DC" w:rsidRPr="0047200F" w:rsidRDefault="003C1FBD">
            <w:pPr>
              <w:spacing w:after="0"/>
              <w:rPr>
                <w:rFonts w:ascii="Aptos Display" w:hAnsi="Aptos Display"/>
                <w:sz w:val="22"/>
              </w:rPr>
            </w:pPr>
            <w:r w:rsidRPr="0047200F">
              <w:rPr>
                <w:rFonts w:ascii="Aptos Display" w:hAnsi="Aptos Display"/>
                <w:sz w:val="22"/>
              </w:rPr>
              <w:t xml:space="preserve">To describe and give </w:t>
            </w:r>
            <w:proofErr w:type="gramStart"/>
            <w:r w:rsidRPr="0047200F">
              <w:rPr>
                <w:rFonts w:ascii="Aptos Display" w:hAnsi="Aptos Display"/>
                <w:sz w:val="22"/>
              </w:rPr>
              <w:t>reasons</w:t>
            </w:r>
            <w:proofErr w:type="gramEnd"/>
            <w:r w:rsidRPr="0047200F">
              <w:rPr>
                <w:rFonts w:ascii="Aptos Display" w:hAnsi="Aptos Display"/>
                <w:sz w:val="22"/>
              </w:rPr>
              <w:t xml:space="preserve"> how friendships make us feel happy and safe.</w:t>
            </w:r>
          </w:p>
          <w:p w14:paraId="6025BF08" w14:textId="77777777" w:rsidR="0047200F" w:rsidRDefault="0047200F">
            <w:pPr>
              <w:spacing w:before="60" w:after="20"/>
              <w:rPr>
                <w:rFonts w:ascii="Aptos Display" w:hAnsi="Aptos Display"/>
                <w:b/>
                <w:sz w:val="22"/>
              </w:rPr>
            </w:pPr>
          </w:p>
          <w:p w14:paraId="231E772A" w14:textId="77777777" w:rsidR="0047200F" w:rsidRDefault="0047200F">
            <w:pPr>
              <w:spacing w:before="60" w:after="20"/>
              <w:rPr>
                <w:rFonts w:ascii="Aptos Display" w:hAnsi="Aptos Display"/>
                <w:b/>
                <w:sz w:val="22"/>
              </w:rPr>
            </w:pPr>
          </w:p>
          <w:p w14:paraId="62CE5741" w14:textId="77777777" w:rsidR="003F65DC" w:rsidRPr="0047200F" w:rsidRDefault="003C1FBD">
            <w:pPr>
              <w:spacing w:before="60" w:after="20"/>
              <w:rPr>
                <w:rFonts w:ascii="Aptos Display" w:hAnsi="Aptos Display"/>
                <w:sz w:val="22"/>
              </w:rPr>
            </w:pPr>
            <w:r w:rsidRPr="0047200F">
              <w:rPr>
                <w:rFonts w:ascii="Aptos Display" w:hAnsi="Aptos Display"/>
                <w:b/>
                <w:sz w:val="22"/>
              </w:rPr>
              <w:t xml:space="preserve">2026 statutory emphasis: </w:t>
            </w:r>
            <w:r w:rsidRPr="0047200F">
              <w:rPr>
                <w:rFonts w:ascii="Aptos Display" w:hAnsi="Aptos Display"/>
                <w:sz w:val="22"/>
              </w:rPr>
              <w:t>change, loss and bereavement; grief as a natural response; isolation/loneliness and where to seek support.</w:t>
            </w:r>
          </w:p>
          <w:p w14:paraId="20F64004" w14:textId="77777777" w:rsidR="003F65DC" w:rsidRPr="0047200F" w:rsidRDefault="003F65DC">
            <w:pPr>
              <w:rPr>
                <w:rFonts w:ascii="Aptos Display" w:hAnsi="Aptos Display"/>
                <w:sz w:val="22"/>
              </w:rPr>
            </w:pPr>
          </w:p>
        </w:tc>
        <w:tc>
          <w:tcPr>
            <w:tcW w:w="2424" w:type="dxa"/>
            <w:shd w:val="clear" w:color="auto" w:fill="FFF2CC"/>
            <w:tcMar>
              <w:top w:w="70" w:type="dxa"/>
              <w:left w:w="70" w:type="dxa"/>
              <w:bottom w:w="70" w:type="dxa"/>
              <w:right w:w="70" w:type="dxa"/>
            </w:tcMar>
          </w:tcPr>
          <w:p w14:paraId="2202A668" w14:textId="77777777" w:rsidR="003F65DC" w:rsidRPr="0047200F" w:rsidRDefault="003C1FBD">
            <w:pPr>
              <w:spacing w:after="0"/>
              <w:rPr>
                <w:rFonts w:ascii="Aptos Display" w:hAnsi="Aptos Display"/>
                <w:sz w:val="22"/>
              </w:rPr>
            </w:pPr>
            <w:r w:rsidRPr="0047200F">
              <w:rPr>
                <w:rFonts w:ascii="Aptos Display" w:hAnsi="Aptos Display"/>
                <w:b/>
                <w:sz w:val="22"/>
              </w:rPr>
              <w:t>Safety First + Digital Wellbeing</w:t>
            </w:r>
          </w:p>
          <w:p w14:paraId="5AB6AC29" w14:textId="77777777" w:rsidR="003F65DC" w:rsidRPr="0047200F" w:rsidRDefault="003C1FBD">
            <w:pPr>
              <w:spacing w:after="0"/>
              <w:rPr>
                <w:rFonts w:ascii="Aptos Display" w:hAnsi="Aptos Display"/>
                <w:sz w:val="22"/>
              </w:rPr>
            </w:pPr>
            <w:r w:rsidRPr="0047200F">
              <w:rPr>
                <w:rFonts w:ascii="Aptos Display" w:hAnsi="Aptos Display"/>
                <w:sz w:val="22"/>
              </w:rPr>
              <w:t>• Recognising risk, safe choices and trusted adults.</w:t>
            </w:r>
          </w:p>
          <w:p w14:paraId="2CF78C91" w14:textId="77777777" w:rsidR="003F65DC" w:rsidRPr="0047200F" w:rsidRDefault="003C1FBD">
            <w:pPr>
              <w:spacing w:after="0"/>
              <w:rPr>
                <w:rFonts w:ascii="Aptos Display" w:hAnsi="Aptos Display"/>
                <w:sz w:val="22"/>
              </w:rPr>
            </w:pPr>
            <w:r w:rsidRPr="0047200F">
              <w:rPr>
                <w:rFonts w:ascii="Aptos Display" w:hAnsi="Aptos Display"/>
                <w:sz w:val="22"/>
              </w:rPr>
              <w:t>• Online safety, privacy and help-seeking.</w:t>
            </w:r>
          </w:p>
          <w:p w14:paraId="2FD87131" w14:textId="77777777" w:rsidR="0047200F" w:rsidRDefault="0047200F">
            <w:pPr>
              <w:spacing w:before="60" w:after="20"/>
              <w:rPr>
                <w:rFonts w:ascii="Aptos Display" w:hAnsi="Aptos Display"/>
                <w:b/>
                <w:sz w:val="22"/>
              </w:rPr>
            </w:pPr>
          </w:p>
          <w:p w14:paraId="1D7B2877" w14:textId="77777777" w:rsidR="0047200F" w:rsidRDefault="0047200F">
            <w:pPr>
              <w:spacing w:before="60" w:after="20"/>
              <w:rPr>
                <w:rFonts w:ascii="Aptos Display" w:hAnsi="Aptos Display"/>
                <w:b/>
                <w:sz w:val="22"/>
              </w:rPr>
            </w:pPr>
          </w:p>
          <w:p w14:paraId="18CC1188" w14:textId="77777777" w:rsidR="003F65DC" w:rsidRPr="0047200F" w:rsidRDefault="003C1FBD">
            <w:pPr>
              <w:spacing w:before="60" w:after="20"/>
              <w:rPr>
                <w:rFonts w:ascii="Aptos Display" w:hAnsi="Aptos Display"/>
                <w:sz w:val="22"/>
              </w:rPr>
            </w:pPr>
            <w:r w:rsidRPr="0047200F">
              <w:rPr>
                <w:rFonts w:ascii="Aptos Display" w:hAnsi="Aptos Display"/>
                <w:b/>
                <w:sz w:val="22"/>
              </w:rPr>
              <w:t xml:space="preserve">2026 statutory emphasis: </w:t>
            </w:r>
            <w:r w:rsidRPr="0047200F">
              <w:rPr>
                <w:rFonts w:ascii="Aptos Display" w:hAnsi="Aptos Display"/>
                <w:sz w:val="22"/>
              </w:rPr>
              <w:t>hazards including fire; road, rail and water safety; how to make a clear emergency call and why incidents should be reported rather than filmed.</w:t>
            </w:r>
          </w:p>
          <w:p w14:paraId="67C96000" w14:textId="77777777" w:rsidR="003F65DC" w:rsidRPr="0047200F" w:rsidRDefault="003F65DC">
            <w:pPr>
              <w:rPr>
                <w:rFonts w:ascii="Aptos Display" w:hAnsi="Aptos Display"/>
                <w:sz w:val="22"/>
              </w:rPr>
            </w:pPr>
          </w:p>
        </w:tc>
        <w:tc>
          <w:tcPr>
            <w:tcW w:w="2424" w:type="dxa"/>
            <w:shd w:val="clear" w:color="auto" w:fill="E2F0D9"/>
            <w:tcMar>
              <w:top w:w="70" w:type="dxa"/>
              <w:left w:w="70" w:type="dxa"/>
              <w:bottom w:w="70" w:type="dxa"/>
              <w:right w:w="70" w:type="dxa"/>
            </w:tcMar>
          </w:tcPr>
          <w:p w14:paraId="3374D8C9" w14:textId="77777777" w:rsidR="003F65DC" w:rsidRPr="0047200F" w:rsidRDefault="003C1FBD">
            <w:pPr>
              <w:spacing w:after="0"/>
              <w:rPr>
                <w:rFonts w:ascii="Aptos Display" w:hAnsi="Aptos Display"/>
                <w:sz w:val="22"/>
              </w:rPr>
            </w:pPr>
            <w:r w:rsidRPr="0047200F">
              <w:rPr>
                <w:rFonts w:ascii="Aptos Display" w:hAnsi="Aptos Display"/>
                <w:b/>
                <w:sz w:val="22"/>
              </w:rPr>
              <w:t>Aiming High</w:t>
            </w:r>
          </w:p>
          <w:p w14:paraId="24AD695E" w14:textId="77777777" w:rsidR="003F65DC" w:rsidRPr="0047200F" w:rsidRDefault="003C1FBD">
            <w:pPr>
              <w:spacing w:after="0"/>
              <w:rPr>
                <w:rFonts w:ascii="Aptos Display" w:hAnsi="Aptos Display"/>
                <w:sz w:val="22"/>
              </w:rPr>
            </w:pPr>
            <w:r w:rsidRPr="0047200F">
              <w:rPr>
                <w:rFonts w:ascii="Aptos Display" w:hAnsi="Aptos Display"/>
                <w:sz w:val="22"/>
              </w:rPr>
              <w:t>• Goals, perseverance, strengths and aspirations.</w:t>
            </w:r>
          </w:p>
          <w:p w14:paraId="2BB00687" w14:textId="77777777" w:rsidR="0047200F" w:rsidRDefault="0047200F">
            <w:pPr>
              <w:spacing w:after="0"/>
              <w:rPr>
                <w:rFonts w:ascii="Aptos Display" w:hAnsi="Aptos Display"/>
                <w:b/>
                <w:sz w:val="22"/>
              </w:rPr>
            </w:pPr>
          </w:p>
          <w:p w14:paraId="1AF7388B" w14:textId="77777777" w:rsidR="0047200F" w:rsidRDefault="0047200F">
            <w:pPr>
              <w:spacing w:after="0"/>
              <w:rPr>
                <w:rFonts w:ascii="Aptos Display" w:hAnsi="Aptos Display"/>
                <w:b/>
                <w:sz w:val="22"/>
              </w:rPr>
            </w:pPr>
          </w:p>
          <w:p w14:paraId="1940FBA0" w14:textId="77777777" w:rsidR="003F65DC" w:rsidRPr="0047200F" w:rsidRDefault="003C1FBD">
            <w:pPr>
              <w:spacing w:after="0"/>
              <w:rPr>
                <w:rFonts w:ascii="Aptos Display" w:hAnsi="Aptos Display"/>
                <w:b/>
                <w:sz w:val="22"/>
              </w:rPr>
            </w:pPr>
            <w:r w:rsidRPr="0047200F">
              <w:rPr>
                <w:rFonts w:ascii="Aptos Display" w:hAnsi="Aptos Display"/>
                <w:b/>
                <w:sz w:val="22"/>
              </w:rPr>
              <w:t>Journey in Love — Physical: How we live in Love</w:t>
            </w:r>
          </w:p>
          <w:p w14:paraId="6D01D568" w14:textId="77777777" w:rsidR="003F65DC" w:rsidRPr="0047200F" w:rsidRDefault="003C1FBD">
            <w:pPr>
              <w:spacing w:after="0"/>
              <w:rPr>
                <w:rFonts w:ascii="Aptos Display" w:hAnsi="Aptos Display"/>
                <w:sz w:val="22"/>
              </w:rPr>
            </w:pPr>
            <w:r w:rsidRPr="0047200F">
              <w:rPr>
                <w:rFonts w:ascii="Aptos Display" w:hAnsi="Aptos Display"/>
                <w:sz w:val="22"/>
              </w:rPr>
              <w:t>To describe and give reasons why friendships can break down, how they can be repaired and strengthened.</w:t>
            </w:r>
          </w:p>
          <w:p w14:paraId="7A64DE07" w14:textId="77777777" w:rsidR="003F65DC" w:rsidRPr="0047200F" w:rsidRDefault="003F65DC">
            <w:pPr>
              <w:rPr>
                <w:rFonts w:ascii="Aptos Display" w:hAnsi="Aptos Display"/>
                <w:sz w:val="22"/>
              </w:rPr>
            </w:pPr>
          </w:p>
        </w:tc>
        <w:tc>
          <w:tcPr>
            <w:tcW w:w="2424" w:type="dxa"/>
            <w:shd w:val="clear" w:color="auto" w:fill="E2F0D9"/>
            <w:tcMar>
              <w:top w:w="70" w:type="dxa"/>
              <w:left w:w="70" w:type="dxa"/>
              <w:bottom w:w="70" w:type="dxa"/>
              <w:right w:w="70" w:type="dxa"/>
            </w:tcMar>
          </w:tcPr>
          <w:p w14:paraId="0AA6BE70" w14:textId="77777777" w:rsidR="003F65DC" w:rsidRPr="0047200F" w:rsidRDefault="003C1FBD">
            <w:pPr>
              <w:spacing w:after="0"/>
              <w:rPr>
                <w:rFonts w:ascii="Aptos Display" w:hAnsi="Aptos Display"/>
                <w:sz w:val="22"/>
              </w:rPr>
            </w:pPr>
            <w:r w:rsidRPr="0047200F">
              <w:rPr>
                <w:rFonts w:ascii="Aptos Display" w:hAnsi="Aptos Display"/>
                <w:b/>
                <w:sz w:val="22"/>
              </w:rPr>
              <w:t>VIPs (selected)</w:t>
            </w:r>
          </w:p>
          <w:p w14:paraId="39E486F6" w14:textId="77777777" w:rsidR="003F65DC" w:rsidRPr="0047200F" w:rsidRDefault="003C1FBD">
            <w:pPr>
              <w:spacing w:after="0"/>
              <w:rPr>
                <w:rFonts w:ascii="Aptos Display" w:hAnsi="Aptos Display"/>
                <w:sz w:val="22"/>
              </w:rPr>
            </w:pPr>
            <w:r w:rsidRPr="0047200F">
              <w:rPr>
                <w:rFonts w:ascii="Aptos Display" w:hAnsi="Aptos Display"/>
                <w:sz w:val="22"/>
              </w:rPr>
              <w:t>• Friendship fallouts, bullying, resolving conflict and seeking help.</w:t>
            </w:r>
          </w:p>
          <w:p w14:paraId="0F1A4EA8" w14:textId="77777777" w:rsidR="0047200F" w:rsidRDefault="0047200F">
            <w:pPr>
              <w:spacing w:before="60" w:after="20"/>
              <w:rPr>
                <w:rFonts w:ascii="Aptos Display" w:hAnsi="Aptos Display"/>
                <w:b/>
                <w:sz w:val="22"/>
              </w:rPr>
            </w:pPr>
          </w:p>
          <w:p w14:paraId="7F483AD9" w14:textId="77777777" w:rsidR="0047200F" w:rsidRDefault="0047200F">
            <w:pPr>
              <w:spacing w:before="60" w:after="20"/>
              <w:rPr>
                <w:rFonts w:ascii="Aptos Display" w:hAnsi="Aptos Display"/>
                <w:b/>
                <w:sz w:val="22"/>
              </w:rPr>
            </w:pPr>
          </w:p>
          <w:p w14:paraId="1106A367" w14:textId="77777777" w:rsidR="003F65DC" w:rsidRPr="0047200F" w:rsidRDefault="003C1FBD">
            <w:pPr>
              <w:spacing w:before="60" w:after="20"/>
              <w:rPr>
                <w:rFonts w:ascii="Aptos Display" w:hAnsi="Aptos Display"/>
                <w:sz w:val="22"/>
              </w:rPr>
            </w:pPr>
            <w:r w:rsidRPr="0047200F">
              <w:rPr>
                <w:rFonts w:ascii="Aptos Display" w:hAnsi="Aptos Display"/>
                <w:b/>
                <w:sz w:val="22"/>
              </w:rPr>
              <w:t xml:space="preserve">2026 statutory emphasis: </w:t>
            </w:r>
            <w:r w:rsidRPr="0047200F">
              <w:rPr>
                <w:rFonts w:ascii="Aptos Display" w:hAnsi="Aptos Display"/>
                <w:sz w:val="22"/>
              </w:rPr>
              <w:t>healthy boundaries, assertiveness, repairing friendships, recognising uncomfortable or harmful relationships and seeking support.</w:t>
            </w:r>
          </w:p>
          <w:p w14:paraId="46B7509A" w14:textId="77777777" w:rsidR="003F65DC" w:rsidRPr="0047200F" w:rsidRDefault="003C1FBD">
            <w:pPr>
              <w:rPr>
                <w:rFonts w:ascii="Aptos Display" w:hAnsi="Aptos Display"/>
                <w:sz w:val="22"/>
              </w:rPr>
            </w:pPr>
            <w:r w:rsidRPr="0047200F">
              <w:rPr>
                <w:rFonts w:ascii="Aptos Display" w:hAnsi="Aptos Display"/>
                <w:b/>
                <w:color w:val="784614"/>
                <w:sz w:val="22"/>
              </w:rPr>
              <w:t>.</w:t>
            </w:r>
          </w:p>
        </w:tc>
        <w:tc>
          <w:tcPr>
            <w:tcW w:w="2424" w:type="dxa"/>
            <w:shd w:val="clear" w:color="auto" w:fill="F4CCCC"/>
            <w:tcMar>
              <w:top w:w="70" w:type="dxa"/>
              <w:left w:w="70" w:type="dxa"/>
              <w:bottom w:w="70" w:type="dxa"/>
              <w:right w:w="70" w:type="dxa"/>
            </w:tcMar>
          </w:tcPr>
          <w:p w14:paraId="019C07E7" w14:textId="77777777" w:rsidR="003F65DC" w:rsidRPr="0047200F" w:rsidRDefault="003C1FBD">
            <w:pPr>
              <w:spacing w:after="0"/>
              <w:rPr>
                <w:rFonts w:ascii="Aptos Display" w:hAnsi="Aptos Display"/>
                <w:sz w:val="22"/>
              </w:rPr>
            </w:pPr>
            <w:r w:rsidRPr="0047200F">
              <w:rPr>
                <w:rFonts w:ascii="Aptos Display" w:hAnsi="Aptos Display"/>
                <w:b/>
                <w:sz w:val="22"/>
              </w:rPr>
              <w:t>Diverse Britain + Money Matters (selected)</w:t>
            </w:r>
          </w:p>
          <w:p w14:paraId="59E7E83B" w14:textId="77777777" w:rsidR="003F65DC" w:rsidRPr="0047200F" w:rsidRDefault="003C1FBD">
            <w:pPr>
              <w:spacing w:after="0"/>
              <w:rPr>
                <w:rFonts w:ascii="Aptos Display" w:hAnsi="Aptos Display"/>
                <w:sz w:val="22"/>
              </w:rPr>
            </w:pPr>
            <w:r w:rsidRPr="0047200F">
              <w:rPr>
                <w:rFonts w:ascii="Aptos Display" w:hAnsi="Aptos Display"/>
                <w:sz w:val="22"/>
              </w:rPr>
              <w:t>• Respect, difference, belonging and fairness.</w:t>
            </w:r>
          </w:p>
          <w:p w14:paraId="30C50BEF" w14:textId="77777777" w:rsidR="003F65DC" w:rsidRPr="0047200F" w:rsidRDefault="003C1FBD">
            <w:pPr>
              <w:spacing w:after="0"/>
              <w:rPr>
                <w:rFonts w:ascii="Aptos Display" w:hAnsi="Aptos Display"/>
                <w:sz w:val="22"/>
              </w:rPr>
            </w:pPr>
            <w:r w:rsidRPr="0047200F">
              <w:rPr>
                <w:rFonts w:ascii="Aptos Display" w:hAnsi="Aptos Display"/>
                <w:sz w:val="22"/>
              </w:rPr>
              <w:t>• Needs/wants, saving, spending and responsible choices.</w:t>
            </w:r>
          </w:p>
          <w:p w14:paraId="12678F5E" w14:textId="77777777" w:rsidR="0047200F" w:rsidRDefault="0047200F">
            <w:pPr>
              <w:spacing w:after="0"/>
              <w:rPr>
                <w:rFonts w:ascii="Aptos Display" w:hAnsi="Aptos Display"/>
                <w:b/>
                <w:sz w:val="22"/>
              </w:rPr>
            </w:pPr>
          </w:p>
          <w:p w14:paraId="29F3BDD3" w14:textId="77777777" w:rsidR="0047200F" w:rsidRDefault="0047200F">
            <w:pPr>
              <w:spacing w:after="0"/>
              <w:rPr>
                <w:rFonts w:ascii="Aptos Display" w:hAnsi="Aptos Display"/>
                <w:b/>
                <w:sz w:val="22"/>
              </w:rPr>
            </w:pPr>
          </w:p>
          <w:p w14:paraId="06C615BB" w14:textId="77777777" w:rsidR="003F65DC" w:rsidRPr="0047200F" w:rsidRDefault="003C1FBD">
            <w:pPr>
              <w:spacing w:after="0"/>
              <w:rPr>
                <w:rFonts w:ascii="Aptos Display" w:hAnsi="Aptos Display"/>
                <w:b/>
                <w:sz w:val="22"/>
              </w:rPr>
            </w:pPr>
            <w:r w:rsidRPr="0047200F">
              <w:rPr>
                <w:rFonts w:ascii="Aptos Display" w:hAnsi="Aptos Display"/>
                <w:b/>
                <w:sz w:val="22"/>
              </w:rPr>
              <w:t>Journey in Love — Spiritual: How we live in Love</w:t>
            </w:r>
          </w:p>
          <w:p w14:paraId="783C64BF" w14:textId="77777777" w:rsidR="003F65DC" w:rsidRPr="0047200F" w:rsidRDefault="003C1FBD">
            <w:pPr>
              <w:spacing w:after="0"/>
              <w:rPr>
                <w:rFonts w:ascii="Aptos Display" w:hAnsi="Aptos Display"/>
                <w:sz w:val="22"/>
              </w:rPr>
            </w:pPr>
            <w:r w:rsidRPr="0047200F">
              <w:rPr>
                <w:rFonts w:ascii="Aptos Display" w:hAnsi="Aptos Display"/>
                <w:sz w:val="22"/>
              </w:rPr>
              <w:t>To celebrate the joy and happiness of living in friendship with God and others.</w:t>
            </w:r>
          </w:p>
          <w:p w14:paraId="3FF1EDF8" w14:textId="77777777" w:rsidR="003F65DC" w:rsidRPr="0047200F" w:rsidRDefault="003F65DC">
            <w:pPr>
              <w:rPr>
                <w:rFonts w:ascii="Aptos Display" w:hAnsi="Aptos Display"/>
                <w:sz w:val="22"/>
              </w:rPr>
            </w:pPr>
          </w:p>
        </w:tc>
        <w:tc>
          <w:tcPr>
            <w:tcW w:w="2424" w:type="dxa"/>
            <w:shd w:val="clear" w:color="auto" w:fill="F4CCCC"/>
            <w:tcMar>
              <w:top w:w="70" w:type="dxa"/>
              <w:left w:w="70" w:type="dxa"/>
              <w:bottom w:w="70" w:type="dxa"/>
              <w:right w:w="70" w:type="dxa"/>
            </w:tcMar>
          </w:tcPr>
          <w:p w14:paraId="3F43233A" w14:textId="77777777" w:rsidR="003F65DC" w:rsidRPr="0047200F" w:rsidRDefault="003C1FBD">
            <w:pPr>
              <w:spacing w:after="0"/>
              <w:rPr>
                <w:rFonts w:ascii="Aptos Display" w:hAnsi="Aptos Display"/>
                <w:sz w:val="22"/>
              </w:rPr>
            </w:pPr>
            <w:r w:rsidRPr="0047200F">
              <w:rPr>
                <w:rFonts w:ascii="Aptos Display" w:hAnsi="Aptos Display"/>
                <w:b/>
                <w:sz w:val="22"/>
              </w:rPr>
              <w:t>One World (selected)</w:t>
            </w:r>
          </w:p>
          <w:p w14:paraId="0DAB43A3" w14:textId="77777777" w:rsidR="003F65DC" w:rsidRPr="0047200F" w:rsidRDefault="003C1FBD">
            <w:pPr>
              <w:spacing w:after="0"/>
              <w:rPr>
                <w:rFonts w:ascii="Aptos Display" w:hAnsi="Aptos Display"/>
                <w:sz w:val="22"/>
              </w:rPr>
            </w:pPr>
            <w:r w:rsidRPr="0047200F">
              <w:rPr>
                <w:rFonts w:ascii="Aptos Display" w:hAnsi="Aptos Display"/>
                <w:sz w:val="22"/>
              </w:rPr>
              <w:t>• Global citizenship, responsibility and care for the world.</w:t>
            </w:r>
          </w:p>
          <w:p w14:paraId="7E4E7657" w14:textId="77777777" w:rsidR="003F65DC" w:rsidRPr="0047200F" w:rsidRDefault="003F65DC">
            <w:pPr>
              <w:rPr>
                <w:rFonts w:ascii="Aptos Display" w:hAnsi="Aptos Display"/>
                <w:sz w:val="22"/>
              </w:rPr>
            </w:pPr>
          </w:p>
        </w:tc>
      </w:tr>
    </w:tbl>
    <w:p w14:paraId="70E9C1D0" w14:textId="77777777" w:rsidR="003F65DC" w:rsidRPr="0047200F" w:rsidRDefault="003F65DC">
      <w:pPr>
        <w:spacing w:before="60" w:after="40"/>
        <w:rPr>
          <w:rFonts w:ascii="Aptos Display" w:hAnsi="Aptos Display"/>
          <w:sz w:val="22"/>
        </w:rPr>
      </w:pPr>
    </w:p>
    <w:p w14:paraId="3FDD18B6" w14:textId="5DC9D082" w:rsidR="003F65DC" w:rsidRPr="0047200F" w:rsidRDefault="003C1FBD" w:rsidP="00D63BB5">
      <w:pPr>
        <w:rPr>
          <w:rFonts w:ascii="Aptos Display" w:hAnsi="Aptos Display"/>
          <w:sz w:val="22"/>
        </w:rPr>
      </w:pPr>
      <w:r w:rsidRPr="0047200F">
        <w:rPr>
          <w:rFonts w:ascii="Aptos Display" w:hAnsi="Aptos Display"/>
          <w:sz w:val="22"/>
        </w:rPr>
        <w:br w:type="page"/>
      </w:r>
      <w:r w:rsidRPr="0047200F">
        <w:rPr>
          <w:rFonts w:ascii="Aptos Display" w:hAnsi="Aptos Display"/>
          <w:b/>
          <w:sz w:val="22"/>
        </w:rPr>
        <w:lastRenderedPageBreak/>
        <w:t>Year 4 - Dignity, uniqueness and respect for difference</w:t>
      </w:r>
    </w:p>
    <w:p w14:paraId="2009CB4C" w14:textId="77777777" w:rsidR="003F65DC" w:rsidRDefault="003C1FBD">
      <w:pPr>
        <w:spacing w:after="80"/>
        <w:rPr>
          <w:rFonts w:ascii="Aptos Display" w:hAnsi="Aptos Display"/>
          <w:sz w:val="22"/>
        </w:rPr>
      </w:pPr>
      <w:r w:rsidRPr="0047200F">
        <w:rPr>
          <w:rFonts w:ascii="Aptos Display" w:hAnsi="Aptos Display"/>
          <w:b/>
          <w:bCs/>
          <w:sz w:val="22"/>
        </w:rPr>
        <w:t>Journey in Love theme: God loves us in our differences</w:t>
      </w:r>
      <w:r w:rsidRPr="0047200F">
        <w:rPr>
          <w:rFonts w:ascii="Aptos Display" w:hAnsi="Aptos Display"/>
          <w:sz w:val="22"/>
        </w:rPr>
        <w:t xml:space="preserve"> Across the year, children will: • Celebrate each person's uniqueness and dignity. • Learn about acceptance, inclusion, fairness and stereotypes. • Develop self-worth and ways to manage feelings and change. • Strengthen safety, online privacy and help-seeking skills. • Explore teamwork, citizenship, money and care for the wider world. </w:t>
      </w:r>
    </w:p>
    <w:p w14:paraId="1A0A30D8" w14:textId="77777777" w:rsidR="00D63BB5" w:rsidRPr="0047200F" w:rsidRDefault="00D63BB5">
      <w:pPr>
        <w:spacing w:after="80"/>
        <w:rPr>
          <w:rFonts w:ascii="Aptos Display" w:hAnsi="Aptos Display"/>
          <w:sz w:val="22"/>
        </w:rPr>
      </w:pP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47200F" w14:paraId="0B172B6F" w14:textId="77777777">
        <w:trPr>
          <w:jc w:val="center"/>
        </w:trPr>
        <w:tc>
          <w:tcPr>
            <w:tcW w:w="2424" w:type="dxa"/>
            <w:shd w:val="clear" w:color="auto" w:fill="FFF2CC"/>
            <w:tcMar>
              <w:top w:w="70" w:type="dxa"/>
              <w:left w:w="70" w:type="dxa"/>
              <w:bottom w:w="70" w:type="dxa"/>
              <w:right w:w="70" w:type="dxa"/>
            </w:tcMar>
          </w:tcPr>
          <w:p w14:paraId="32C8D988" w14:textId="77777777" w:rsidR="003F65DC" w:rsidRPr="0047200F" w:rsidRDefault="003C1FBD">
            <w:pPr>
              <w:jc w:val="center"/>
              <w:rPr>
                <w:rFonts w:ascii="Aptos Display" w:hAnsi="Aptos Display"/>
                <w:sz w:val="22"/>
              </w:rPr>
            </w:pPr>
            <w:r w:rsidRPr="0047200F">
              <w:rPr>
                <w:rFonts w:ascii="Aptos Display" w:hAnsi="Aptos Display"/>
                <w:b/>
                <w:sz w:val="22"/>
              </w:rPr>
              <w:t>Autumn 1</w:t>
            </w:r>
          </w:p>
        </w:tc>
        <w:tc>
          <w:tcPr>
            <w:tcW w:w="2424" w:type="dxa"/>
            <w:shd w:val="clear" w:color="auto" w:fill="FFF2CC"/>
            <w:tcMar>
              <w:top w:w="70" w:type="dxa"/>
              <w:left w:w="70" w:type="dxa"/>
              <w:bottom w:w="70" w:type="dxa"/>
              <w:right w:w="70" w:type="dxa"/>
            </w:tcMar>
          </w:tcPr>
          <w:p w14:paraId="5E4E15B7" w14:textId="77777777" w:rsidR="003F65DC" w:rsidRPr="0047200F" w:rsidRDefault="003C1FBD">
            <w:pPr>
              <w:jc w:val="center"/>
              <w:rPr>
                <w:rFonts w:ascii="Aptos Display" w:hAnsi="Aptos Display"/>
                <w:sz w:val="22"/>
              </w:rPr>
            </w:pPr>
            <w:r w:rsidRPr="0047200F">
              <w:rPr>
                <w:rFonts w:ascii="Aptos Display" w:hAnsi="Aptos Display"/>
                <w:b/>
                <w:sz w:val="22"/>
              </w:rPr>
              <w:t>Autumn 2</w:t>
            </w:r>
          </w:p>
        </w:tc>
        <w:tc>
          <w:tcPr>
            <w:tcW w:w="2424" w:type="dxa"/>
            <w:shd w:val="clear" w:color="auto" w:fill="E2F0D9"/>
            <w:tcMar>
              <w:top w:w="70" w:type="dxa"/>
              <w:left w:w="70" w:type="dxa"/>
              <w:bottom w:w="70" w:type="dxa"/>
              <w:right w:w="70" w:type="dxa"/>
            </w:tcMar>
          </w:tcPr>
          <w:p w14:paraId="74A3E91D" w14:textId="77777777" w:rsidR="003F65DC" w:rsidRPr="0047200F" w:rsidRDefault="003C1FBD">
            <w:pPr>
              <w:jc w:val="center"/>
              <w:rPr>
                <w:rFonts w:ascii="Aptos Display" w:hAnsi="Aptos Display"/>
                <w:sz w:val="22"/>
              </w:rPr>
            </w:pPr>
            <w:r w:rsidRPr="0047200F">
              <w:rPr>
                <w:rFonts w:ascii="Aptos Display" w:hAnsi="Aptos Display"/>
                <w:b/>
                <w:sz w:val="22"/>
              </w:rPr>
              <w:t>Spring 1</w:t>
            </w:r>
          </w:p>
        </w:tc>
        <w:tc>
          <w:tcPr>
            <w:tcW w:w="2424" w:type="dxa"/>
            <w:shd w:val="clear" w:color="auto" w:fill="E2F0D9"/>
            <w:tcMar>
              <w:top w:w="70" w:type="dxa"/>
              <w:left w:w="70" w:type="dxa"/>
              <w:bottom w:w="70" w:type="dxa"/>
              <w:right w:w="70" w:type="dxa"/>
            </w:tcMar>
          </w:tcPr>
          <w:p w14:paraId="4F33035B" w14:textId="77777777" w:rsidR="003F65DC" w:rsidRPr="0047200F" w:rsidRDefault="003C1FBD">
            <w:pPr>
              <w:jc w:val="center"/>
              <w:rPr>
                <w:rFonts w:ascii="Aptos Display" w:hAnsi="Aptos Display"/>
                <w:sz w:val="22"/>
              </w:rPr>
            </w:pPr>
            <w:r w:rsidRPr="0047200F">
              <w:rPr>
                <w:rFonts w:ascii="Aptos Display" w:hAnsi="Aptos Display"/>
                <w:b/>
                <w:sz w:val="22"/>
              </w:rPr>
              <w:t>Spring 2</w:t>
            </w:r>
          </w:p>
        </w:tc>
        <w:tc>
          <w:tcPr>
            <w:tcW w:w="2424" w:type="dxa"/>
            <w:shd w:val="clear" w:color="auto" w:fill="F4CCCC"/>
            <w:tcMar>
              <w:top w:w="70" w:type="dxa"/>
              <w:left w:w="70" w:type="dxa"/>
              <w:bottom w:w="70" w:type="dxa"/>
              <w:right w:w="70" w:type="dxa"/>
            </w:tcMar>
          </w:tcPr>
          <w:p w14:paraId="7314A3C8" w14:textId="77777777" w:rsidR="003F65DC" w:rsidRPr="0047200F" w:rsidRDefault="003C1FBD">
            <w:pPr>
              <w:jc w:val="center"/>
              <w:rPr>
                <w:rFonts w:ascii="Aptos Display" w:hAnsi="Aptos Display"/>
                <w:sz w:val="22"/>
              </w:rPr>
            </w:pPr>
            <w:r w:rsidRPr="0047200F">
              <w:rPr>
                <w:rFonts w:ascii="Aptos Display" w:hAnsi="Aptos Display"/>
                <w:b/>
                <w:sz w:val="22"/>
              </w:rPr>
              <w:t>Summer 1</w:t>
            </w:r>
          </w:p>
        </w:tc>
        <w:tc>
          <w:tcPr>
            <w:tcW w:w="2424" w:type="dxa"/>
            <w:shd w:val="clear" w:color="auto" w:fill="F4CCCC"/>
            <w:tcMar>
              <w:top w:w="70" w:type="dxa"/>
              <w:left w:w="70" w:type="dxa"/>
              <w:bottom w:w="70" w:type="dxa"/>
              <w:right w:w="70" w:type="dxa"/>
            </w:tcMar>
          </w:tcPr>
          <w:p w14:paraId="79DC14CE" w14:textId="77777777" w:rsidR="003F65DC" w:rsidRPr="0047200F" w:rsidRDefault="003C1FBD">
            <w:pPr>
              <w:jc w:val="center"/>
              <w:rPr>
                <w:rFonts w:ascii="Aptos Display" w:hAnsi="Aptos Display"/>
                <w:sz w:val="22"/>
              </w:rPr>
            </w:pPr>
            <w:r w:rsidRPr="0047200F">
              <w:rPr>
                <w:rFonts w:ascii="Aptos Display" w:hAnsi="Aptos Display"/>
                <w:b/>
                <w:sz w:val="22"/>
              </w:rPr>
              <w:t>Summer 2</w:t>
            </w:r>
          </w:p>
        </w:tc>
      </w:tr>
      <w:tr w:rsidR="003F65DC" w:rsidRPr="0047200F" w14:paraId="0446D478" w14:textId="77777777">
        <w:trPr>
          <w:jc w:val="center"/>
        </w:trPr>
        <w:tc>
          <w:tcPr>
            <w:tcW w:w="2424" w:type="dxa"/>
            <w:shd w:val="clear" w:color="auto" w:fill="FFF2CC"/>
            <w:tcMar>
              <w:top w:w="70" w:type="dxa"/>
              <w:left w:w="70" w:type="dxa"/>
              <w:bottom w:w="70" w:type="dxa"/>
              <w:right w:w="70" w:type="dxa"/>
            </w:tcMar>
          </w:tcPr>
          <w:p w14:paraId="12E9F9E6" w14:textId="77777777" w:rsidR="003F65DC" w:rsidRPr="0047200F" w:rsidRDefault="003C1FBD">
            <w:pPr>
              <w:spacing w:after="0"/>
              <w:rPr>
                <w:rFonts w:ascii="Aptos Display" w:hAnsi="Aptos Display"/>
                <w:sz w:val="22"/>
              </w:rPr>
            </w:pPr>
            <w:r w:rsidRPr="0047200F">
              <w:rPr>
                <w:rFonts w:ascii="Aptos Display" w:hAnsi="Aptos Display"/>
                <w:b/>
                <w:sz w:val="22"/>
              </w:rPr>
              <w:t>Be Yourself + Think Positive (selected)</w:t>
            </w:r>
          </w:p>
          <w:p w14:paraId="3524A55A" w14:textId="77777777" w:rsidR="003F65DC" w:rsidRPr="0047200F" w:rsidRDefault="003C1FBD">
            <w:pPr>
              <w:spacing w:after="0"/>
              <w:rPr>
                <w:rFonts w:ascii="Aptos Display" w:hAnsi="Aptos Display"/>
                <w:sz w:val="22"/>
              </w:rPr>
            </w:pPr>
            <w:r w:rsidRPr="0047200F">
              <w:rPr>
                <w:rFonts w:ascii="Aptos Display" w:hAnsi="Aptos Display"/>
                <w:sz w:val="22"/>
              </w:rPr>
              <w:t>• Strengths, self-worth and expressing views respectfully.</w:t>
            </w:r>
          </w:p>
          <w:p w14:paraId="59E83B65" w14:textId="77777777" w:rsidR="003F65DC" w:rsidRPr="0047200F" w:rsidRDefault="003C1FBD">
            <w:pPr>
              <w:spacing w:after="0"/>
              <w:rPr>
                <w:rFonts w:ascii="Aptos Display" w:hAnsi="Aptos Display"/>
                <w:sz w:val="22"/>
              </w:rPr>
            </w:pPr>
            <w:r w:rsidRPr="0047200F">
              <w:rPr>
                <w:rFonts w:ascii="Aptos Display" w:hAnsi="Aptos Display"/>
                <w:sz w:val="22"/>
              </w:rPr>
              <w:t>• Managing feelings, change and positive coping strategies.</w:t>
            </w:r>
          </w:p>
          <w:p w14:paraId="3D3B7965" w14:textId="77777777" w:rsidR="0047200F" w:rsidRDefault="0047200F">
            <w:pPr>
              <w:spacing w:after="0"/>
              <w:rPr>
                <w:rFonts w:ascii="Aptos Display" w:hAnsi="Aptos Display"/>
                <w:b/>
                <w:sz w:val="22"/>
              </w:rPr>
            </w:pPr>
          </w:p>
          <w:p w14:paraId="2DACDA27" w14:textId="77777777" w:rsidR="0047200F" w:rsidRDefault="0047200F">
            <w:pPr>
              <w:spacing w:after="0"/>
              <w:rPr>
                <w:rFonts w:ascii="Aptos Display" w:hAnsi="Aptos Display"/>
                <w:b/>
                <w:sz w:val="22"/>
              </w:rPr>
            </w:pPr>
          </w:p>
          <w:p w14:paraId="5B39E86D" w14:textId="77777777" w:rsidR="003F65DC" w:rsidRPr="0047200F" w:rsidRDefault="003C1FBD">
            <w:pPr>
              <w:spacing w:after="0"/>
              <w:rPr>
                <w:rFonts w:ascii="Aptos Display" w:hAnsi="Aptos Display"/>
                <w:sz w:val="22"/>
              </w:rPr>
            </w:pPr>
            <w:r w:rsidRPr="0047200F">
              <w:rPr>
                <w:rFonts w:ascii="Aptos Display" w:hAnsi="Aptos Display"/>
                <w:b/>
                <w:sz w:val="22"/>
              </w:rPr>
              <w:t>Journey in Love — Social &amp; Emotional: God loves us in our differences</w:t>
            </w:r>
          </w:p>
          <w:p w14:paraId="57968AC4" w14:textId="77777777" w:rsidR="003F65DC" w:rsidRPr="0047200F" w:rsidRDefault="003C1FBD">
            <w:pPr>
              <w:spacing w:after="0"/>
              <w:rPr>
                <w:rFonts w:ascii="Aptos Display" w:hAnsi="Aptos Display"/>
                <w:sz w:val="22"/>
              </w:rPr>
            </w:pPr>
            <w:r w:rsidRPr="0047200F">
              <w:rPr>
                <w:rFonts w:ascii="Aptos Display" w:hAnsi="Aptos Display"/>
                <w:sz w:val="22"/>
              </w:rPr>
              <w:t>To describe how we all should be accepted and respected.</w:t>
            </w:r>
          </w:p>
          <w:p w14:paraId="455673FE" w14:textId="77777777" w:rsidR="003F65DC" w:rsidRPr="0047200F" w:rsidRDefault="003F65DC">
            <w:pPr>
              <w:rPr>
                <w:rFonts w:ascii="Aptos Display" w:hAnsi="Aptos Display"/>
                <w:sz w:val="22"/>
              </w:rPr>
            </w:pPr>
          </w:p>
        </w:tc>
        <w:tc>
          <w:tcPr>
            <w:tcW w:w="2424" w:type="dxa"/>
            <w:shd w:val="clear" w:color="auto" w:fill="FFF2CC"/>
            <w:tcMar>
              <w:top w:w="70" w:type="dxa"/>
              <w:left w:w="70" w:type="dxa"/>
              <w:bottom w:w="70" w:type="dxa"/>
              <w:right w:w="70" w:type="dxa"/>
            </w:tcMar>
          </w:tcPr>
          <w:p w14:paraId="20ACBB9B" w14:textId="77777777" w:rsidR="003F65DC" w:rsidRPr="0047200F" w:rsidRDefault="003C1FBD">
            <w:pPr>
              <w:spacing w:after="0"/>
              <w:rPr>
                <w:rFonts w:ascii="Aptos Display" w:hAnsi="Aptos Display"/>
                <w:sz w:val="22"/>
              </w:rPr>
            </w:pPr>
            <w:r w:rsidRPr="0047200F">
              <w:rPr>
                <w:rFonts w:ascii="Aptos Display" w:hAnsi="Aptos Display"/>
                <w:b/>
                <w:sz w:val="22"/>
              </w:rPr>
              <w:t>Safety First + Digital Wellbeing</w:t>
            </w:r>
          </w:p>
          <w:p w14:paraId="1DA5E51B" w14:textId="77777777" w:rsidR="003F65DC" w:rsidRPr="0047200F" w:rsidRDefault="003C1FBD">
            <w:pPr>
              <w:spacing w:after="0"/>
              <w:rPr>
                <w:rFonts w:ascii="Aptos Display" w:hAnsi="Aptos Display"/>
                <w:sz w:val="22"/>
              </w:rPr>
            </w:pPr>
            <w:r w:rsidRPr="0047200F">
              <w:rPr>
                <w:rFonts w:ascii="Aptos Display" w:hAnsi="Aptos Display"/>
                <w:sz w:val="22"/>
              </w:rPr>
              <w:t>• Risk, personal/community safety and trusted support.</w:t>
            </w:r>
          </w:p>
          <w:p w14:paraId="0052EE57" w14:textId="77777777" w:rsidR="003F65DC" w:rsidRPr="0047200F" w:rsidRDefault="003C1FBD">
            <w:pPr>
              <w:spacing w:after="0"/>
              <w:rPr>
                <w:rFonts w:ascii="Aptos Display" w:hAnsi="Aptos Display"/>
                <w:sz w:val="22"/>
              </w:rPr>
            </w:pPr>
            <w:r w:rsidRPr="0047200F">
              <w:rPr>
                <w:rFonts w:ascii="Aptos Display" w:hAnsi="Aptos Display"/>
                <w:sz w:val="22"/>
              </w:rPr>
              <w:t>• Privacy, online relationships and seeking help.</w:t>
            </w:r>
          </w:p>
          <w:p w14:paraId="088E358F" w14:textId="77777777" w:rsidR="0047200F" w:rsidRDefault="0047200F">
            <w:pPr>
              <w:spacing w:before="60" w:after="20"/>
              <w:rPr>
                <w:rFonts w:ascii="Aptos Display" w:hAnsi="Aptos Display"/>
                <w:b/>
                <w:sz w:val="22"/>
              </w:rPr>
            </w:pPr>
          </w:p>
          <w:p w14:paraId="45EFDE21" w14:textId="77777777" w:rsidR="003F65DC" w:rsidRPr="0047200F" w:rsidRDefault="003C1FBD">
            <w:pPr>
              <w:spacing w:before="60" w:after="20"/>
              <w:rPr>
                <w:rFonts w:ascii="Aptos Display" w:hAnsi="Aptos Display"/>
                <w:sz w:val="22"/>
              </w:rPr>
            </w:pPr>
            <w:r w:rsidRPr="0047200F">
              <w:rPr>
                <w:rFonts w:ascii="Aptos Display" w:hAnsi="Aptos Display"/>
                <w:b/>
                <w:sz w:val="22"/>
              </w:rPr>
              <w:t xml:space="preserve">2026 statutory emphasis: </w:t>
            </w:r>
            <w:r w:rsidRPr="0047200F">
              <w:rPr>
                <w:rFonts w:ascii="Aptos Display" w:hAnsi="Aptos Display"/>
                <w:sz w:val="22"/>
              </w:rPr>
              <w:t>online strangers and fake identities; social-media age restrictions; privacy/location settings; permanence of shared material; harmful content and reporting. Safety teaching also includes basic first aid, emergency calls and key road, rail, water and fire-safety messages.</w:t>
            </w:r>
          </w:p>
          <w:p w14:paraId="1E2984DD" w14:textId="77777777" w:rsidR="003F65DC" w:rsidRPr="0047200F" w:rsidRDefault="003F65DC">
            <w:pPr>
              <w:rPr>
                <w:rFonts w:ascii="Aptos Display" w:hAnsi="Aptos Display"/>
                <w:sz w:val="22"/>
              </w:rPr>
            </w:pPr>
          </w:p>
        </w:tc>
        <w:tc>
          <w:tcPr>
            <w:tcW w:w="2424" w:type="dxa"/>
            <w:shd w:val="clear" w:color="auto" w:fill="E2F0D9"/>
            <w:tcMar>
              <w:top w:w="70" w:type="dxa"/>
              <w:left w:w="70" w:type="dxa"/>
              <w:bottom w:w="70" w:type="dxa"/>
              <w:right w:w="70" w:type="dxa"/>
            </w:tcMar>
          </w:tcPr>
          <w:p w14:paraId="39DAC2D7" w14:textId="77777777" w:rsidR="003F65DC" w:rsidRPr="0047200F" w:rsidRDefault="003C1FBD">
            <w:pPr>
              <w:spacing w:after="0"/>
              <w:rPr>
                <w:rFonts w:ascii="Aptos Display" w:hAnsi="Aptos Display"/>
                <w:sz w:val="22"/>
              </w:rPr>
            </w:pPr>
            <w:r w:rsidRPr="0047200F">
              <w:rPr>
                <w:rFonts w:ascii="Aptos Display" w:hAnsi="Aptos Display"/>
                <w:b/>
                <w:sz w:val="22"/>
              </w:rPr>
              <w:t>Diverse Britain (selected)</w:t>
            </w:r>
          </w:p>
          <w:p w14:paraId="1871808F" w14:textId="77777777" w:rsidR="003F65DC" w:rsidRPr="0047200F" w:rsidRDefault="003C1FBD">
            <w:pPr>
              <w:spacing w:after="0"/>
              <w:rPr>
                <w:rFonts w:ascii="Aptos Display" w:hAnsi="Aptos Display"/>
                <w:sz w:val="22"/>
              </w:rPr>
            </w:pPr>
            <w:r w:rsidRPr="0047200F">
              <w:rPr>
                <w:rFonts w:ascii="Aptos Display" w:hAnsi="Aptos Display"/>
                <w:sz w:val="22"/>
              </w:rPr>
              <w:t>• Respect, fairness, equality and challenging stereotypes.</w:t>
            </w:r>
          </w:p>
          <w:p w14:paraId="555DA83E" w14:textId="77777777" w:rsidR="0047200F" w:rsidRDefault="0047200F">
            <w:pPr>
              <w:spacing w:after="0"/>
              <w:rPr>
                <w:rFonts w:ascii="Aptos Display" w:hAnsi="Aptos Display"/>
                <w:b/>
                <w:sz w:val="22"/>
              </w:rPr>
            </w:pPr>
          </w:p>
          <w:p w14:paraId="050C3881" w14:textId="77777777" w:rsidR="0047200F" w:rsidRDefault="0047200F">
            <w:pPr>
              <w:spacing w:after="0"/>
              <w:rPr>
                <w:rFonts w:ascii="Aptos Display" w:hAnsi="Aptos Display"/>
                <w:b/>
                <w:sz w:val="22"/>
              </w:rPr>
            </w:pPr>
          </w:p>
          <w:p w14:paraId="40E06882" w14:textId="77777777" w:rsidR="003F65DC" w:rsidRPr="0047200F" w:rsidRDefault="003C1FBD">
            <w:pPr>
              <w:spacing w:after="0"/>
              <w:rPr>
                <w:rFonts w:ascii="Aptos Display" w:hAnsi="Aptos Display"/>
                <w:sz w:val="22"/>
              </w:rPr>
            </w:pPr>
            <w:r w:rsidRPr="0047200F">
              <w:rPr>
                <w:rFonts w:ascii="Aptos Display" w:hAnsi="Aptos Display"/>
                <w:b/>
                <w:sz w:val="22"/>
              </w:rPr>
              <w:t>Journey in Love — Physical: God loves us in our differences</w:t>
            </w:r>
          </w:p>
          <w:p w14:paraId="7C160D2D" w14:textId="77777777" w:rsidR="003F65DC" w:rsidRPr="0047200F" w:rsidRDefault="003C1FBD">
            <w:pPr>
              <w:spacing w:after="0"/>
              <w:rPr>
                <w:rFonts w:ascii="Aptos Display" w:hAnsi="Aptos Display"/>
                <w:sz w:val="22"/>
              </w:rPr>
            </w:pPr>
            <w:r w:rsidRPr="0047200F">
              <w:rPr>
                <w:rFonts w:ascii="Aptos Display" w:hAnsi="Aptos Display"/>
                <w:sz w:val="22"/>
              </w:rPr>
              <w:t>To describe how we should treat others, making links with the diverse modern society we live in.</w:t>
            </w:r>
          </w:p>
          <w:p w14:paraId="75048243" w14:textId="77777777" w:rsidR="003F65DC" w:rsidRPr="0047200F" w:rsidRDefault="003F65DC">
            <w:pPr>
              <w:rPr>
                <w:rFonts w:ascii="Aptos Display" w:hAnsi="Aptos Display"/>
                <w:sz w:val="22"/>
              </w:rPr>
            </w:pPr>
          </w:p>
        </w:tc>
        <w:tc>
          <w:tcPr>
            <w:tcW w:w="2424" w:type="dxa"/>
            <w:shd w:val="clear" w:color="auto" w:fill="E2F0D9"/>
            <w:tcMar>
              <w:top w:w="70" w:type="dxa"/>
              <w:left w:w="70" w:type="dxa"/>
              <w:bottom w:w="70" w:type="dxa"/>
              <w:right w:w="70" w:type="dxa"/>
            </w:tcMar>
          </w:tcPr>
          <w:p w14:paraId="49063B8D" w14:textId="77777777" w:rsidR="003F65DC" w:rsidRPr="0047200F" w:rsidRDefault="003C1FBD">
            <w:pPr>
              <w:spacing w:after="0"/>
              <w:rPr>
                <w:rFonts w:ascii="Aptos Display" w:hAnsi="Aptos Display"/>
                <w:sz w:val="22"/>
              </w:rPr>
            </w:pPr>
            <w:r w:rsidRPr="0047200F">
              <w:rPr>
                <w:rFonts w:ascii="Aptos Display" w:hAnsi="Aptos Display"/>
                <w:b/>
                <w:sz w:val="22"/>
              </w:rPr>
              <w:t>TEAM (selected)</w:t>
            </w:r>
          </w:p>
          <w:p w14:paraId="0F2769C4" w14:textId="77777777" w:rsidR="003F65DC" w:rsidRPr="0047200F" w:rsidRDefault="003C1FBD">
            <w:pPr>
              <w:spacing w:after="0"/>
              <w:rPr>
                <w:rFonts w:ascii="Aptos Display" w:hAnsi="Aptos Display"/>
                <w:sz w:val="22"/>
              </w:rPr>
            </w:pPr>
            <w:r w:rsidRPr="0047200F">
              <w:rPr>
                <w:rFonts w:ascii="Aptos Display" w:hAnsi="Aptos Display"/>
                <w:sz w:val="22"/>
              </w:rPr>
              <w:t xml:space="preserve">• Cooperation and anti-bullying learning </w:t>
            </w:r>
            <w:proofErr w:type="gramStart"/>
            <w:r w:rsidRPr="0047200F">
              <w:rPr>
                <w:rFonts w:ascii="Aptos Display" w:hAnsi="Aptos Display"/>
                <w:sz w:val="22"/>
              </w:rPr>
              <w:t>not</w:t>
            </w:r>
            <w:proofErr w:type="gramEnd"/>
            <w:r w:rsidRPr="0047200F">
              <w:rPr>
                <w:rFonts w:ascii="Aptos Display" w:hAnsi="Aptos Display"/>
                <w:sz w:val="22"/>
              </w:rPr>
              <w:t xml:space="preserve"> already covered.</w:t>
            </w:r>
          </w:p>
          <w:p w14:paraId="76113A00" w14:textId="77777777" w:rsidR="003F65DC" w:rsidRPr="0047200F" w:rsidRDefault="003C1FBD">
            <w:pPr>
              <w:rPr>
                <w:rFonts w:ascii="Aptos Display" w:hAnsi="Aptos Display"/>
                <w:sz w:val="22"/>
              </w:rPr>
            </w:pPr>
            <w:r w:rsidRPr="0047200F">
              <w:rPr>
                <w:rFonts w:ascii="Aptos Display" w:hAnsi="Aptos Display"/>
                <w:b/>
                <w:color w:val="784614"/>
                <w:sz w:val="22"/>
              </w:rPr>
              <w:t>.</w:t>
            </w:r>
          </w:p>
        </w:tc>
        <w:tc>
          <w:tcPr>
            <w:tcW w:w="2424" w:type="dxa"/>
            <w:shd w:val="clear" w:color="auto" w:fill="F4CCCC"/>
            <w:tcMar>
              <w:top w:w="70" w:type="dxa"/>
              <w:left w:w="70" w:type="dxa"/>
              <w:bottom w:w="70" w:type="dxa"/>
              <w:right w:w="70" w:type="dxa"/>
            </w:tcMar>
          </w:tcPr>
          <w:p w14:paraId="0DEAFBE1" w14:textId="77777777" w:rsidR="003F65DC" w:rsidRPr="0047200F" w:rsidRDefault="003C1FBD">
            <w:pPr>
              <w:spacing w:after="0"/>
              <w:rPr>
                <w:rFonts w:ascii="Aptos Display" w:hAnsi="Aptos Display"/>
                <w:sz w:val="22"/>
              </w:rPr>
            </w:pPr>
            <w:r w:rsidRPr="0047200F">
              <w:rPr>
                <w:rFonts w:ascii="Aptos Display" w:hAnsi="Aptos Display"/>
                <w:b/>
                <w:sz w:val="22"/>
              </w:rPr>
              <w:t>One World + Money Matters (selected)</w:t>
            </w:r>
          </w:p>
          <w:p w14:paraId="0ACD8D2E" w14:textId="77777777" w:rsidR="003F65DC" w:rsidRPr="0047200F" w:rsidRDefault="003C1FBD">
            <w:pPr>
              <w:spacing w:after="0"/>
              <w:rPr>
                <w:rFonts w:ascii="Aptos Display" w:hAnsi="Aptos Display"/>
                <w:sz w:val="22"/>
              </w:rPr>
            </w:pPr>
            <w:r w:rsidRPr="0047200F">
              <w:rPr>
                <w:rFonts w:ascii="Aptos Display" w:hAnsi="Aptos Display"/>
                <w:sz w:val="22"/>
              </w:rPr>
              <w:t>• Global citizenship, community and responsibility.</w:t>
            </w:r>
          </w:p>
          <w:p w14:paraId="0AADD829" w14:textId="77777777" w:rsidR="003F65DC" w:rsidRPr="0047200F" w:rsidRDefault="003C1FBD">
            <w:pPr>
              <w:spacing w:after="0"/>
              <w:rPr>
                <w:rFonts w:ascii="Aptos Display" w:hAnsi="Aptos Display"/>
                <w:sz w:val="22"/>
              </w:rPr>
            </w:pPr>
            <w:r w:rsidRPr="0047200F">
              <w:rPr>
                <w:rFonts w:ascii="Aptos Display" w:hAnsi="Aptos Display"/>
                <w:sz w:val="22"/>
              </w:rPr>
              <w:t>• Money choices and responsible spending.</w:t>
            </w:r>
          </w:p>
          <w:p w14:paraId="4A4A4415" w14:textId="77777777" w:rsidR="0047200F" w:rsidRDefault="0047200F">
            <w:pPr>
              <w:spacing w:after="0"/>
              <w:rPr>
                <w:rFonts w:ascii="Aptos Display" w:hAnsi="Aptos Display"/>
                <w:b/>
                <w:sz w:val="22"/>
              </w:rPr>
            </w:pPr>
          </w:p>
          <w:p w14:paraId="1E22B365" w14:textId="77777777" w:rsidR="0047200F" w:rsidRDefault="0047200F">
            <w:pPr>
              <w:spacing w:after="0"/>
              <w:rPr>
                <w:rFonts w:ascii="Aptos Display" w:hAnsi="Aptos Display"/>
                <w:b/>
                <w:sz w:val="22"/>
              </w:rPr>
            </w:pPr>
          </w:p>
          <w:p w14:paraId="3448F465" w14:textId="77777777" w:rsidR="0047200F" w:rsidRDefault="0047200F">
            <w:pPr>
              <w:spacing w:after="0"/>
              <w:rPr>
                <w:rFonts w:ascii="Aptos Display" w:hAnsi="Aptos Display"/>
                <w:b/>
                <w:sz w:val="22"/>
              </w:rPr>
            </w:pPr>
          </w:p>
          <w:p w14:paraId="6DD4A433" w14:textId="77777777" w:rsidR="003F65DC" w:rsidRPr="0047200F" w:rsidRDefault="003C1FBD">
            <w:pPr>
              <w:spacing w:after="0"/>
              <w:rPr>
                <w:rFonts w:ascii="Aptos Display" w:hAnsi="Aptos Display"/>
                <w:sz w:val="22"/>
              </w:rPr>
            </w:pPr>
            <w:r w:rsidRPr="0047200F">
              <w:rPr>
                <w:rFonts w:ascii="Aptos Display" w:hAnsi="Aptos Display"/>
                <w:b/>
                <w:sz w:val="22"/>
              </w:rPr>
              <w:t>Journey in Love — Spiritual: God loves us in our differences</w:t>
            </w:r>
          </w:p>
          <w:p w14:paraId="11AC2CBF" w14:textId="77777777" w:rsidR="003F65DC" w:rsidRPr="0047200F" w:rsidRDefault="003C1FBD">
            <w:pPr>
              <w:spacing w:after="0"/>
              <w:rPr>
                <w:rFonts w:ascii="Aptos Display" w:hAnsi="Aptos Display"/>
                <w:sz w:val="22"/>
              </w:rPr>
            </w:pPr>
            <w:r w:rsidRPr="0047200F">
              <w:rPr>
                <w:rFonts w:ascii="Aptos Display" w:hAnsi="Aptos Display"/>
                <w:sz w:val="22"/>
              </w:rPr>
              <w:t>To celebrate the uniqueness and innate beauty of each of us.</w:t>
            </w:r>
          </w:p>
          <w:p w14:paraId="153D4460" w14:textId="77777777" w:rsidR="003F65DC" w:rsidRPr="0047200F" w:rsidRDefault="003C1FBD">
            <w:pPr>
              <w:rPr>
                <w:rFonts w:ascii="Aptos Display" w:hAnsi="Aptos Display"/>
                <w:sz w:val="22"/>
              </w:rPr>
            </w:pPr>
            <w:r w:rsidRPr="0047200F">
              <w:rPr>
                <w:rFonts w:ascii="Aptos Display" w:hAnsi="Aptos Display"/>
                <w:b/>
                <w:color w:val="1F4E79"/>
                <w:sz w:val="22"/>
              </w:rPr>
              <w:t>.</w:t>
            </w:r>
          </w:p>
        </w:tc>
        <w:tc>
          <w:tcPr>
            <w:tcW w:w="2424" w:type="dxa"/>
            <w:shd w:val="clear" w:color="auto" w:fill="F4CCCC"/>
            <w:tcMar>
              <w:top w:w="70" w:type="dxa"/>
              <w:left w:w="70" w:type="dxa"/>
              <w:bottom w:w="70" w:type="dxa"/>
              <w:right w:w="70" w:type="dxa"/>
            </w:tcMar>
          </w:tcPr>
          <w:p w14:paraId="6A74D80F" w14:textId="77777777" w:rsidR="003F65DC" w:rsidRPr="0047200F" w:rsidRDefault="003C1FBD">
            <w:pPr>
              <w:spacing w:after="0"/>
              <w:rPr>
                <w:rFonts w:ascii="Aptos Display" w:hAnsi="Aptos Display"/>
                <w:sz w:val="22"/>
              </w:rPr>
            </w:pPr>
            <w:proofErr w:type="gramStart"/>
            <w:r w:rsidRPr="0047200F">
              <w:rPr>
                <w:rFonts w:ascii="Aptos Display" w:hAnsi="Aptos Display"/>
                <w:b/>
                <w:sz w:val="22"/>
              </w:rPr>
              <w:t xml:space="preserve">VIPs </w:t>
            </w:r>
            <w:r w:rsidRPr="0047200F">
              <w:rPr>
                <w:rFonts w:ascii="Aptos Display" w:hAnsi="Aptos Display"/>
                <w:sz w:val="22"/>
              </w:rPr>
              <w:t xml:space="preserve"> (</w:t>
            </w:r>
            <w:proofErr w:type="gramEnd"/>
            <w:r w:rsidRPr="0047200F">
              <w:rPr>
                <w:rFonts w:ascii="Aptos Display" w:hAnsi="Aptos Display"/>
                <w:sz w:val="22"/>
              </w:rPr>
              <w:t>selected)</w:t>
            </w:r>
          </w:p>
          <w:p w14:paraId="1F91B8B4" w14:textId="77777777" w:rsidR="003F65DC" w:rsidRPr="0047200F" w:rsidRDefault="003C1FBD">
            <w:pPr>
              <w:spacing w:after="0"/>
              <w:rPr>
                <w:rFonts w:ascii="Aptos Display" w:hAnsi="Aptos Display"/>
                <w:sz w:val="22"/>
              </w:rPr>
            </w:pPr>
            <w:r w:rsidRPr="0047200F">
              <w:rPr>
                <w:rFonts w:ascii="Aptos Display" w:hAnsi="Aptos Display"/>
                <w:sz w:val="22"/>
              </w:rPr>
              <w:t xml:space="preserve">• </w:t>
            </w:r>
            <w:r w:rsidR="00F85360" w:rsidRPr="0047200F">
              <w:rPr>
                <w:rFonts w:ascii="Aptos Display" w:hAnsi="Aptos Display"/>
                <w:sz w:val="22"/>
              </w:rPr>
              <w:t>Friendship</w:t>
            </w:r>
            <w:r w:rsidRPr="0047200F">
              <w:rPr>
                <w:rFonts w:ascii="Aptos Display" w:hAnsi="Aptos Display"/>
                <w:sz w:val="22"/>
              </w:rPr>
              <w:t xml:space="preserve">, safety </w:t>
            </w:r>
            <w:r w:rsidR="00F85360" w:rsidRPr="0047200F">
              <w:rPr>
                <w:rFonts w:ascii="Aptos Display" w:hAnsi="Aptos Display"/>
                <w:sz w:val="22"/>
              </w:rPr>
              <w:t xml:space="preserve">and </w:t>
            </w:r>
            <w:r w:rsidRPr="0047200F">
              <w:rPr>
                <w:rFonts w:ascii="Aptos Display" w:hAnsi="Aptos Display"/>
                <w:sz w:val="22"/>
              </w:rPr>
              <w:t>help-seeking</w:t>
            </w:r>
            <w:r w:rsidR="00F85360" w:rsidRPr="0047200F">
              <w:rPr>
                <w:rFonts w:ascii="Aptos Display" w:hAnsi="Aptos Display"/>
                <w:sz w:val="22"/>
              </w:rPr>
              <w:t>.</w:t>
            </w:r>
          </w:p>
          <w:p w14:paraId="34679188" w14:textId="77777777" w:rsidR="003F65DC" w:rsidRPr="0047200F" w:rsidRDefault="003F65DC">
            <w:pPr>
              <w:rPr>
                <w:rFonts w:ascii="Aptos Display" w:hAnsi="Aptos Display"/>
                <w:sz w:val="22"/>
              </w:rPr>
            </w:pPr>
          </w:p>
        </w:tc>
      </w:tr>
    </w:tbl>
    <w:p w14:paraId="2C51ACB4" w14:textId="77777777" w:rsidR="003F65DC" w:rsidRPr="0047200F" w:rsidRDefault="003F65DC">
      <w:pPr>
        <w:spacing w:before="60" w:after="40"/>
        <w:rPr>
          <w:rFonts w:ascii="Aptos Display" w:hAnsi="Aptos Display"/>
          <w:sz w:val="22"/>
        </w:rPr>
      </w:pPr>
    </w:p>
    <w:p w14:paraId="545B3634" w14:textId="77777777" w:rsidR="003F65DC" w:rsidRPr="0047200F" w:rsidRDefault="003C1FBD" w:rsidP="0047200F">
      <w:pPr>
        <w:rPr>
          <w:rFonts w:ascii="Aptos Display" w:hAnsi="Aptos Display"/>
          <w:sz w:val="22"/>
        </w:rPr>
      </w:pPr>
      <w:r w:rsidRPr="0047200F">
        <w:rPr>
          <w:rFonts w:ascii="Aptos Display" w:hAnsi="Aptos Display"/>
          <w:sz w:val="22"/>
        </w:rPr>
        <w:br w:type="page"/>
      </w:r>
      <w:r w:rsidRPr="0047200F">
        <w:rPr>
          <w:rFonts w:ascii="Aptos Display" w:hAnsi="Aptos Display"/>
          <w:b/>
          <w:sz w:val="22"/>
        </w:rPr>
        <w:lastRenderedPageBreak/>
        <w:t>Year 5 - Changing and developing with dignity</w:t>
      </w:r>
    </w:p>
    <w:p w14:paraId="4A3B474D" w14:textId="77777777" w:rsidR="003F65DC" w:rsidRDefault="003C1FBD">
      <w:pPr>
        <w:spacing w:after="80"/>
        <w:rPr>
          <w:rFonts w:ascii="Aptos Display" w:hAnsi="Aptos Display"/>
          <w:sz w:val="22"/>
        </w:rPr>
      </w:pPr>
      <w:r w:rsidRPr="0047200F">
        <w:rPr>
          <w:rFonts w:ascii="Aptos Display" w:hAnsi="Aptos Display"/>
          <w:b/>
          <w:bCs/>
          <w:sz w:val="22"/>
        </w:rPr>
        <w:t>Journey in Love theme: God loves us in our changing and developing</w:t>
      </w:r>
      <w:r w:rsidRPr="0047200F">
        <w:rPr>
          <w:rFonts w:ascii="Aptos Display" w:hAnsi="Aptos Display"/>
          <w:sz w:val="22"/>
        </w:rPr>
        <w:t xml:space="preserve"> Across the year, children will: • Learn age-appropriately about physical and emotional changes as children grow. • Develop self-respect, body confidence, hygiene and understanding of privacy. • Know trusted sources of help and support. • Continue learning about online safety, risk and responsible choices. • Develop resilience, aspirations, teamwork, financial awareness and global responsibility. </w:t>
      </w:r>
    </w:p>
    <w:p w14:paraId="734969CA" w14:textId="77777777" w:rsidR="00D63BB5" w:rsidRPr="0047200F" w:rsidRDefault="00D63BB5">
      <w:pPr>
        <w:spacing w:after="80"/>
        <w:rPr>
          <w:rFonts w:ascii="Aptos Display" w:hAnsi="Aptos Display"/>
          <w:sz w:val="22"/>
        </w:rPr>
      </w:pP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47200F" w14:paraId="6DA0900D" w14:textId="77777777">
        <w:trPr>
          <w:jc w:val="center"/>
        </w:trPr>
        <w:tc>
          <w:tcPr>
            <w:tcW w:w="2424" w:type="dxa"/>
            <w:shd w:val="clear" w:color="auto" w:fill="FFF2CC"/>
            <w:tcMar>
              <w:top w:w="70" w:type="dxa"/>
              <w:left w:w="70" w:type="dxa"/>
              <w:bottom w:w="70" w:type="dxa"/>
              <w:right w:w="70" w:type="dxa"/>
            </w:tcMar>
          </w:tcPr>
          <w:p w14:paraId="5F2B29B7" w14:textId="77777777" w:rsidR="003F65DC" w:rsidRPr="0047200F" w:rsidRDefault="003C1FBD">
            <w:pPr>
              <w:jc w:val="center"/>
              <w:rPr>
                <w:rFonts w:ascii="Aptos Display" w:hAnsi="Aptos Display"/>
                <w:sz w:val="22"/>
              </w:rPr>
            </w:pPr>
            <w:r w:rsidRPr="0047200F">
              <w:rPr>
                <w:rFonts w:ascii="Aptos Display" w:hAnsi="Aptos Display"/>
                <w:b/>
                <w:sz w:val="22"/>
              </w:rPr>
              <w:t>Autumn 1</w:t>
            </w:r>
          </w:p>
        </w:tc>
        <w:tc>
          <w:tcPr>
            <w:tcW w:w="2424" w:type="dxa"/>
            <w:shd w:val="clear" w:color="auto" w:fill="FFF2CC"/>
            <w:tcMar>
              <w:top w:w="70" w:type="dxa"/>
              <w:left w:w="70" w:type="dxa"/>
              <w:bottom w:w="70" w:type="dxa"/>
              <w:right w:w="70" w:type="dxa"/>
            </w:tcMar>
          </w:tcPr>
          <w:p w14:paraId="15EC3C08" w14:textId="77777777" w:rsidR="003F65DC" w:rsidRPr="0047200F" w:rsidRDefault="003C1FBD">
            <w:pPr>
              <w:jc w:val="center"/>
              <w:rPr>
                <w:rFonts w:ascii="Aptos Display" w:hAnsi="Aptos Display"/>
                <w:sz w:val="22"/>
              </w:rPr>
            </w:pPr>
            <w:r w:rsidRPr="0047200F">
              <w:rPr>
                <w:rFonts w:ascii="Aptos Display" w:hAnsi="Aptos Display"/>
                <w:b/>
                <w:sz w:val="22"/>
              </w:rPr>
              <w:t>Autumn 2</w:t>
            </w:r>
          </w:p>
        </w:tc>
        <w:tc>
          <w:tcPr>
            <w:tcW w:w="2424" w:type="dxa"/>
            <w:shd w:val="clear" w:color="auto" w:fill="E2F0D9"/>
            <w:tcMar>
              <w:top w:w="70" w:type="dxa"/>
              <w:left w:w="70" w:type="dxa"/>
              <w:bottom w:w="70" w:type="dxa"/>
              <w:right w:w="70" w:type="dxa"/>
            </w:tcMar>
          </w:tcPr>
          <w:p w14:paraId="22C7BDA0" w14:textId="77777777" w:rsidR="003F65DC" w:rsidRPr="0047200F" w:rsidRDefault="003C1FBD">
            <w:pPr>
              <w:jc w:val="center"/>
              <w:rPr>
                <w:rFonts w:ascii="Aptos Display" w:hAnsi="Aptos Display"/>
                <w:sz w:val="22"/>
              </w:rPr>
            </w:pPr>
            <w:r w:rsidRPr="0047200F">
              <w:rPr>
                <w:rFonts w:ascii="Aptos Display" w:hAnsi="Aptos Display"/>
                <w:b/>
                <w:sz w:val="22"/>
              </w:rPr>
              <w:t>Spring 1</w:t>
            </w:r>
          </w:p>
        </w:tc>
        <w:tc>
          <w:tcPr>
            <w:tcW w:w="2424" w:type="dxa"/>
            <w:shd w:val="clear" w:color="auto" w:fill="E2F0D9"/>
            <w:tcMar>
              <w:top w:w="70" w:type="dxa"/>
              <w:left w:w="70" w:type="dxa"/>
              <w:bottom w:w="70" w:type="dxa"/>
              <w:right w:w="70" w:type="dxa"/>
            </w:tcMar>
          </w:tcPr>
          <w:p w14:paraId="63C257DF" w14:textId="77777777" w:rsidR="003F65DC" w:rsidRPr="0047200F" w:rsidRDefault="003C1FBD">
            <w:pPr>
              <w:jc w:val="center"/>
              <w:rPr>
                <w:rFonts w:ascii="Aptos Display" w:hAnsi="Aptos Display"/>
                <w:sz w:val="22"/>
              </w:rPr>
            </w:pPr>
            <w:r w:rsidRPr="0047200F">
              <w:rPr>
                <w:rFonts w:ascii="Aptos Display" w:hAnsi="Aptos Display"/>
                <w:b/>
                <w:sz w:val="22"/>
              </w:rPr>
              <w:t>Spring 2</w:t>
            </w:r>
          </w:p>
        </w:tc>
        <w:tc>
          <w:tcPr>
            <w:tcW w:w="2424" w:type="dxa"/>
            <w:shd w:val="clear" w:color="auto" w:fill="F4CCCC"/>
            <w:tcMar>
              <w:top w:w="70" w:type="dxa"/>
              <w:left w:w="70" w:type="dxa"/>
              <w:bottom w:w="70" w:type="dxa"/>
              <w:right w:w="70" w:type="dxa"/>
            </w:tcMar>
          </w:tcPr>
          <w:p w14:paraId="31B2016B" w14:textId="77777777" w:rsidR="003F65DC" w:rsidRPr="0047200F" w:rsidRDefault="003C1FBD">
            <w:pPr>
              <w:jc w:val="center"/>
              <w:rPr>
                <w:rFonts w:ascii="Aptos Display" w:hAnsi="Aptos Display"/>
                <w:sz w:val="22"/>
              </w:rPr>
            </w:pPr>
            <w:r w:rsidRPr="0047200F">
              <w:rPr>
                <w:rFonts w:ascii="Aptos Display" w:hAnsi="Aptos Display"/>
                <w:b/>
                <w:sz w:val="22"/>
              </w:rPr>
              <w:t>Summer 1</w:t>
            </w:r>
          </w:p>
        </w:tc>
        <w:tc>
          <w:tcPr>
            <w:tcW w:w="2424" w:type="dxa"/>
            <w:shd w:val="clear" w:color="auto" w:fill="F4CCCC"/>
            <w:tcMar>
              <w:top w:w="70" w:type="dxa"/>
              <w:left w:w="70" w:type="dxa"/>
              <w:bottom w:w="70" w:type="dxa"/>
              <w:right w:w="70" w:type="dxa"/>
            </w:tcMar>
          </w:tcPr>
          <w:p w14:paraId="14ED45EF" w14:textId="77777777" w:rsidR="003F65DC" w:rsidRPr="0047200F" w:rsidRDefault="003C1FBD">
            <w:pPr>
              <w:jc w:val="center"/>
              <w:rPr>
                <w:rFonts w:ascii="Aptos Display" w:hAnsi="Aptos Display"/>
                <w:sz w:val="22"/>
              </w:rPr>
            </w:pPr>
            <w:r w:rsidRPr="0047200F">
              <w:rPr>
                <w:rFonts w:ascii="Aptos Display" w:hAnsi="Aptos Display"/>
                <w:b/>
                <w:sz w:val="22"/>
              </w:rPr>
              <w:t>Summer 2</w:t>
            </w:r>
          </w:p>
        </w:tc>
      </w:tr>
      <w:tr w:rsidR="003F65DC" w:rsidRPr="0047200F" w14:paraId="1F848CF5" w14:textId="77777777">
        <w:trPr>
          <w:jc w:val="center"/>
        </w:trPr>
        <w:tc>
          <w:tcPr>
            <w:tcW w:w="2424" w:type="dxa"/>
            <w:shd w:val="clear" w:color="auto" w:fill="FFF2CC"/>
            <w:tcMar>
              <w:top w:w="70" w:type="dxa"/>
              <w:left w:w="70" w:type="dxa"/>
              <w:bottom w:w="70" w:type="dxa"/>
              <w:right w:w="70" w:type="dxa"/>
            </w:tcMar>
          </w:tcPr>
          <w:p w14:paraId="43C345B3" w14:textId="77777777" w:rsidR="003F65DC" w:rsidRPr="0047200F" w:rsidRDefault="003C1FBD">
            <w:pPr>
              <w:spacing w:after="0"/>
              <w:rPr>
                <w:rFonts w:ascii="Aptos Display" w:hAnsi="Aptos Display"/>
                <w:sz w:val="22"/>
              </w:rPr>
            </w:pPr>
            <w:r w:rsidRPr="0047200F">
              <w:rPr>
                <w:rFonts w:ascii="Aptos Display" w:hAnsi="Aptos Display"/>
                <w:b/>
                <w:sz w:val="22"/>
              </w:rPr>
              <w:t>Think Positive + Be Yourself (selected)</w:t>
            </w:r>
          </w:p>
          <w:p w14:paraId="3555AAFC" w14:textId="77777777" w:rsidR="003F65DC" w:rsidRPr="0047200F" w:rsidRDefault="003C1FBD">
            <w:pPr>
              <w:spacing w:after="0"/>
              <w:rPr>
                <w:rFonts w:ascii="Aptos Display" w:hAnsi="Aptos Display"/>
                <w:sz w:val="22"/>
              </w:rPr>
            </w:pPr>
            <w:r w:rsidRPr="0047200F">
              <w:rPr>
                <w:rFonts w:ascii="Aptos Display" w:hAnsi="Aptos Display"/>
                <w:sz w:val="22"/>
              </w:rPr>
              <w:t>• Emotional wellbeing, change and resilience.</w:t>
            </w:r>
          </w:p>
          <w:p w14:paraId="328D5FE9" w14:textId="77777777" w:rsidR="003F65DC" w:rsidRPr="0047200F" w:rsidRDefault="003C1FBD">
            <w:pPr>
              <w:spacing w:after="0"/>
              <w:rPr>
                <w:rFonts w:ascii="Aptos Display" w:hAnsi="Aptos Display"/>
                <w:sz w:val="22"/>
              </w:rPr>
            </w:pPr>
            <w:r w:rsidRPr="0047200F">
              <w:rPr>
                <w:rFonts w:ascii="Aptos Display" w:hAnsi="Aptos Display"/>
                <w:sz w:val="22"/>
              </w:rPr>
              <w:t>• Self-esteem and body confidence.</w:t>
            </w:r>
          </w:p>
          <w:p w14:paraId="74A549BA" w14:textId="77777777" w:rsidR="0047200F" w:rsidRDefault="0047200F">
            <w:pPr>
              <w:spacing w:after="0"/>
              <w:rPr>
                <w:rFonts w:ascii="Aptos Display" w:hAnsi="Aptos Display"/>
                <w:b/>
                <w:sz w:val="22"/>
              </w:rPr>
            </w:pPr>
          </w:p>
          <w:p w14:paraId="040A6DD8" w14:textId="77777777" w:rsidR="0047200F" w:rsidRDefault="0047200F">
            <w:pPr>
              <w:spacing w:after="0"/>
              <w:rPr>
                <w:rFonts w:ascii="Aptos Display" w:hAnsi="Aptos Display"/>
                <w:b/>
                <w:sz w:val="22"/>
              </w:rPr>
            </w:pPr>
          </w:p>
          <w:p w14:paraId="1F24A1F5" w14:textId="77777777" w:rsidR="003F65DC" w:rsidRPr="0047200F" w:rsidRDefault="003C1FBD">
            <w:pPr>
              <w:spacing w:after="0"/>
              <w:rPr>
                <w:rFonts w:ascii="Aptos Display" w:hAnsi="Aptos Display"/>
                <w:sz w:val="22"/>
              </w:rPr>
            </w:pPr>
            <w:r w:rsidRPr="0047200F">
              <w:rPr>
                <w:rFonts w:ascii="Aptos Display" w:hAnsi="Aptos Display"/>
                <w:b/>
                <w:sz w:val="22"/>
              </w:rPr>
              <w:t>Journey in Love — Social &amp; Emotional: God loves us in our changing and developing</w:t>
            </w:r>
          </w:p>
          <w:p w14:paraId="5B65E71B" w14:textId="77777777" w:rsidR="003F65DC" w:rsidRPr="0047200F" w:rsidRDefault="003C1FBD">
            <w:pPr>
              <w:spacing w:after="0"/>
              <w:rPr>
                <w:rFonts w:ascii="Aptos Display" w:hAnsi="Aptos Display"/>
                <w:sz w:val="22"/>
              </w:rPr>
            </w:pPr>
            <w:r w:rsidRPr="0047200F">
              <w:rPr>
                <w:rFonts w:ascii="Aptos Display" w:hAnsi="Aptos Display"/>
                <w:sz w:val="22"/>
              </w:rPr>
              <w:t xml:space="preserve">To show knowledge and understanding of emotional </w:t>
            </w:r>
            <w:proofErr w:type="gramStart"/>
            <w:r w:rsidRPr="0047200F">
              <w:rPr>
                <w:rFonts w:ascii="Aptos Display" w:hAnsi="Aptos Display"/>
                <w:sz w:val="22"/>
              </w:rPr>
              <w:t>relationship</w:t>
            </w:r>
            <w:proofErr w:type="gramEnd"/>
            <w:r w:rsidRPr="0047200F">
              <w:rPr>
                <w:rFonts w:ascii="Aptos Display" w:hAnsi="Aptos Display"/>
                <w:sz w:val="22"/>
              </w:rPr>
              <w:t xml:space="preserve"> changes as we grow and develop.</w:t>
            </w:r>
          </w:p>
          <w:p w14:paraId="6F5FCC00" w14:textId="77777777" w:rsidR="003F65DC" w:rsidRPr="0047200F" w:rsidRDefault="003F65DC">
            <w:pPr>
              <w:rPr>
                <w:rFonts w:ascii="Aptos Display" w:hAnsi="Aptos Display"/>
                <w:sz w:val="22"/>
              </w:rPr>
            </w:pPr>
          </w:p>
        </w:tc>
        <w:tc>
          <w:tcPr>
            <w:tcW w:w="2424" w:type="dxa"/>
            <w:shd w:val="clear" w:color="auto" w:fill="FFF2CC"/>
            <w:tcMar>
              <w:top w:w="70" w:type="dxa"/>
              <w:left w:w="70" w:type="dxa"/>
              <w:bottom w:w="70" w:type="dxa"/>
              <w:right w:w="70" w:type="dxa"/>
            </w:tcMar>
          </w:tcPr>
          <w:p w14:paraId="492209FF" w14:textId="77777777" w:rsidR="003F65DC" w:rsidRPr="0047200F" w:rsidRDefault="003C1FBD">
            <w:pPr>
              <w:spacing w:after="0"/>
              <w:rPr>
                <w:rFonts w:ascii="Aptos Display" w:hAnsi="Aptos Display"/>
                <w:sz w:val="22"/>
              </w:rPr>
            </w:pPr>
            <w:r w:rsidRPr="0047200F">
              <w:rPr>
                <w:rFonts w:ascii="Aptos Display" w:hAnsi="Aptos Display"/>
                <w:b/>
                <w:sz w:val="22"/>
              </w:rPr>
              <w:t>Safety First + Digital Wellbeing</w:t>
            </w:r>
          </w:p>
          <w:p w14:paraId="39E647FD" w14:textId="77777777" w:rsidR="003F65DC" w:rsidRPr="0047200F" w:rsidRDefault="003C1FBD">
            <w:pPr>
              <w:spacing w:after="0"/>
              <w:rPr>
                <w:rFonts w:ascii="Aptos Display" w:hAnsi="Aptos Display"/>
                <w:sz w:val="22"/>
              </w:rPr>
            </w:pPr>
            <w:r w:rsidRPr="0047200F">
              <w:rPr>
                <w:rFonts w:ascii="Aptos Display" w:hAnsi="Aptos Display"/>
                <w:sz w:val="22"/>
              </w:rPr>
              <w:t>• Managing risks, hazards and safe decision-making.</w:t>
            </w:r>
          </w:p>
          <w:p w14:paraId="52649245" w14:textId="77777777" w:rsidR="003F65DC" w:rsidRPr="0047200F" w:rsidRDefault="003C1FBD">
            <w:pPr>
              <w:spacing w:after="0"/>
              <w:rPr>
                <w:rFonts w:ascii="Aptos Display" w:hAnsi="Aptos Display"/>
                <w:sz w:val="22"/>
              </w:rPr>
            </w:pPr>
            <w:r w:rsidRPr="0047200F">
              <w:rPr>
                <w:rFonts w:ascii="Aptos Display" w:hAnsi="Aptos Display"/>
                <w:sz w:val="22"/>
              </w:rPr>
              <w:t>• Online privacy, contact, respectful communication and seeking help.</w:t>
            </w:r>
          </w:p>
          <w:p w14:paraId="774C4757" w14:textId="77777777" w:rsidR="0047200F" w:rsidRDefault="0047200F">
            <w:pPr>
              <w:spacing w:before="60" w:after="20"/>
              <w:rPr>
                <w:rFonts w:ascii="Aptos Display" w:hAnsi="Aptos Display"/>
                <w:b/>
                <w:sz w:val="22"/>
              </w:rPr>
            </w:pPr>
          </w:p>
          <w:p w14:paraId="4459D27C" w14:textId="77777777" w:rsidR="0047200F" w:rsidRDefault="0047200F">
            <w:pPr>
              <w:spacing w:before="60" w:after="20"/>
              <w:rPr>
                <w:rFonts w:ascii="Aptos Display" w:hAnsi="Aptos Display"/>
                <w:b/>
                <w:sz w:val="22"/>
              </w:rPr>
            </w:pPr>
          </w:p>
          <w:p w14:paraId="44ECBEE1" w14:textId="77777777" w:rsidR="003F65DC" w:rsidRPr="0047200F" w:rsidRDefault="003C1FBD">
            <w:pPr>
              <w:spacing w:before="60" w:after="20"/>
              <w:rPr>
                <w:rFonts w:ascii="Aptos Display" w:hAnsi="Aptos Display"/>
                <w:sz w:val="22"/>
              </w:rPr>
            </w:pPr>
            <w:r w:rsidRPr="0047200F">
              <w:rPr>
                <w:rFonts w:ascii="Aptos Display" w:hAnsi="Aptos Display"/>
                <w:b/>
                <w:sz w:val="22"/>
              </w:rPr>
              <w:t xml:space="preserve">2026 statutory emphasis: </w:t>
            </w:r>
            <w:r w:rsidRPr="0047200F">
              <w:rPr>
                <w:rFonts w:ascii="Aptos Display" w:hAnsi="Aptos Display"/>
                <w:sz w:val="22"/>
              </w:rPr>
              <w:t>online wellbeing, excessive screen time, age-restricted apps/games, scams, gaming monetisation, personal data and reporting. Safety/health teaching also covers the risks of smoking, vaping, alcohol, drugs and nicotine addiction.</w:t>
            </w:r>
          </w:p>
          <w:p w14:paraId="4963A3CA" w14:textId="77777777" w:rsidR="003F65DC" w:rsidRPr="0047200F" w:rsidRDefault="003F65DC">
            <w:pPr>
              <w:rPr>
                <w:rFonts w:ascii="Aptos Display" w:hAnsi="Aptos Display"/>
                <w:sz w:val="22"/>
              </w:rPr>
            </w:pPr>
          </w:p>
        </w:tc>
        <w:tc>
          <w:tcPr>
            <w:tcW w:w="2424" w:type="dxa"/>
            <w:shd w:val="clear" w:color="auto" w:fill="E2F0D9"/>
            <w:tcMar>
              <w:top w:w="70" w:type="dxa"/>
              <w:left w:w="70" w:type="dxa"/>
              <w:bottom w:w="70" w:type="dxa"/>
              <w:right w:w="70" w:type="dxa"/>
            </w:tcMar>
          </w:tcPr>
          <w:p w14:paraId="0E8F655C" w14:textId="77777777" w:rsidR="003F65DC" w:rsidRPr="0047200F" w:rsidRDefault="003C1FBD">
            <w:pPr>
              <w:spacing w:after="0"/>
              <w:rPr>
                <w:rFonts w:ascii="Aptos Display" w:hAnsi="Aptos Display"/>
                <w:sz w:val="22"/>
              </w:rPr>
            </w:pPr>
            <w:r w:rsidRPr="0047200F">
              <w:rPr>
                <w:rFonts w:ascii="Aptos Display" w:hAnsi="Aptos Display"/>
                <w:b/>
                <w:sz w:val="22"/>
              </w:rPr>
              <w:t>Growing Up + It’s My Body (selected)</w:t>
            </w:r>
          </w:p>
          <w:p w14:paraId="2E304042" w14:textId="77777777" w:rsidR="003F65DC" w:rsidRPr="0047200F" w:rsidRDefault="003C1FBD">
            <w:pPr>
              <w:spacing w:after="0"/>
              <w:rPr>
                <w:rFonts w:ascii="Aptos Display" w:hAnsi="Aptos Display"/>
                <w:sz w:val="22"/>
              </w:rPr>
            </w:pPr>
            <w:r w:rsidRPr="0047200F">
              <w:rPr>
                <w:rFonts w:ascii="Aptos Display" w:hAnsi="Aptos Display"/>
                <w:sz w:val="22"/>
              </w:rPr>
              <w:t xml:space="preserve">• </w:t>
            </w:r>
            <w:r w:rsidR="00F85360" w:rsidRPr="0047200F">
              <w:rPr>
                <w:rFonts w:ascii="Aptos Display" w:hAnsi="Aptos Display"/>
                <w:sz w:val="22"/>
              </w:rPr>
              <w:t>H</w:t>
            </w:r>
            <w:r w:rsidRPr="0047200F">
              <w:rPr>
                <w:rFonts w:ascii="Aptos Display" w:hAnsi="Aptos Display"/>
                <w:sz w:val="22"/>
              </w:rPr>
              <w:t>ygiene, feelings and support.</w:t>
            </w:r>
          </w:p>
          <w:p w14:paraId="0C1DE28C" w14:textId="77777777" w:rsidR="003F65DC" w:rsidRPr="0047200F" w:rsidRDefault="003C1FBD">
            <w:pPr>
              <w:spacing w:after="0"/>
              <w:rPr>
                <w:rFonts w:ascii="Aptos Display" w:hAnsi="Aptos Display"/>
                <w:sz w:val="22"/>
              </w:rPr>
            </w:pPr>
            <w:r w:rsidRPr="0047200F">
              <w:rPr>
                <w:rFonts w:ascii="Aptos Display" w:hAnsi="Aptos Display"/>
                <w:sz w:val="22"/>
              </w:rPr>
              <w:t>• Health, privacy, boundaries and body confidence.</w:t>
            </w:r>
          </w:p>
          <w:p w14:paraId="7188BBAB" w14:textId="77777777" w:rsidR="0047200F" w:rsidRDefault="0047200F">
            <w:pPr>
              <w:spacing w:after="0"/>
              <w:rPr>
                <w:rFonts w:ascii="Aptos Display" w:hAnsi="Aptos Display"/>
                <w:b/>
                <w:sz w:val="22"/>
              </w:rPr>
            </w:pPr>
          </w:p>
          <w:p w14:paraId="259492C6" w14:textId="77777777" w:rsidR="0047200F" w:rsidRDefault="0047200F">
            <w:pPr>
              <w:spacing w:after="0"/>
              <w:rPr>
                <w:rFonts w:ascii="Aptos Display" w:hAnsi="Aptos Display"/>
                <w:b/>
                <w:sz w:val="22"/>
              </w:rPr>
            </w:pPr>
          </w:p>
          <w:p w14:paraId="4FCF6EF3" w14:textId="77777777" w:rsidR="003F65DC" w:rsidRPr="0047200F" w:rsidRDefault="003C1FBD">
            <w:pPr>
              <w:spacing w:after="0"/>
              <w:rPr>
                <w:rFonts w:ascii="Aptos Display" w:hAnsi="Aptos Display"/>
                <w:sz w:val="22"/>
              </w:rPr>
            </w:pPr>
            <w:r w:rsidRPr="0047200F">
              <w:rPr>
                <w:rFonts w:ascii="Aptos Display" w:hAnsi="Aptos Display"/>
                <w:b/>
                <w:sz w:val="22"/>
              </w:rPr>
              <w:t>Journey in Love — Physical: God loves us in our changing and developing</w:t>
            </w:r>
          </w:p>
          <w:p w14:paraId="63E042E2" w14:textId="77777777" w:rsidR="003F65DC" w:rsidRPr="0047200F" w:rsidRDefault="003C1FBD">
            <w:pPr>
              <w:spacing w:after="0"/>
              <w:rPr>
                <w:rFonts w:ascii="Aptos Display" w:hAnsi="Aptos Display"/>
                <w:sz w:val="22"/>
              </w:rPr>
            </w:pPr>
            <w:r w:rsidRPr="0047200F">
              <w:rPr>
                <w:rFonts w:ascii="Aptos Display" w:hAnsi="Aptos Display"/>
                <w:sz w:val="22"/>
              </w:rPr>
              <w:t>To show knowledge and understanding of the physical changes in puberty.</w:t>
            </w:r>
          </w:p>
          <w:p w14:paraId="2D72B371" w14:textId="3E2C5F8C" w:rsidR="003F65DC" w:rsidRPr="0047200F" w:rsidRDefault="003F65DC">
            <w:pPr>
              <w:spacing w:after="0"/>
              <w:rPr>
                <w:rFonts w:ascii="Aptos Display" w:hAnsi="Aptos Display"/>
                <w:sz w:val="22"/>
              </w:rPr>
            </w:pPr>
          </w:p>
          <w:p w14:paraId="245AB9A3" w14:textId="12327F31" w:rsidR="003F65DC" w:rsidRPr="0047200F" w:rsidRDefault="003C1FBD">
            <w:pPr>
              <w:spacing w:before="60" w:after="20"/>
              <w:rPr>
                <w:rFonts w:ascii="Aptos Display" w:hAnsi="Aptos Display"/>
                <w:sz w:val="22"/>
              </w:rPr>
            </w:pPr>
            <w:r w:rsidRPr="0047200F">
              <w:rPr>
                <w:rFonts w:ascii="Aptos Display" w:hAnsi="Aptos Display"/>
                <w:b/>
                <w:sz w:val="22"/>
              </w:rPr>
              <w:t xml:space="preserve">2026 statutory emphasis: </w:t>
            </w:r>
            <w:r w:rsidRPr="0047200F">
              <w:rPr>
                <w:rFonts w:ascii="Aptos Display" w:hAnsi="Aptos Display"/>
                <w:sz w:val="22"/>
              </w:rPr>
              <w:t xml:space="preserve"> </w:t>
            </w:r>
            <w:r w:rsidR="00F85360" w:rsidRPr="0047200F">
              <w:rPr>
                <w:rFonts w:ascii="Aptos Display" w:hAnsi="Aptos Display"/>
                <w:sz w:val="22"/>
              </w:rPr>
              <w:t>P</w:t>
            </w:r>
            <w:r w:rsidRPr="0047200F">
              <w:rPr>
                <w:rFonts w:ascii="Aptos Display" w:hAnsi="Aptos Display"/>
                <w:sz w:val="22"/>
              </w:rPr>
              <w:t xml:space="preserve">uberty; correct anatomical </w:t>
            </w:r>
            <w:r w:rsidR="00AD21D9" w:rsidRPr="0047200F">
              <w:rPr>
                <w:rFonts w:ascii="Aptos Display" w:hAnsi="Aptos Display"/>
                <w:sz w:val="22"/>
              </w:rPr>
              <w:t>vocabulary;</w:t>
            </w:r>
            <w:r w:rsidRPr="0047200F">
              <w:rPr>
                <w:rFonts w:ascii="Aptos Display" w:hAnsi="Aptos Display"/>
                <w:sz w:val="22"/>
              </w:rPr>
              <w:t xml:space="preserve"> privacy and boundaries; menstrual cycle and associated physical/emotional changes.</w:t>
            </w:r>
          </w:p>
          <w:p w14:paraId="479075E9" w14:textId="77777777" w:rsidR="003F65DC" w:rsidRPr="0047200F" w:rsidRDefault="003F65DC">
            <w:pPr>
              <w:rPr>
                <w:rFonts w:ascii="Aptos Display" w:hAnsi="Aptos Display"/>
                <w:sz w:val="22"/>
              </w:rPr>
            </w:pPr>
          </w:p>
        </w:tc>
        <w:tc>
          <w:tcPr>
            <w:tcW w:w="2424" w:type="dxa"/>
            <w:shd w:val="clear" w:color="auto" w:fill="E2F0D9"/>
            <w:tcMar>
              <w:top w:w="70" w:type="dxa"/>
              <w:left w:w="70" w:type="dxa"/>
              <w:bottom w:w="70" w:type="dxa"/>
              <w:right w:w="70" w:type="dxa"/>
            </w:tcMar>
          </w:tcPr>
          <w:p w14:paraId="0C08415E" w14:textId="77777777" w:rsidR="003F65DC" w:rsidRPr="0047200F" w:rsidRDefault="003C1FBD">
            <w:pPr>
              <w:spacing w:after="0"/>
              <w:rPr>
                <w:rFonts w:ascii="Aptos Display" w:hAnsi="Aptos Display"/>
                <w:sz w:val="22"/>
              </w:rPr>
            </w:pPr>
            <w:r w:rsidRPr="0047200F">
              <w:rPr>
                <w:rFonts w:ascii="Aptos Display" w:hAnsi="Aptos Display"/>
                <w:b/>
                <w:sz w:val="22"/>
              </w:rPr>
              <w:lastRenderedPageBreak/>
              <w:t>Aiming High</w:t>
            </w:r>
          </w:p>
          <w:p w14:paraId="33C05ED5" w14:textId="77777777" w:rsidR="003F65DC" w:rsidRPr="0047200F" w:rsidRDefault="003C1FBD">
            <w:pPr>
              <w:spacing w:after="0"/>
              <w:rPr>
                <w:rFonts w:ascii="Aptos Display" w:hAnsi="Aptos Display"/>
                <w:sz w:val="22"/>
              </w:rPr>
            </w:pPr>
            <w:r w:rsidRPr="0047200F">
              <w:rPr>
                <w:rFonts w:ascii="Aptos Display" w:hAnsi="Aptos Display"/>
                <w:sz w:val="22"/>
              </w:rPr>
              <w:t>• Goals, perseverance, aspirations and future possibilities.</w:t>
            </w:r>
          </w:p>
          <w:p w14:paraId="7602E73E" w14:textId="77777777" w:rsidR="003F65DC" w:rsidRPr="0047200F" w:rsidRDefault="003F65DC">
            <w:pPr>
              <w:rPr>
                <w:rFonts w:ascii="Aptos Display" w:hAnsi="Aptos Display"/>
                <w:sz w:val="22"/>
              </w:rPr>
            </w:pPr>
          </w:p>
        </w:tc>
        <w:tc>
          <w:tcPr>
            <w:tcW w:w="2424" w:type="dxa"/>
            <w:shd w:val="clear" w:color="auto" w:fill="F4CCCC"/>
            <w:tcMar>
              <w:top w:w="70" w:type="dxa"/>
              <w:left w:w="70" w:type="dxa"/>
              <w:bottom w:w="70" w:type="dxa"/>
              <w:right w:w="70" w:type="dxa"/>
            </w:tcMar>
          </w:tcPr>
          <w:p w14:paraId="686E3BDE" w14:textId="77777777" w:rsidR="003F65DC" w:rsidRPr="0047200F" w:rsidRDefault="003C1FBD">
            <w:pPr>
              <w:spacing w:after="0"/>
              <w:rPr>
                <w:rFonts w:ascii="Aptos Display" w:hAnsi="Aptos Display"/>
                <w:sz w:val="22"/>
              </w:rPr>
            </w:pPr>
            <w:r w:rsidRPr="0047200F">
              <w:rPr>
                <w:rFonts w:ascii="Aptos Display" w:hAnsi="Aptos Display"/>
                <w:b/>
                <w:sz w:val="22"/>
              </w:rPr>
              <w:t>TEAM (selected)</w:t>
            </w:r>
          </w:p>
          <w:p w14:paraId="67FBA7B6" w14:textId="77777777" w:rsidR="003F65DC" w:rsidRPr="0047200F" w:rsidRDefault="003C1FBD">
            <w:pPr>
              <w:spacing w:after="0"/>
              <w:rPr>
                <w:rFonts w:ascii="Aptos Display" w:hAnsi="Aptos Display"/>
                <w:sz w:val="22"/>
              </w:rPr>
            </w:pPr>
            <w:r w:rsidRPr="0047200F">
              <w:rPr>
                <w:rFonts w:ascii="Aptos Display" w:hAnsi="Aptos Display"/>
                <w:sz w:val="22"/>
              </w:rPr>
              <w:t xml:space="preserve">• Cooperation and respectful relationships </w:t>
            </w:r>
            <w:proofErr w:type="gramStart"/>
            <w:r w:rsidRPr="0047200F">
              <w:rPr>
                <w:rFonts w:ascii="Aptos Display" w:hAnsi="Aptos Display"/>
                <w:sz w:val="22"/>
              </w:rPr>
              <w:t>not</w:t>
            </w:r>
            <w:proofErr w:type="gramEnd"/>
            <w:r w:rsidRPr="0047200F">
              <w:rPr>
                <w:rFonts w:ascii="Aptos Display" w:hAnsi="Aptos Display"/>
                <w:sz w:val="22"/>
              </w:rPr>
              <w:t xml:space="preserve"> already covered.</w:t>
            </w:r>
          </w:p>
          <w:p w14:paraId="3C5DD8D2" w14:textId="77777777" w:rsidR="0047200F" w:rsidRDefault="0047200F">
            <w:pPr>
              <w:spacing w:after="0"/>
              <w:rPr>
                <w:rFonts w:ascii="Aptos Display" w:hAnsi="Aptos Display"/>
                <w:b/>
                <w:sz w:val="22"/>
              </w:rPr>
            </w:pPr>
          </w:p>
          <w:p w14:paraId="7753B2BF" w14:textId="77777777" w:rsidR="0047200F" w:rsidRDefault="0047200F">
            <w:pPr>
              <w:spacing w:after="0"/>
              <w:rPr>
                <w:rFonts w:ascii="Aptos Display" w:hAnsi="Aptos Display"/>
                <w:b/>
                <w:sz w:val="22"/>
              </w:rPr>
            </w:pPr>
          </w:p>
          <w:p w14:paraId="60FD4E02" w14:textId="77777777" w:rsidR="003F65DC" w:rsidRPr="0047200F" w:rsidRDefault="003C1FBD">
            <w:pPr>
              <w:spacing w:after="0"/>
              <w:rPr>
                <w:rFonts w:ascii="Aptos Display" w:hAnsi="Aptos Display"/>
                <w:sz w:val="22"/>
              </w:rPr>
            </w:pPr>
            <w:r w:rsidRPr="0047200F">
              <w:rPr>
                <w:rFonts w:ascii="Aptos Display" w:hAnsi="Aptos Display"/>
                <w:b/>
                <w:sz w:val="22"/>
              </w:rPr>
              <w:t>Journey in Love — Spiritual: God loves us in our changing and developing</w:t>
            </w:r>
          </w:p>
          <w:p w14:paraId="70A6900B" w14:textId="77777777" w:rsidR="003F65DC" w:rsidRPr="0047200F" w:rsidRDefault="003C1FBD">
            <w:pPr>
              <w:spacing w:after="0"/>
              <w:rPr>
                <w:rFonts w:ascii="Aptos Display" w:hAnsi="Aptos Display"/>
                <w:sz w:val="22"/>
              </w:rPr>
            </w:pPr>
            <w:r w:rsidRPr="0047200F">
              <w:rPr>
                <w:rFonts w:ascii="Aptos Display" w:hAnsi="Aptos Display"/>
                <w:sz w:val="22"/>
              </w:rPr>
              <w:t>To celebrate the joy of growing physically and spiritually.</w:t>
            </w:r>
          </w:p>
          <w:p w14:paraId="40F0F6B9" w14:textId="77777777" w:rsidR="003F65DC" w:rsidRPr="0047200F" w:rsidRDefault="003F65DC">
            <w:pPr>
              <w:rPr>
                <w:rFonts w:ascii="Aptos Display" w:hAnsi="Aptos Display"/>
                <w:sz w:val="22"/>
              </w:rPr>
            </w:pPr>
          </w:p>
        </w:tc>
        <w:tc>
          <w:tcPr>
            <w:tcW w:w="2424" w:type="dxa"/>
            <w:shd w:val="clear" w:color="auto" w:fill="F4CCCC"/>
            <w:tcMar>
              <w:top w:w="70" w:type="dxa"/>
              <w:left w:w="70" w:type="dxa"/>
              <w:bottom w:w="70" w:type="dxa"/>
              <w:right w:w="70" w:type="dxa"/>
            </w:tcMar>
          </w:tcPr>
          <w:p w14:paraId="7735F371" w14:textId="77777777" w:rsidR="003F65DC" w:rsidRPr="0047200F" w:rsidRDefault="003C1FBD">
            <w:pPr>
              <w:spacing w:after="0"/>
              <w:rPr>
                <w:rFonts w:ascii="Aptos Display" w:hAnsi="Aptos Display"/>
                <w:sz w:val="22"/>
              </w:rPr>
            </w:pPr>
            <w:r w:rsidRPr="0047200F">
              <w:rPr>
                <w:rFonts w:ascii="Aptos Display" w:hAnsi="Aptos Display"/>
                <w:b/>
                <w:sz w:val="22"/>
              </w:rPr>
              <w:t>Money Matters + One World (selected)</w:t>
            </w:r>
          </w:p>
          <w:p w14:paraId="6BC926E4" w14:textId="77777777" w:rsidR="003F65DC" w:rsidRPr="0047200F" w:rsidRDefault="003C1FBD">
            <w:pPr>
              <w:spacing w:after="0"/>
              <w:rPr>
                <w:rFonts w:ascii="Aptos Display" w:hAnsi="Aptos Display"/>
                <w:sz w:val="22"/>
              </w:rPr>
            </w:pPr>
            <w:r w:rsidRPr="0047200F">
              <w:rPr>
                <w:rFonts w:ascii="Aptos Display" w:hAnsi="Aptos Display"/>
                <w:sz w:val="22"/>
              </w:rPr>
              <w:t>• Responsible financial choices.</w:t>
            </w:r>
          </w:p>
          <w:p w14:paraId="1EE5E7F3" w14:textId="77777777" w:rsidR="003F65DC" w:rsidRPr="0047200F" w:rsidRDefault="003C1FBD">
            <w:pPr>
              <w:spacing w:after="0"/>
              <w:rPr>
                <w:rFonts w:ascii="Aptos Display" w:hAnsi="Aptos Display"/>
                <w:sz w:val="22"/>
              </w:rPr>
            </w:pPr>
            <w:r w:rsidRPr="0047200F">
              <w:rPr>
                <w:rFonts w:ascii="Aptos Display" w:hAnsi="Aptos Display"/>
                <w:sz w:val="22"/>
              </w:rPr>
              <w:t>• Global citizenship, sustainability and responsibility.</w:t>
            </w:r>
          </w:p>
          <w:p w14:paraId="75001723" w14:textId="77777777" w:rsidR="003F65DC" w:rsidRPr="0047200F" w:rsidRDefault="003F65DC">
            <w:pPr>
              <w:rPr>
                <w:rFonts w:ascii="Aptos Display" w:hAnsi="Aptos Display"/>
                <w:sz w:val="22"/>
              </w:rPr>
            </w:pPr>
          </w:p>
        </w:tc>
      </w:tr>
    </w:tbl>
    <w:p w14:paraId="3B205491" w14:textId="77777777" w:rsidR="003F65DC" w:rsidRPr="0047200F" w:rsidRDefault="003F65DC">
      <w:pPr>
        <w:spacing w:before="60" w:after="40"/>
        <w:rPr>
          <w:rFonts w:ascii="Aptos Display" w:hAnsi="Aptos Display"/>
          <w:sz w:val="22"/>
        </w:rPr>
      </w:pPr>
    </w:p>
    <w:p w14:paraId="6259160A" w14:textId="77777777" w:rsidR="003F65DC" w:rsidRPr="0047200F" w:rsidRDefault="003C1FBD" w:rsidP="0047200F">
      <w:pPr>
        <w:rPr>
          <w:rFonts w:ascii="Aptos Display" w:hAnsi="Aptos Display"/>
          <w:sz w:val="22"/>
        </w:rPr>
      </w:pPr>
      <w:r w:rsidRPr="0047200F">
        <w:rPr>
          <w:rFonts w:ascii="Aptos Display" w:hAnsi="Aptos Display"/>
          <w:b/>
          <w:sz w:val="22"/>
        </w:rPr>
        <w:t>Year 6 - New life, responsibility and preparing for the next stage</w:t>
      </w:r>
    </w:p>
    <w:p w14:paraId="0EAF75E5" w14:textId="77777777" w:rsidR="003F65DC" w:rsidRDefault="003C1FBD">
      <w:pPr>
        <w:spacing w:after="80"/>
        <w:rPr>
          <w:rFonts w:ascii="Aptos Display" w:hAnsi="Aptos Display"/>
          <w:sz w:val="22"/>
        </w:rPr>
      </w:pPr>
      <w:r w:rsidRPr="0047200F">
        <w:rPr>
          <w:rFonts w:ascii="Aptos Display" w:hAnsi="Aptos Display"/>
          <w:b/>
          <w:bCs/>
          <w:sz w:val="22"/>
        </w:rPr>
        <w:t>Journey in Love theme: The wonder of God's love in creating new life</w:t>
      </w:r>
      <w:r w:rsidRPr="0047200F">
        <w:rPr>
          <w:rFonts w:ascii="Aptos Display" w:hAnsi="Aptos Display"/>
          <w:sz w:val="22"/>
        </w:rPr>
        <w:t xml:space="preserve"> Across the year, children will: • Explore the wonder of new life within our Catholic framework and agreed age-appropriate teaching. • Strengthen understanding of respectful relationships, boundaries, privacy and seeking help. • Prepare for change and transition to secondary school. • Develop safe and responsible choices online and in the wider community. • Explore equality, stereotypes, financial choices and responsibility as global citizens. </w:t>
      </w:r>
    </w:p>
    <w:p w14:paraId="72702330" w14:textId="77777777" w:rsidR="00D63BB5" w:rsidRPr="0047200F" w:rsidRDefault="00D63BB5">
      <w:pPr>
        <w:spacing w:after="80"/>
        <w:rPr>
          <w:rFonts w:ascii="Aptos Display" w:hAnsi="Aptos Display"/>
          <w:sz w:val="22"/>
        </w:rPr>
      </w:pP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47200F" w14:paraId="594DC77B" w14:textId="77777777">
        <w:trPr>
          <w:jc w:val="center"/>
        </w:trPr>
        <w:tc>
          <w:tcPr>
            <w:tcW w:w="2424" w:type="dxa"/>
            <w:shd w:val="clear" w:color="auto" w:fill="FFF2CC"/>
            <w:tcMar>
              <w:top w:w="70" w:type="dxa"/>
              <w:left w:w="70" w:type="dxa"/>
              <w:bottom w:w="70" w:type="dxa"/>
              <w:right w:w="70" w:type="dxa"/>
            </w:tcMar>
          </w:tcPr>
          <w:p w14:paraId="7C4A9A1F" w14:textId="77777777" w:rsidR="003F65DC" w:rsidRPr="0047200F" w:rsidRDefault="003C1FBD">
            <w:pPr>
              <w:jc w:val="center"/>
              <w:rPr>
                <w:rFonts w:ascii="Aptos Display" w:hAnsi="Aptos Display"/>
                <w:sz w:val="22"/>
              </w:rPr>
            </w:pPr>
            <w:r w:rsidRPr="0047200F">
              <w:rPr>
                <w:rFonts w:ascii="Aptos Display" w:hAnsi="Aptos Display"/>
                <w:b/>
                <w:sz w:val="22"/>
              </w:rPr>
              <w:t>Autumn 1</w:t>
            </w:r>
          </w:p>
        </w:tc>
        <w:tc>
          <w:tcPr>
            <w:tcW w:w="2424" w:type="dxa"/>
            <w:shd w:val="clear" w:color="auto" w:fill="FFF2CC"/>
            <w:tcMar>
              <w:top w:w="70" w:type="dxa"/>
              <w:left w:w="70" w:type="dxa"/>
              <w:bottom w:w="70" w:type="dxa"/>
              <w:right w:w="70" w:type="dxa"/>
            </w:tcMar>
          </w:tcPr>
          <w:p w14:paraId="55077F7C" w14:textId="77777777" w:rsidR="003F65DC" w:rsidRPr="0047200F" w:rsidRDefault="003C1FBD">
            <w:pPr>
              <w:jc w:val="center"/>
              <w:rPr>
                <w:rFonts w:ascii="Aptos Display" w:hAnsi="Aptos Display"/>
                <w:sz w:val="22"/>
              </w:rPr>
            </w:pPr>
            <w:r w:rsidRPr="0047200F">
              <w:rPr>
                <w:rFonts w:ascii="Aptos Display" w:hAnsi="Aptos Display"/>
                <w:b/>
                <w:sz w:val="22"/>
              </w:rPr>
              <w:t>Autumn 2</w:t>
            </w:r>
          </w:p>
        </w:tc>
        <w:tc>
          <w:tcPr>
            <w:tcW w:w="2424" w:type="dxa"/>
            <w:shd w:val="clear" w:color="auto" w:fill="E2F0D9"/>
            <w:tcMar>
              <w:top w:w="70" w:type="dxa"/>
              <w:left w:w="70" w:type="dxa"/>
              <w:bottom w:w="70" w:type="dxa"/>
              <w:right w:w="70" w:type="dxa"/>
            </w:tcMar>
          </w:tcPr>
          <w:p w14:paraId="1BB2AB5D" w14:textId="77777777" w:rsidR="003F65DC" w:rsidRPr="0047200F" w:rsidRDefault="003C1FBD">
            <w:pPr>
              <w:jc w:val="center"/>
              <w:rPr>
                <w:rFonts w:ascii="Aptos Display" w:hAnsi="Aptos Display"/>
                <w:sz w:val="22"/>
              </w:rPr>
            </w:pPr>
            <w:r w:rsidRPr="0047200F">
              <w:rPr>
                <w:rFonts w:ascii="Aptos Display" w:hAnsi="Aptos Display"/>
                <w:b/>
                <w:sz w:val="22"/>
              </w:rPr>
              <w:t>Spring 1</w:t>
            </w:r>
          </w:p>
        </w:tc>
        <w:tc>
          <w:tcPr>
            <w:tcW w:w="2424" w:type="dxa"/>
            <w:shd w:val="clear" w:color="auto" w:fill="E2F0D9"/>
            <w:tcMar>
              <w:top w:w="70" w:type="dxa"/>
              <w:left w:w="70" w:type="dxa"/>
              <w:bottom w:w="70" w:type="dxa"/>
              <w:right w:w="70" w:type="dxa"/>
            </w:tcMar>
          </w:tcPr>
          <w:p w14:paraId="3064D72B" w14:textId="77777777" w:rsidR="003F65DC" w:rsidRPr="0047200F" w:rsidRDefault="003C1FBD">
            <w:pPr>
              <w:jc w:val="center"/>
              <w:rPr>
                <w:rFonts w:ascii="Aptos Display" w:hAnsi="Aptos Display"/>
                <w:sz w:val="22"/>
              </w:rPr>
            </w:pPr>
            <w:r w:rsidRPr="0047200F">
              <w:rPr>
                <w:rFonts w:ascii="Aptos Display" w:hAnsi="Aptos Display"/>
                <w:b/>
                <w:sz w:val="22"/>
              </w:rPr>
              <w:t>Spring 2</w:t>
            </w:r>
          </w:p>
        </w:tc>
        <w:tc>
          <w:tcPr>
            <w:tcW w:w="2424" w:type="dxa"/>
            <w:shd w:val="clear" w:color="auto" w:fill="F4CCCC"/>
            <w:tcMar>
              <w:top w:w="70" w:type="dxa"/>
              <w:left w:w="70" w:type="dxa"/>
              <w:bottom w:w="70" w:type="dxa"/>
              <w:right w:w="70" w:type="dxa"/>
            </w:tcMar>
          </w:tcPr>
          <w:p w14:paraId="279F51EE" w14:textId="77777777" w:rsidR="003F65DC" w:rsidRPr="0047200F" w:rsidRDefault="003C1FBD">
            <w:pPr>
              <w:jc w:val="center"/>
              <w:rPr>
                <w:rFonts w:ascii="Aptos Display" w:hAnsi="Aptos Display"/>
                <w:sz w:val="22"/>
              </w:rPr>
            </w:pPr>
            <w:r w:rsidRPr="0047200F">
              <w:rPr>
                <w:rFonts w:ascii="Aptos Display" w:hAnsi="Aptos Display"/>
                <w:b/>
                <w:sz w:val="22"/>
              </w:rPr>
              <w:t>Summer 1</w:t>
            </w:r>
          </w:p>
        </w:tc>
        <w:tc>
          <w:tcPr>
            <w:tcW w:w="2424" w:type="dxa"/>
            <w:shd w:val="clear" w:color="auto" w:fill="F4CCCC"/>
            <w:tcMar>
              <w:top w:w="70" w:type="dxa"/>
              <w:left w:w="70" w:type="dxa"/>
              <w:bottom w:w="70" w:type="dxa"/>
              <w:right w:w="70" w:type="dxa"/>
            </w:tcMar>
          </w:tcPr>
          <w:p w14:paraId="2616F1FA" w14:textId="77777777" w:rsidR="003F65DC" w:rsidRPr="0047200F" w:rsidRDefault="003C1FBD">
            <w:pPr>
              <w:jc w:val="center"/>
              <w:rPr>
                <w:rFonts w:ascii="Aptos Display" w:hAnsi="Aptos Display"/>
                <w:sz w:val="22"/>
              </w:rPr>
            </w:pPr>
            <w:r w:rsidRPr="0047200F">
              <w:rPr>
                <w:rFonts w:ascii="Aptos Display" w:hAnsi="Aptos Display"/>
                <w:b/>
                <w:sz w:val="22"/>
              </w:rPr>
              <w:t>Summer 2</w:t>
            </w:r>
          </w:p>
        </w:tc>
      </w:tr>
      <w:tr w:rsidR="003F65DC" w:rsidRPr="0047200F" w14:paraId="032AFFBC" w14:textId="77777777">
        <w:trPr>
          <w:jc w:val="center"/>
        </w:trPr>
        <w:tc>
          <w:tcPr>
            <w:tcW w:w="2424" w:type="dxa"/>
            <w:shd w:val="clear" w:color="auto" w:fill="FFF2CC"/>
            <w:tcMar>
              <w:top w:w="70" w:type="dxa"/>
              <w:left w:w="70" w:type="dxa"/>
              <w:bottom w:w="70" w:type="dxa"/>
              <w:right w:w="70" w:type="dxa"/>
            </w:tcMar>
          </w:tcPr>
          <w:p w14:paraId="17EA9459" w14:textId="77777777" w:rsidR="003F65DC" w:rsidRPr="0047200F" w:rsidRDefault="003C1FBD">
            <w:pPr>
              <w:spacing w:after="0"/>
              <w:rPr>
                <w:rFonts w:ascii="Aptos Display" w:hAnsi="Aptos Display"/>
                <w:sz w:val="22"/>
              </w:rPr>
            </w:pPr>
            <w:r w:rsidRPr="0047200F">
              <w:rPr>
                <w:rFonts w:ascii="Aptos Display" w:hAnsi="Aptos Display"/>
                <w:b/>
                <w:sz w:val="22"/>
              </w:rPr>
              <w:t>Think Positive + Aiming High</w:t>
            </w:r>
          </w:p>
          <w:p w14:paraId="1D49EBEE" w14:textId="77777777" w:rsidR="003F65DC" w:rsidRPr="0047200F" w:rsidRDefault="003C1FBD">
            <w:pPr>
              <w:spacing w:after="0"/>
              <w:rPr>
                <w:rFonts w:ascii="Aptos Display" w:hAnsi="Aptos Display"/>
                <w:sz w:val="22"/>
              </w:rPr>
            </w:pPr>
            <w:r w:rsidRPr="0047200F">
              <w:rPr>
                <w:rFonts w:ascii="Aptos Display" w:hAnsi="Aptos Display"/>
                <w:sz w:val="22"/>
              </w:rPr>
              <w:t>• Transition, managing change, resilience and seeking support.</w:t>
            </w:r>
          </w:p>
          <w:p w14:paraId="37ECDBE2" w14:textId="77777777" w:rsidR="003F65DC" w:rsidRPr="0047200F" w:rsidRDefault="003C1FBD">
            <w:pPr>
              <w:spacing w:after="0"/>
              <w:rPr>
                <w:rFonts w:ascii="Aptos Display" w:hAnsi="Aptos Display"/>
                <w:sz w:val="22"/>
              </w:rPr>
            </w:pPr>
            <w:r w:rsidRPr="0047200F">
              <w:rPr>
                <w:rFonts w:ascii="Aptos Display" w:hAnsi="Aptos Display"/>
                <w:sz w:val="22"/>
              </w:rPr>
              <w:t>• Goals, perseverance and transition to secondary school.</w:t>
            </w:r>
          </w:p>
          <w:p w14:paraId="14BC3F73" w14:textId="77777777" w:rsidR="003F65DC" w:rsidRPr="0047200F" w:rsidRDefault="003C1FBD">
            <w:pPr>
              <w:spacing w:after="0"/>
              <w:rPr>
                <w:rFonts w:ascii="Aptos Display" w:hAnsi="Aptos Display"/>
                <w:sz w:val="22"/>
              </w:rPr>
            </w:pPr>
            <w:r w:rsidRPr="0047200F">
              <w:rPr>
                <w:rFonts w:ascii="Aptos Display" w:hAnsi="Aptos Display"/>
                <w:b/>
                <w:sz w:val="22"/>
              </w:rPr>
              <w:t>Journey in Love — Social &amp; Emotional: The wonder of God’s love in creating new life</w:t>
            </w:r>
          </w:p>
          <w:p w14:paraId="14DAEA28" w14:textId="77777777" w:rsidR="003F65DC" w:rsidRPr="0047200F" w:rsidRDefault="003C1FBD">
            <w:pPr>
              <w:spacing w:after="0"/>
              <w:rPr>
                <w:rFonts w:ascii="Aptos Display" w:hAnsi="Aptos Display"/>
                <w:sz w:val="22"/>
              </w:rPr>
            </w:pPr>
            <w:r w:rsidRPr="0047200F">
              <w:rPr>
                <w:rFonts w:ascii="Aptos Display" w:hAnsi="Aptos Display"/>
                <w:sz w:val="22"/>
              </w:rPr>
              <w:t>To develop a secure understanding that stable and caring relationships, which may be of different types, are at the heart of happy families.</w:t>
            </w:r>
          </w:p>
          <w:p w14:paraId="2D55D008" w14:textId="77777777" w:rsidR="003F65DC" w:rsidRPr="0047200F" w:rsidRDefault="003F65DC">
            <w:pPr>
              <w:rPr>
                <w:rFonts w:ascii="Aptos Display" w:hAnsi="Aptos Display"/>
                <w:sz w:val="22"/>
              </w:rPr>
            </w:pPr>
          </w:p>
        </w:tc>
        <w:tc>
          <w:tcPr>
            <w:tcW w:w="2424" w:type="dxa"/>
            <w:shd w:val="clear" w:color="auto" w:fill="FFF2CC"/>
            <w:tcMar>
              <w:top w:w="70" w:type="dxa"/>
              <w:left w:w="70" w:type="dxa"/>
              <w:bottom w:w="70" w:type="dxa"/>
              <w:right w:w="70" w:type="dxa"/>
            </w:tcMar>
          </w:tcPr>
          <w:p w14:paraId="501A9208" w14:textId="77777777" w:rsidR="003F65DC" w:rsidRPr="0047200F" w:rsidRDefault="003C1FBD">
            <w:pPr>
              <w:spacing w:after="0"/>
              <w:rPr>
                <w:rFonts w:ascii="Aptos Display" w:hAnsi="Aptos Display"/>
                <w:sz w:val="22"/>
              </w:rPr>
            </w:pPr>
            <w:r w:rsidRPr="0047200F">
              <w:rPr>
                <w:rFonts w:ascii="Aptos Display" w:hAnsi="Aptos Display"/>
                <w:b/>
                <w:sz w:val="22"/>
              </w:rPr>
              <w:t>Safety First + Digital Wellbeing</w:t>
            </w:r>
          </w:p>
          <w:p w14:paraId="26610F8E" w14:textId="77777777" w:rsidR="003F65DC" w:rsidRPr="0047200F" w:rsidRDefault="003C1FBD">
            <w:pPr>
              <w:spacing w:after="0"/>
              <w:rPr>
                <w:rFonts w:ascii="Aptos Display" w:hAnsi="Aptos Display"/>
                <w:sz w:val="22"/>
              </w:rPr>
            </w:pPr>
            <w:r w:rsidRPr="0047200F">
              <w:rPr>
                <w:rFonts w:ascii="Aptos Display" w:hAnsi="Aptos Display"/>
                <w:sz w:val="22"/>
              </w:rPr>
              <w:t>• Personal/community safety and responsible choices.</w:t>
            </w:r>
          </w:p>
          <w:p w14:paraId="749E7B79" w14:textId="77777777" w:rsidR="003F65DC" w:rsidRPr="0047200F" w:rsidRDefault="003C1FBD">
            <w:pPr>
              <w:spacing w:after="0"/>
              <w:rPr>
                <w:rFonts w:ascii="Aptos Display" w:hAnsi="Aptos Display"/>
                <w:sz w:val="22"/>
              </w:rPr>
            </w:pPr>
            <w:r w:rsidRPr="0047200F">
              <w:rPr>
                <w:rFonts w:ascii="Aptos Display" w:hAnsi="Aptos Display"/>
                <w:sz w:val="22"/>
              </w:rPr>
              <w:t>• Privacy, online contact, cyberbullying and help-seeking.</w:t>
            </w:r>
          </w:p>
          <w:p w14:paraId="7EF3B655" w14:textId="77777777" w:rsidR="003F65DC" w:rsidRPr="0047200F" w:rsidRDefault="003C1FBD">
            <w:pPr>
              <w:spacing w:before="60" w:after="20"/>
              <w:rPr>
                <w:rFonts w:ascii="Aptos Display" w:hAnsi="Aptos Display"/>
                <w:sz w:val="22"/>
              </w:rPr>
            </w:pPr>
            <w:r w:rsidRPr="0047200F">
              <w:rPr>
                <w:rFonts w:ascii="Aptos Display" w:hAnsi="Aptos Display"/>
                <w:b/>
                <w:sz w:val="22"/>
              </w:rPr>
              <w:t xml:space="preserve">2026 statutory emphasis: </w:t>
            </w:r>
            <w:r w:rsidRPr="0047200F">
              <w:rPr>
                <w:rFonts w:ascii="Aptos Display" w:hAnsi="Aptos Display"/>
                <w:sz w:val="22"/>
              </w:rPr>
              <w:t>critical evaluation of online information; unsafe contact; privacy; harmful content; cyberbullying; scams/fraud and reporting. Consolidate emergency calls and road, rail, water and fire safety here.</w:t>
            </w:r>
          </w:p>
          <w:p w14:paraId="66A6D1F0" w14:textId="77777777" w:rsidR="003F65DC" w:rsidRPr="0047200F" w:rsidRDefault="003F65DC">
            <w:pPr>
              <w:rPr>
                <w:rFonts w:ascii="Aptos Display" w:hAnsi="Aptos Display"/>
                <w:sz w:val="22"/>
              </w:rPr>
            </w:pPr>
          </w:p>
        </w:tc>
        <w:tc>
          <w:tcPr>
            <w:tcW w:w="2424" w:type="dxa"/>
            <w:shd w:val="clear" w:color="auto" w:fill="E2F0D9"/>
            <w:tcMar>
              <w:top w:w="70" w:type="dxa"/>
              <w:left w:w="70" w:type="dxa"/>
              <w:bottom w:w="70" w:type="dxa"/>
              <w:right w:w="70" w:type="dxa"/>
            </w:tcMar>
          </w:tcPr>
          <w:p w14:paraId="28D0D628" w14:textId="77777777" w:rsidR="003F65DC" w:rsidRPr="0047200F" w:rsidRDefault="003C1FBD">
            <w:pPr>
              <w:spacing w:after="0"/>
              <w:rPr>
                <w:rFonts w:ascii="Aptos Display" w:hAnsi="Aptos Display"/>
                <w:sz w:val="22"/>
              </w:rPr>
            </w:pPr>
            <w:r w:rsidRPr="0047200F">
              <w:rPr>
                <w:rFonts w:ascii="Aptos Display" w:hAnsi="Aptos Display"/>
                <w:b/>
                <w:sz w:val="22"/>
              </w:rPr>
              <w:t>Growing Up + It’s My Body (selected)</w:t>
            </w:r>
          </w:p>
          <w:p w14:paraId="6EB47A92" w14:textId="77777777" w:rsidR="003F65DC" w:rsidRPr="0047200F" w:rsidRDefault="003F65DC">
            <w:pPr>
              <w:spacing w:after="0"/>
              <w:rPr>
                <w:rFonts w:ascii="Aptos Display" w:hAnsi="Aptos Display"/>
                <w:sz w:val="22"/>
              </w:rPr>
            </w:pPr>
          </w:p>
          <w:p w14:paraId="1CCF1C2A" w14:textId="77777777" w:rsidR="003F65DC" w:rsidRPr="0047200F" w:rsidRDefault="003C1FBD">
            <w:pPr>
              <w:spacing w:after="0"/>
              <w:rPr>
                <w:rFonts w:ascii="Aptos Display" w:hAnsi="Aptos Display"/>
                <w:sz w:val="22"/>
              </w:rPr>
            </w:pPr>
            <w:r w:rsidRPr="0047200F">
              <w:rPr>
                <w:rFonts w:ascii="Aptos Display" w:hAnsi="Aptos Display"/>
                <w:sz w:val="22"/>
              </w:rPr>
              <w:t>• Health, privacy, boundaries, unsafe situations and help-seeking.</w:t>
            </w:r>
          </w:p>
          <w:p w14:paraId="50784B1A" w14:textId="41AF60A4" w:rsidR="0047200F" w:rsidRPr="0047200F" w:rsidRDefault="0047200F" w:rsidP="0047200F">
            <w:pPr>
              <w:spacing w:before="60" w:after="20"/>
              <w:rPr>
                <w:rFonts w:ascii="Aptos Display" w:hAnsi="Aptos Display"/>
                <w:sz w:val="22"/>
              </w:rPr>
            </w:pPr>
            <w:r w:rsidRPr="0047200F">
              <w:rPr>
                <w:rFonts w:ascii="Aptos Display" w:hAnsi="Aptos Display"/>
                <w:sz w:val="22"/>
              </w:rPr>
              <w:t>_revisits sleep, dental health, hygiene, germs and vaccination/</w:t>
            </w:r>
            <w:r w:rsidR="00D63BB5" w:rsidRPr="0047200F">
              <w:rPr>
                <w:rFonts w:ascii="Aptos Display" w:hAnsi="Aptos Display"/>
                <w:sz w:val="22"/>
              </w:rPr>
              <w:t>immuni</w:t>
            </w:r>
            <w:r w:rsidR="00D63BB5">
              <w:rPr>
                <w:rFonts w:ascii="Aptos Display" w:hAnsi="Aptos Display"/>
                <w:sz w:val="22"/>
              </w:rPr>
              <w:t>s</w:t>
            </w:r>
            <w:r w:rsidR="00D63BB5" w:rsidRPr="0047200F">
              <w:rPr>
                <w:rFonts w:ascii="Aptos Display" w:hAnsi="Aptos Display"/>
                <w:sz w:val="22"/>
              </w:rPr>
              <w:t>ati</w:t>
            </w:r>
            <w:r w:rsidR="00D63BB5">
              <w:rPr>
                <w:rFonts w:ascii="Aptos Display" w:hAnsi="Aptos Display"/>
                <w:sz w:val="22"/>
              </w:rPr>
              <w:t>o</w:t>
            </w:r>
            <w:r w:rsidR="00D63BB5" w:rsidRPr="0047200F">
              <w:rPr>
                <w:rFonts w:ascii="Aptos Display" w:hAnsi="Aptos Display"/>
                <w:sz w:val="22"/>
              </w:rPr>
              <w:t>n</w:t>
            </w:r>
            <w:r w:rsidRPr="0047200F">
              <w:rPr>
                <w:rFonts w:ascii="Aptos Display" w:hAnsi="Aptos Display"/>
                <w:sz w:val="22"/>
              </w:rPr>
              <w:t xml:space="preserve"> at an appropriate point.</w:t>
            </w:r>
          </w:p>
          <w:p w14:paraId="31E6081A" w14:textId="77777777" w:rsidR="0047200F" w:rsidRPr="0047200F" w:rsidRDefault="0047200F">
            <w:pPr>
              <w:spacing w:after="0"/>
              <w:rPr>
                <w:rFonts w:ascii="Aptos Display" w:hAnsi="Aptos Display"/>
                <w:sz w:val="22"/>
              </w:rPr>
            </w:pPr>
          </w:p>
          <w:p w14:paraId="60D1973F" w14:textId="77777777" w:rsidR="003F65DC" w:rsidRPr="0047200F" w:rsidRDefault="003C1FBD">
            <w:pPr>
              <w:spacing w:after="0"/>
              <w:rPr>
                <w:rFonts w:ascii="Aptos Display" w:hAnsi="Aptos Display"/>
                <w:sz w:val="22"/>
              </w:rPr>
            </w:pPr>
            <w:r w:rsidRPr="0047200F">
              <w:rPr>
                <w:rFonts w:ascii="Aptos Display" w:hAnsi="Aptos Display"/>
                <w:b/>
                <w:sz w:val="22"/>
              </w:rPr>
              <w:t>Journey in Love — Physical: The wonder of God’s love in creating new life</w:t>
            </w:r>
          </w:p>
          <w:p w14:paraId="63A448DE" w14:textId="77777777" w:rsidR="003F65DC" w:rsidRPr="0047200F" w:rsidRDefault="003C1FBD">
            <w:pPr>
              <w:spacing w:after="0"/>
              <w:rPr>
                <w:rFonts w:ascii="Aptos Display" w:hAnsi="Aptos Display"/>
                <w:sz w:val="22"/>
              </w:rPr>
            </w:pPr>
            <w:r w:rsidRPr="0047200F">
              <w:rPr>
                <w:rFonts w:ascii="Aptos Display" w:hAnsi="Aptos Display"/>
                <w:sz w:val="22"/>
              </w:rPr>
              <w:t>To explain how human life is conceived.</w:t>
            </w:r>
          </w:p>
          <w:p w14:paraId="308C4597" w14:textId="77777777" w:rsidR="003F65DC" w:rsidRPr="0047200F" w:rsidRDefault="003C1FBD">
            <w:pPr>
              <w:spacing w:after="0"/>
              <w:rPr>
                <w:rFonts w:ascii="Aptos Display" w:hAnsi="Aptos Display"/>
                <w:sz w:val="22"/>
              </w:rPr>
            </w:pPr>
            <w:r w:rsidRPr="0047200F">
              <w:rPr>
                <w:rFonts w:ascii="Aptos Display" w:hAnsi="Aptos Display"/>
                <w:sz w:val="22"/>
              </w:rPr>
              <w:t xml:space="preserve">Coordinate with Journey in Love, Science and </w:t>
            </w:r>
            <w:r w:rsidRPr="0047200F">
              <w:rPr>
                <w:rFonts w:ascii="Aptos Display" w:hAnsi="Aptos Display"/>
                <w:sz w:val="22"/>
              </w:rPr>
              <w:lastRenderedPageBreak/>
              <w:t>safeguarding; remove duplication.</w:t>
            </w:r>
          </w:p>
          <w:p w14:paraId="10567CA3" w14:textId="77777777" w:rsidR="003F65DC" w:rsidRPr="0047200F" w:rsidRDefault="003C1FBD" w:rsidP="0047200F">
            <w:pPr>
              <w:spacing w:before="60" w:after="20"/>
              <w:rPr>
                <w:rFonts w:ascii="Aptos Display" w:hAnsi="Aptos Display"/>
                <w:sz w:val="22"/>
              </w:rPr>
            </w:pPr>
            <w:r w:rsidRPr="0047200F">
              <w:rPr>
                <w:rFonts w:ascii="Aptos Display" w:hAnsi="Aptos Display"/>
                <w:b/>
                <w:sz w:val="22"/>
              </w:rPr>
              <w:t>2026 statutory emphasis</w:t>
            </w:r>
            <w:proofErr w:type="gramStart"/>
            <w:r w:rsidRPr="0047200F">
              <w:rPr>
                <w:rFonts w:ascii="Aptos Display" w:hAnsi="Aptos Display"/>
                <w:b/>
                <w:sz w:val="22"/>
              </w:rPr>
              <w:t xml:space="preserve">: </w:t>
            </w:r>
            <w:r w:rsidRPr="0047200F">
              <w:rPr>
                <w:rFonts w:ascii="Aptos Display" w:hAnsi="Aptos Display"/>
                <w:sz w:val="22"/>
              </w:rPr>
              <w:t>,</w:t>
            </w:r>
            <w:proofErr w:type="gramEnd"/>
            <w:r w:rsidRPr="0047200F">
              <w:rPr>
                <w:rFonts w:ascii="Aptos Display" w:hAnsi="Aptos Display"/>
                <w:sz w:val="22"/>
              </w:rPr>
              <w:t xml:space="preserve"> body privacy and boundaries, using correct anatomical vocabulary. Health teaching </w:t>
            </w:r>
          </w:p>
        </w:tc>
        <w:tc>
          <w:tcPr>
            <w:tcW w:w="2424" w:type="dxa"/>
            <w:shd w:val="clear" w:color="auto" w:fill="E2F0D9"/>
            <w:tcMar>
              <w:top w:w="70" w:type="dxa"/>
              <w:left w:w="70" w:type="dxa"/>
              <w:bottom w:w="70" w:type="dxa"/>
              <w:right w:w="70" w:type="dxa"/>
            </w:tcMar>
          </w:tcPr>
          <w:p w14:paraId="60F83754" w14:textId="77777777" w:rsidR="003F65DC" w:rsidRPr="0047200F" w:rsidRDefault="003C1FBD">
            <w:pPr>
              <w:spacing w:after="0"/>
              <w:rPr>
                <w:rFonts w:ascii="Aptos Display" w:hAnsi="Aptos Display"/>
                <w:sz w:val="22"/>
              </w:rPr>
            </w:pPr>
            <w:r w:rsidRPr="0047200F">
              <w:rPr>
                <w:rFonts w:ascii="Aptos Display" w:hAnsi="Aptos Display"/>
                <w:b/>
                <w:sz w:val="22"/>
              </w:rPr>
              <w:lastRenderedPageBreak/>
              <w:t>Diverse Britain (selected)</w:t>
            </w:r>
          </w:p>
          <w:p w14:paraId="2D6F819C" w14:textId="77777777" w:rsidR="003F65DC" w:rsidRPr="0047200F" w:rsidRDefault="003C1FBD">
            <w:pPr>
              <w:spacing w:after="0"/>
              <w:rPr>
                <w:rFonts w:ascii="Aptos Display" w:hAnsi="Aptos Display"/>
                <w:sz w:val="22"/>
              </w:rPr>
            </w:pPr>
            <w:r w:rsidRPr="0047200F">
              <w:rPr>
                <w:rFonts w:ascii="Aptos Display" w:hAnsi="Aptos Display"/>
                <w:sz w:val="22"/>
              </w:rPr>
              <w:t>• Fairness, respect, equality and challenging stereotypes.</w:t>
            </w:r>
          </w:p>
          <w:p w14:paraId="29CC0D53" w14:textId="77777777" w:rsidR="003F65DC" w:rsidRPr="0047200F" w:rsidRDefault="003F65DC">
            <w:pPr>
              <w:rPr>
                <w:rFonts w:ascii="Aptos Display" w:hAnsi="Aptos Display"/>
                <w:sz w:val="22"/>
              </w:rPr>
            </w:pPr>
          </w:p>
        </w:tc>
        <w:tc>
          <w:tcPr>
            <w:tcW w:w="2424" w:type="dxa"/>
            <w:shd w:val="clear" w:color="auto" w:fill="F4CCCC"/>
            <w:tcMar>
              <w:top w:w="70" w:type="dxa"/>
              <w:left w:w="70" w:type="dxa"/>
              <w:bottom w:w="70" w:type="dxa"/>
              <w:right w:w="70" w:type="dxa"/>
            </w:tcMar>
          </w:tcPr>
          <w:p w14:paraId="1427DFDA" w14:textId="77777777" w:rsidR="003F65DC" w:rsidRPr="0047200F" w:rsidRDefault="003C1FBD">
            <w:pPr>
              <w:spacing w:after="0"/>
              <w:rPr>
                <w:rFonts w:ascii="Aptos Display" w:hAnsi="Aptos Display"/>
                <w:sz w:val="22"/>
              </w:rPr>
            </w:pPr>
            <w:r w:rsidRPr="0047200F">
              <w:rPr>
                <w:rFonts w:ascii="Aptos Display" w:hAnsi="Aptos Display"/>
                <w:b/>
                <w:sz w:val="22"/>
              </w:rPr>
              <w:t>TEAM/VIPs (only if needed)</w:t>
            </w:r>
          </w:p>
          <w:p w14:paraId="58C37899" w14:textId="77777777" w:rsidR="003F65DC" w:rsidRPr="0047200F" w:rsidRDefault="003C1FBD">
            <w:pPr>
              <w:spacing w:after="0"/>
              <w:rPr>
                <w:rFonts w:ascii="Aptos Display" w:hAnsi="Aptos Display"/>
                <w:sz w:val="22"/>
              </w:rPr>
            </w:pPr>
            <w:proofErr w:type="gramStart"/>
            <w:r w:rsidRPr="0047200F">
              <w:rPr>
                <w:rFonts w:ascii="Aptos Display" w:hAnsi="Aptos Display"/>
                <w:sz w:val="22"/>
              </w:rPr>
              <w:t>•</w:t>
            </w:r>
            <w:r w:rsidR="0047200F" w:rsidRPr="0047200F">
              <w:rPr>
                <w:rFonts w:ascii="Aptos Display" w:hAnsi="Aptos Display"/>
                <w:sz w:val="22"/>
              </w:rPr>
              <w:t xml:space="preserve"> S</w:t>
            </w:r>
            <w:r w:rsidRPr="0047200F">
              <w:rPr>
                <w:rFonts w:ascii="Aptos Display" w:hAnsi="Aptos Display"/>
                <w:sz w:val="22"/>
              </w:rPr>
              <w:t>pecific identified relationship</w:t>
            </w:r>
            <w:proofErr w:type="gramEnd"/>
            <w:r w:rsidRPr="0047200F">
              <w:rPr>
                <w:rFonts w:ascii="Aptos Display" w:hAnsi="Aptos Display"/>
                <w:sz w:val="22"/>
              </w:rPr>
              <w:t>, bullying or safety need.</w:t>
            </w:r>
          </w:p>
          <w:p w14:paraId="5DF66D95" w14:textId="77777777" w:rsidR="003F65DC" w:rsidRPr="0047200F" w:rsidRDefault="003C1FBD">
            <w:pPr>
              <w:spacing w:after="0"/>
              <w:rPr>
                <w:rFonts w:ascii="Aptos Display" w:hAnsi="Aptos Display"/>
                <w:sz w:val="22"/>
              </w:rPr>
            </w:pPr>
            <w:r w:rsidRPr="0047200F">
              <w:rPr>
                <w:rFonts w:ascii="Aptos Display" w:hAnsi="Aptos Display"/>
                <w:b/>
                <w:sz w:val="22"/>
              </w:rPr>
              <w:t>Journey in Love — Spiritual: The wonder of God’s love in creating new life</w:t>
            </w:r>
          </w:p>
          <w:p w14:paraId="51D6CB76" w14:textId="77777777" w:rsidR="003F65DC" w:rsidRPr="0047200F" w:rsidRDefault="003C1FBD">
            <w:pPr>
              <w:spacing w:after="0"/>
              <w:rPr>
                <w:rFonts w:ascii="Aptos Display" w:hAnsi="Aptos Display"/>
                <w:sz w:val="22"/>
              </w:rPr>
            </w:pPr>
            <w:r w:rsidRPr="0047200F">
              <w:rPr>
                <w:rFonts w:ascii="Aptos Display" w:hAnsi="Aptos Display"/>
                <w:sz w:val="22"/>
              </w:rPr>
              <w:t>To show an understanding of how being made in the image and likeness of God informs decisions and actions when building relationships with others, including life-long relationships.</w:t>
            </w:r>
          </w:p>
          <w:p w14:paraId="38486202" w14:textId="77777777" w:rsidR="003F65DC" w:rsidRPr="0047200F" w:rsidRDefault="003C1FBD">
            <w:pPr>
              <w:spacing w:before="60" w:after="20"/>
              <w:rPr>
                <w:rFonts w:ascii="Aptos Display" w:hAnsi="Aptos Display"/>
                <w:sz w:val="22"/>
              </w:rPr>
            </w:pPr>
            <w:r w:rsidRPr="0047200F">
              <w:rPr>
                <w:rFonts w:ascii="Aptos Display" w:hAnsi="Aptos Display"/>
                <w:b/>
                <w:sz w:val="22"/>
              </w:rPr>
              <w:t xml:space="preserve">2026 statutory emphasis: </w:t>
            </w:r>
            <w:r w:rsidRPr="0047200F">
              <w:rPr>
                <w:rFonts w:ascii="Aptos Display" w:hAnsi="Aptos Display"/>
                <w:sz w:val="22"/>
              </w:rPr>
              <w:t xml:space="preserve">respectful relationships, stereotypes, </w:t>
            </w:r>
            <w:r w:rsidRPr="0047200F">
              <w:rPr>
                <w:rFonts w:ascii="Aptos Display" w:hAnsi="Aptos Display"/>
                <w:sz w:val="22"/>
              </w:rPr>
              <w:lastRenderedPageBreak/>
              <w:t>assertiveness, conflict without violence, recognising harmful relationships and continuing to seek help until heard.</w:t>
            </w:r>
          </w:p>
          <w:p w14:paraId="4BE4AF08" w14:textId="77777777" w:rsidR="003F65DC" w:rsidRPr="0047200F" w:rsidRDefault="003F65DC">
            <w:pPr>
              <w:rPr>
                <w:rFonts w:ascii="Aptos Display" w:hAnsi="Aptos Display"/>
                <w:sz w:val="22"/>
              </w:rPr>
            </w:pPr>
          </w:p>
        </w:tc>
        <w:tc>
          <w:tcPr>
            <w:tcW w:w="2424" w:type="dxa"/>
            <w:shd w:val="clear" w:color="auto" w:fill="F4CCCC"/>
            <w:tcMar>
              <w:top w:w="70" w:type="dxa"/>
              <w:left w:w="70" w:type="dxa"/>
              <w:bottom w:w="70" w:type="dxa"/>
              <w:right w:w="70" w:type="dxa"/>
            </w:tcMar>
          </w:tcPr>
          <w:p w14:paraId="1F1BAA9D" w14:textId="77777777" w:rsidR="003F65DC" w:rsidRPr="0047200F" w:rsidRDefault="003C1FBD">
            <w:pPr>
              <w:spacing w:after="0"/>
              <w:rPr>
                <w:rFonts w:ascii="Aptos Display" w:hAnsi="Aptos Display"/>
                <w:sz w:val="22"/>
              </w:rPr>
            </w:pPr>
            <w:r w:rsidRPr="0047200F">
              <w:rPr>
                <w:rFonts w:ascii="Aptos Display" w:hAnsi="Aptos Display"/>
                <w:b/>
                <w:sz w:val="22"/>
              </w:rPr>
              <w:lastRenderedPageBreak/>
              <w:t>Money Matters + One World (selected)</w:t>
            </w:r>
          </w:p>
          <w:p w14:paraId="036D014F" w14:textId="77777777" w:rsidR="003F65DC" w:rsidRPr="0047200F" w:rsidRDefault="003C1FBD">
            <w:pPr>
              <w:spacing w:after="0"/>
              <w:rPr>
                <w:rFonts w:ascii="Aptos Display" w:hAnsi="Aptos Display"/>
                <w:sz w:val="22"/>
              </w:rPr>
            </w:pPr>
            <w:r w:rsidRPr="0047200F">
              <w:rPr>
                <w:rFonts w:ascii="Aptos Display" w:hAnsi="Aptos Display"/>
                <w:sz w:val="22"/>
              </w:rPr>
              <w:t>• Financial choices, global citizenship and responsibility.</w:t>
            </w:r>
          </w:p>
          <w:p w14:paraId="07D7F6FD" w14:textId="77777777" w:rsidR="003F65DC" w:rsidRPr="0047200F" w:rsidRDefault="003F65DC">
            <w:pPr>
              <w:rPr>
                <w:rFonts w:ascii="Aptos Display" w:hAnsi="Aptos Display"/>
                <w:sz w:val="22"/>
              </w:rPr>
            </w:pPr>
          </w:p>
        </w:tc>
      </w:tr>
    </w:tbl>
    <w:p w14:paraId="23A18F23" w14:textId="77777777" w:rsidR="003F65DC" w:rsidRPr="0047200F" w:rsidRDefault="003F65DC">
      <w:pPr>
        <w:spacing w:before="60" w:after="40"/>
        <w:rPr>
          <w:rFonts w:ascii="Aptos Display" w:hAnsi="Aptos Display"/>
          <w:sz w:val="22"/>
        </w:rPr>
      </w:pPr>
    </w:p>
    <w:p w14:paraId="07FD0245" w14:textId="77777777" w:rsidR="003F65DC" w:rsidRPr="0047200F" w:rsidRDefault="003C1FBD">
      <w:pPr>
        <w:rPr>
          <w:rFonts w:ascii="Aptos Display" w:hAnsi="Aptos Display"/>
          <w:sz w:val="22"/>
        </w:rPr>
      </w:pPr>
      <w:r w:rsidRPr="0047200F">
        <w:rPr>
          <w:rFonts w:ascii="Aptos Display" w:hAnsi="Aptos Display"/>
          <w:sz w:val="22"/>
        </w:rPr>
        <w:br w:type="page"/>
      </w:r>
    </w:p>
    <w:p w14:paraId="104CBF4D" w14:textId="77777777" w:rsidR="003F65DC" w:rsidRPr="0047200F" w:rsidRDefault="003C1FBD">
      <w:pPr>
        <w:rPr>
          <w:rFonts w:ascii="Aptos Display" w:hAnsi="Aptos Display"/>
          <w:sz w:val="22"/>
        </w:rPr>
      </w:pPr>
      <w:r w:rsidRPr="0047200F">
        <w:rPr>
          <w:rFonts w:ascii="Aptos Display" w:hAnsi="Aptos Display"/>
          <w:b/>
          <w:sz w:val="22"/>
        </w:rPr>
        <w:lastRenderedPageBreak/>
        <w:t>What children learn across the school</w:t>
      </w:r>
    </w:p>
    <w:tbl>
      <w:tblPr>
        <w:tblW w:w="0" w:type="auto"/>
        <w:jc w:val="center"/>
        <w:tblLook w:val="04A0" w:firstRow="1" w:lastRow="0" w:firstColumn="1" w:lastColumn="0" w:noHBand="0" w:noVBand="1"/>
      </w:tblPr>
      <w:tblGrid>
        <w:gridCol w:w="7272"/>
        <w:gridCol w:w="7272"/>
      </w:tblGrid>
      <w:tr w:rsidR="003F65DC" w:rsidRPr="0047200F" w14:paraId="3CECBC32" w14:textId="77777777">
        <w:trPr>
          <w:jc w:val="center"/>
        </w:trPr>
        <w:tc>
          <w:tcPr>
            <w:tcW w:w="7272" w:type="dxa"/>
            <w:shd w:val="clear" w:color="auto" w:fill="D9EAD3"/>
          </w:tcPr>
          <w:p w14:paraId="6B53A338" w14:textId="77777777" w:rsidR="003F65DC" w:rsidRPr="0047200F" w:rsidRDefault="003C1FBD">
            <w:pPr>
              <w:rPr>
                <w:rFonts w:ascii="Aptos Display" w:hAnsi="Aptos Display"/>
                <w:sz w:val="22"/>
              </w:rPr>
            </w:pPr>
            <w:r w:rsidRPr="0047200F">
              <w:rPr>
                <w:rFonts w:ascii="Aptos Display" w:hAnsi="Aptos Display"/>
                <w:b/>
                <w:sz w:val="22"/>
              </w:rPr>
              <w:t>Curriculum area</w:t>
            </w:r>
          </w:p>
        </w:tc>
        <w:tc>
          <w:tcPr>
            <w:tcW w:w="7272" w:type="dxa"/>
            <w:shd w:val="clear" w:color="auto" w:fill="D9EAD3"/>
          </w:tcPr>
          <w:p w14:paraId="02A988AB" w14:textId="77777777" w:rsidR="003F65DC" w:rsidRPr="0047200F" w:rsidRDefault="003C1FBD">
            <w:pPr>
              <w:rPr>
                <w:rFonts w:ascii="Aptos Display" w:hAnsi="Aptos Display"/>
                <w:sz w:val="22"/>
              </w:rPr>
            </w:pPr>
            <w:r w:rsidRPr="0047200F">
              <w:rPr>
                <w:rFonts w:ascii="Aptos Display" w:hAnsi="Aptos Display"/>
                <w:b/>
                <w:sz w:val="22"/>
              </w:rPr>
              <w:t>What this means for pupils</w:t>
            </w:r>
          </w:p>
        </w:tc>
      </w:tr>
      <w:tr w:rsidR="003F65DC" w:rsidRPr="0047200F" w14:paraId="624C6781" w14:textId="77777777">
        <w:trPr>
          <w:jc w:val="center"/>
        </w:trPr>
        <w:tc>
          <w:tcPr>
            <w:tcW w:w="7272" w:type="dxa"/>
          </w:tcPr>
          <w:p w14:paraId="60FCAD38" w14:textId="77777777" w:rsidR="003F65DC" w:rsidRPr="0047200F" w:rsidRDefault="003C1FBD">
            <w:pPr>
              <w:rPr>
                <w:rFonts w:ascii="Aptos Display" w:hAnsi="Aptos Display"/>
                <w:sz w:val="22"/>
              </w:rPr>
            </w:pPr>
            <w:r w:rsidRPr="0047200F">
              <w:rPr>
                <w:rFonts w:ascii="Aptos Display" w:hAnsi="Aptos Display"/>
                <w:b/>
                <w:sz w:val="22"/>
              </w:rPr>
              <w:t>Relationships and belonging</w:t>
            </w:r>
          </w:p>
        </w:tc>
        <w:tc>
          <w:tcPr>
            <w:tcW w:w="7272" w:type="dxa"/>
          </w:tcPr>
          <w:p w14:paraId="588E3321" w14:textId="77777777" w:rsidR="003F65DC" w:rsidRPr="0047200F" w:rsidRDefault="003C1FBD">
            <w:pPr>
              <w:rPr>
                <w:rFonts w:ascii="Aptos Display" w:hAnsi="Aptos Display"/>
                <w:sz w:val="22"/>
              </w:rPr>
            </w:pPr>
            <w:r w:rsidRPr="0047200F">
              <w:rPr>
                <w:rFonts w:ascii="Aptos Display" w:hAnsi="Aptos Display"/>
                <w:sz w:val="22"/>
              </w:rPr>
              <w:t xml:space="preserve">Family and community, </w:t>
            </w:r>
            <w:proofErr w:type="gramStart"/>
            <w:r w:rsidRPr="0047200F">
              <w:rPr>
                <w:rFonts w:ascii="Aptos Display" w:hAnsi="Aptos Display"/>
                <w:sz w:val="22"/>
              </w:rPr>
              <w:t>caring</w:t>
            </w:r>
            <w:proofErr w:type="gramEnd"/>
            <w:r w:rsidRPr="0047200F">
              <w:rPr>
                <w:rFonts w:ascii="Aptos Display" w:hAnsi="Aptos Display"/>
                <w:sz w:val="22"/>
              </w:rPr>
              <w:t xml:space="preserve"> friendships, kindness, respect, dignity, inclusion and resolving disagreements.</w:t>
            </w:r>
          </w:p>
        </w:tc>
      </w:tr>
      <w:tr w:rsidR="003F65DC" w:rsidRPr="0047200F" w14:paraId="2562F1B5" w14:textId="77777777">
        <w:trPr>
          <w:jc w:val="center"/>
        </w:trPr>
        <w:tc>
          <w:tcPr>
            <w:tcW w:w="7272" w:type="dxa"/>
          </w:tcPr>
          <w:p w14:paraId="282BBCFF" w14:textId="77777777" w:rsidR="003F65DC" w:rsidRPr="0047200F" w:rsidRDefault="003C1FBD">
            <w:pPr>
              <w:rPr>
                <w:rFonts w:ascii="Aptos Display" w:hAnsi="Aptos Display"/>
                <w:sz w:val="22"/>
              </w:rPr>
            </w:pPr>
            <w:r w:rsidRPr="0047200F">
              <w:rPr>
                <w:rFonts w:ascii="Aptos Display" w:hAnsi="Aptos Display"/>
                <w:b/>
                <w:sz w:val="22"/>
              </w:rPr>
              <w:t>Feelings and wellbeing</w:t>
            </w:r>
          </w:p>
        </w:tc>
        <w:tc>
          <w:tcPr>
            <w:tcW w:w="7272" w:type="dxa"/>
          </w:tcPr>
          <w:p w14:paraId="30FE4327" w14:textId="77777777" w:rsidR="003F65DC" w:rsidRPr="0047200F" w:rsidRDefault="003C1FBD">
            <w:pPr>
              <w:rPr>
                <w:rFonts w:ascii="Aptos Display" w:hAnsi="Aptos Display"/>
                <w:sz w:val="22"/>
              </w:rPr>
            </w:pPr>
            <w:r w:rsidRPr="0047200F">
              <w:rPr>
                <w:rFonts w:ascii="Aptos Display" w:hAnsi="Aptos Display"/>
                <w:sz w:val="22"/>
              </w:rPr>
              <w:t>Recognising emotions, managing worries and change, resilience, confidence, self-worth and knowing when to seek support.</w:t>
            </w:r>
          </w:p>
        </w:tc>
      </w:tr>
      <w:tr w:rsidR="003F65DC" w:rsidRPr="0047200F" w14:paraId="73168993" w14:textId="77777777">
        <w:trPr>
          <w:jc w:val="center"/>
        </w:trPr>
        <w:tc>
          <w:tcPr>
            <w:tcW w:w="7272" w:type="dxa"/>
          </w:tcPr>
          <w:p w14:paraId="5FDF6B9E" w14:textId="77777777" w:rsidR="003F65DC" w:rsidRPr="0047200F" w:rsidRDefault="003C1FBD">
            <w:pPr>
              <w:rPr>
                <w:rFonts w:ascii="Aptos Display" w:hAnsi="Aptos Display"/>
                <w:sz w:val="22"/>
              </w:rPr>
            </w:pPr>
            <w:r w:rsidRPr="0047200F">
              <w:rPr>
                <w:rFonts w:ascii="Aptos Display" w:hAnsi="Aptos Display"/>
                <w:b/>
                <w:sz w:val="22"/>
              </w:rPr>
              <w:t>Keeping safe</w:t>
            </w:r>
          </w:p>
        </w:tc>
        <w:tc>
          <w:tcPr>
            <w:tcW w:w="7272" w:type="dxa"/>
          </w:tcPr>
          <w:p w14:paraId="19307573" w14:textId="77777777" w:rsidR="003F65DC" w:rsidRPr="0047200F" w:rsidRDefault="003C1FBD">
            <w:pPr>
              <w:rPr>
                <w:rFonts w:ascii="Aptos Display" w:hAnsi="Aptos Display"/>
                <w:sz w:val="22"/>
              </w:rPr>
            </w:pPr>
            <w:r w:rsidRPr="0047200F">
              <w:rPr>
                <w:rFonts w:ascii="Aptos Display" w:hAnsi="Aptos Display"/>
                <w:sz w:val="22"/>
              </w:rPr>
              <w:t>Recognising risks, trusted adults, personal safety, privacy, boundaries, emergencies and asking for help.</w:t>
            </w:r>
          </w:p>
        </w:tc>
      </w:tr>
      <w:tr w:rsidR="003F65DC" w:rsidRPr="0047200F" w14:paraId="09A51969" w14:textId="77777777">
        <w:trPr>
          <w:jc w:val="center"/>
        </w:trPr>
        <w:tc>
          <w:tcPr>
            <w:tcW w:w="7272" w:type="dxa"/>
          </w:tcPr>
          <w:p w14:paraId="42A8D393" w14:textId="77777777" w:rsidR="003F65DC" w:rsidRPr="0047200F" w:rsidRDefault="003C1FBD">
            <w:pPr>
              <w:rPr>
                <w:rFonts w:ascii="Aptos Display" w:hAnsi="Aptos Display"/>
                <w:sz w:val="22"/>
              </w:rPr>
            </w:pPr>
            <w:r w:rsidRPr="0047200F">
              <w:rPr>
                <w:rFonts w:ascii="Aptos Display" w:hAnsi="Aptos Display"/>
                <w:b/>
                <w:sz w:val="22"/>
              </w:rPr>
              <w:t>Online life</w:t>
            </w:r>
          </w:p>
        </w:tc>
        <w:tc>
          <w:tcPr>
            <w:tcW w:w="7272" w:type="dxa"/>
          </w:tcPr>
          <w:p w14:paraId="61C97BF4" w14:textId="77777777" w:rsidR="003F65DC" w:rsidRPr="0047200F" w:rsidRDefault="003C1FBD">
            <w:pPr>
              <w:rPr>
                <w:rFonts w:ascii="Aptos Display" w:hAnsi="Aptos Display"/>
                <w:sz w:val="22"/>
              </w:rPr>
            </w:pPr>
            <w:r w:rsidRPr="0047200F">
              <w:rPr>
                <w:rFonts w:ascii="Aptos Display" w:hAnsi="Aptos Display"/>
                <w:sz w:val="22"/>
              </w:rPr>
              <w:t>Privacy and personal information, respectful online behaviour, healthy digital habits, online contact and seeking help.</w:t>
            </w:r>
          </w:p>
        </w:tc>
      </w:tr>
      <w:tr w:rsidR="003F65DC" w:rsidRPr="0047200F" w14:paraId="436382CD" w14:textId="77777777">
        <w:trPr>
          <w:jc w:val="center"/>
        </w:trPr>
        <w:tc>
          <w:tcPr>
            <w:tcW w:w="7272" w:type="dxa"/>
          </w:tcPr>
          <w:p w14:paraId="1DCC757D" w14:textId="77777777" w:rsidR="003F65DC" w:rsidRPr="0047200F" w:rsidRDefault="003C1FBD">
            <w:pPr>
              <w:rPr>
                <w:rFonts w:ascii="Aptos Display" w:hAnsi="Aptos Display"/>
                <w:sz w:val="22"/>
              </w:rPr>
            </w:pPr>
            <w:r w:rsidRPr="0047200F">
              <w:rPr>
                <w:rFonts w:ascii="Aptos Display" w:hAnsi="Aptos Display"/>
                <w:b/>
                <w:sz w:val="22"/>
              </w:rPr>
              <w:t>Health and growing</w:t>
            </w:r>
          </w:p>
        </w:tc>
        <w:tc>
          <w:tcPr>
            <w:tcW w:w="7272" w:type="dxa"/>
          </w:tcPr>
          <w:p w14:paraId="47C3F38F" w14:textId="77777777" w:rsidR="003F65DC" w:rsidRPr="0047200F" w:rsidRDefault="003C1FBD">
            <w:pPr>
              <w:rPr>
                <w:rFonts w:ascii="Aptos Display" w:hAnsi="Aptos Display"/>
                <w:sz w:val="22"/>
              </w:rPr>
            </w:pPr>
            <w:r w:rsidRPr="0047200F">
              <w:rPr>
                <w:rFonts w:ascii="Aptos Display" w:hAnsi="Aptos Display"/>
                <w:sz w:val="22"/>
              </w:rPr>
              <w:t>Healthy choices, hygiene and age-appropriate learning about physical and emotional development.</w:t>
            </w:r>
          </w:p>
        </w:tc>
      </w:tr>
      <w:tr w:rsidR="003F65DC" w:rsidRPr="0047200F" w14:paraId="0778B51B" w14:textId="77777777">
        <w:trPr>
          <w:jc w:val="center"/>
        </w:trPr>
        <w:tc>
          <w:tcPr>
            <w:tcW w:w="7272" w:type="dxa"/>
          </w:tcPr>
          <w:p w14:paraId="5B9DC1BF" w14:textId="77777777" w:rsidR="003F65DC" w:rsidRPr="0047200F" w:rsidRDefault="003C1FBD">
            <w:pPr>
              <w:rPr>
                <w:rFonts w:ascii="Aptos Display" w:hAnsi="Aptos Display"/>
                <w:sz w:val="22"/>
              </w:rPr>
            </w:pPr>
            <w:r w:rsidRPr="0047200F">
              <w:rPr>
                <w:rFonts w:ascii="Aptos Display" w:hAnsi="Aptos Display"/>
                <w:b/>
                <w:sz w:val="22"/>
              </w:rPr>
              <w:t>Wider life</w:t>
            </w:r>
          </w:p>
        </w:tc>
        <w:tc>
          <w:tcPr>
            <w:tcW w:w="7272" w:type="dxa"/>
          </w:tcPr>
          <w:p w14:paraId="4E1E9CF8" w14:textId="77777777" w:rsidR="003F65DC" w:rsidRPr="0047200F" w:rsidRDefault="003C1FBD">
            <w:pPr>
              <w:rPr>
                <w:rFonts w:ascii="Aptos Display" w:hAnsi="Aptos Display"/>
                <w:sz w:val="22"/>
              </w:rPr>
            </w:pPr>
            <w:r w:rsidRPr="0047200F">
              <w:rPr>
                <w:rFonts w:ascii="Aptos Display" w:hAnsi="Aptos Display"/>
                <w:sz w:val="22"/>
              </w:rPr>
              <w:t>Aspirations, money choices, fairness, diversity, citizenship, caring for creation and responsibility for the wider world.</w:t>
            </w:r>
          </w:p>
        </w:tc>
      </w:tr>
    </w:tbl>
    <w:p w14:paraId="3CC88C93" w14:textId="77777777" w:rsidR="003F65DC" w:rsidRPr="0047200F" w:rsidRDefault="003F65DC">
      <w:pPr>
        <w:rPr>
          <w:rFonts w:ascii="Aptos Display" w:hAnsi="Aptos Display"/>
          <w:sz w:val="22"/>
        </w:rPr>
      </w:pPr>
    </w:p>
    <w:tbl>
      <w:tblPr>
        <w:tblW w:w="0" w:type="auto"/>
        <w:tblLook w:val="04A0" w:firstRow="1" w:lastRow="0" w:firstColumn="1" w:lastColumn="0" w:noHBand="0" w:noVBand="1"/>
      </w:tblPr>
      <w:tblGrid>
        <w:gridCol w:w="14544"/>
      </w:tblGrid>
      <w:tr w:rsidR="003F65DC" w:rsidRPr="0047200F" w14:paraId="6F5F265A" w14:textId="77777777">
        <w:tc>
          <w:tcPr>
            <w:tcW w:w="14544" w:type="dxa"/>
            <w:shd w:val="clear" w:color="auto" w:fill="FFF2CC"/>
          </w:tcPr>
          <w:p w14:paraId="74C5ACFB" w14:textId="77777777" w:rsidR="003F65DC" w:rsidRPr="0047200F" w:rsidRDefault="003C1FBD">
            <w:pPr>
              <w:rPr>
                <w:rFonts w:ascii="Aptos Display" w:hAnsi="Aptos Display"/>
                <w:sz w:val="22"/>
              </w:rPr>
            </w:pPr>
            <w:r w:rsidRPr="0047200F">
              <w:rPr>
                <w:rFonts w:ascii="Aptos Display" w:hAnsi="Aptos Display"/>
                <w:b/>
                <w:sz w:val="22"/>
              </w:rPr>
              <w:t>Working with parents</w:t>
            </w:r>
          </w:p>
          <w:p w14:paraId="5E8A0142" w14:textId="77777777" w:rsidR="003F65DC" w:rsidRPr="0047200F" w:rsidRDefault="003C1FBD">
            <w:pPr>
              <w:rPr>
                <w:rFonts w:ascii="Aptos Display" w:hAnsi="Aptos Display"/>
                <w:sz w:val="22"/>
              </w:rPr>
            </w:pPr>
            <w:r w:rsidRPr="0047200F">
              <w:rPr>
                <w:rFonts w:ascii="Aptos Display" w:hAnsi="Aptos Display"/>
                <w:sz w:val="22"/>
              </w:rPr>
              <w:t>We value parents and carers as the first educators of their children. Our curriculum is planned to be age-appropriate, sensitive and rooted in our Catholic values. Parents are encouraged to contact school if they would like further information about the content taught in their child's year group.</w:t>
            </w:r>
          </w:p>
        </w:tc>
      </w:tr>
    </w:tbl>
    <w:p w14:paraId="6B979B22" w14:textId="77777777" w:rsidR="003F65DC" w:rsidRPr="0047200F" w:rsidRDefault="003C1FBD">
      <w:pPr>
        <w:rPr>
          <w:rFonts w:ascii="Aptos Display" w:hAnsi="Aptos Display"/>
          <w:sz w:val="22"/>
        </w:rPr>
      </w:pPr>
      <w:r w:rsidRPr="0047200F">
        <w:rPr>
          <w:rFonts w:ascii="Aptos Display" w:hAnsi="Aptos Display"/>
          <w:sz w:val="22"/>
        </w:rPr>
        <w:br w:type="page"/>
      </w:r>
    </w:p>
    <w:tbl>
      <w:tblPr>
        <w:tblW w:w="0" w:type="auto"/>
        <w:tblLook w:val="04A0" w:firstRow="1" w:lastRow="0" w:firstColumn="1" w:lastColumn="0" w:noHBand="0" w:noVBand="1"/>
      </w:tblPr>
      <w:tblGrid>
        <w:gridCol w:w="14544"/>
      </w:tblGrid>
      <w:tr w:rsidR="003F65DC" w:rsidRPr="0047200F" w14:paraId="28B143D4" w14:textId="77777777">
        <w:tc>
          <w:tcPr>
            <w:tcW w:w="14544" w:type="dxa"/>
            <w:shd w:val="clear" w:color="auto" w:fill="FFF2CC"/>
          </w:tcPr>
          <w:p w14:paraId="322748E9" w14:textId="77777777" w:rsidR="003F65DC" w:rsidRPr="0047200F" w:rsidRDefault="003C1FBD">
            <w:pPr>
              <w:rPr>
                <w:rFonts w:ascii="Aptos Display" w:hAnsi="Aptos Display"/>
                <w:sz w:val="22"/>
              </w:rPr>
            </w:pPr>
            <w:r w:rsidRPr="0047200F">
              <w:rPr>
                <w:rFonts w:ascii="Aptos Display" w:hAnsi="Aptos Display"/>
                <w:b/>
                <w:sz w:val="22"/>
              </w:rPr>
              <w:lastRenderedPageBreak/>
              <w:t xml:space="preserve">Important </w:t>
            </w:r>
            <w:proofErr w:type="gramStart"/>
            <w:r w:rsidRPr="0047200F">
              <w:rPr>
                <w:rFonts w:ascii="Aptos Display" w:hAnsi="Aptos Display"/>
                <w:b/>
                <w:sz w:val="22"/>
              </w:rPr>
              <w:t>implementation</w:t>
            </w:r>
            <w:proofErr w:type="gramEnd"/>
            <w:r w:rsidRPr="0047200F">
              <w:rPr>
                <w:rFonts w:ascii="Aptos Display" w:hAnsi="Aptos Display"/>
                <w:b/>
                <w:sz w:val="22"/>
              </w:rPr>
              <w:t xml:space="preserve"> note</w:t>
            </w:r>
          </w:p>
          <w:p w14:paraId="2824D94E" w14:textId="77777777" w:rsidR="003F65DC" w:rsidRPr="0047200F" w:rsidRDefault="003C1FBD">
            <w:pPr>
              <w:rPr>
                <w:rFonts w:ascii="Aptos Display" w:hAnsi="Aptos Display"/>
                <w:sz w:val="22"/>
              </w:rPr>
            </w:pPr>
            <w:r w:rsidRPr="0047200F">
              <w:rPr>
                <w:rFonts w:ascii="Aptos Display" w:hAnsi="Aptos Display"/>
                <w:sz w:val="22"/>
              </w:rPr>
              <w:t xml:space="preserve">The DfE specifies what pupils should know by the end of primary rather than requiring every statement in every year group. Holy Rosary therefore teaches this content progressively and at an </w:t>
            </w:r>
            <w:proofErr w:type="gramStart"/>
            <w:r w:rsidRPr="0047200F">
              <w:rPr>
                <w:rFonts w:ascii="Aptos Display" w:hAnsi="Aptos Display"/>
                <w:sz w:val="22"/>
              </w:rPr>
              <w:t>age-appropriate</w:t>
            </w:r>
            <w:proofErr w:type="gramEnd"/>
            <w:r w:rsidRPr="0047200F">
              <w:rPr>
                <w:rFonts w:ascii="Aptos Display" w:hAnsi="Aptos Display"/>
                <w:sz w:val="22"/>
              </w:rPr>
              <w:t xml:space="preserve"> level. Journey in Love remains the Catholic formation spine in every term, with Twinkl Life, Science, safeguarding and wider curriculum teaching used to secure full coverage.</w:t>
            </w:r>
          </w:p>
        </w:tc>
      </w:tr>
    </w:tbl>
    <w:p w14:paraId="3383E239" w14:textId="77777777" w:rsidR="003F65DC" w:rsidRPr="0047200F" w:rsidRDefault="003C1FBD">
      <w:pPr>
        <w:jc w:val="center"/>
        <w:rPr>
          <w:rFonts w:ascii="Aptos Display" w:hAnsi="Aptos Display"/>
          <w:sz w:val="22"/>
        </w:rPr>
      </w:pPr>
      <w:r w:rsidRPr="0047200F">
        <w:rPr>
          <w:rFonts w:ascii="Aptos Display" w:hAnsi="Aptos Display"/>
          <w:i/>
          <w:sz w:val="22"/>
        </w:rPr>
        <w:t>Checked against DfE: Relationships Education, Relationships and Sex Education (RSE) and Health Education statutory guidance, effective 1 September 2026.</w:t>
      </w:r>
    </w:p>
    <w:sectPr w:rsidR="003F65DC" w:rsidRPr="0047200F" w:rsidSect="00034616">
      <w:pgSz w:w="15840" w:h="12240" w:orient="landscape"/>
      <w:pgMar w:top="576" w:right="648" w:bottom="576" w:left="64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82884773">
    <w:abstractNumId w:val="8"/>
  </w:num>
  <w:num w:numId="2" w16cid:durableId="910626556">
    <w:abstractNumId w:val="6"/>
  </w:num>
  <w:num w:numId="3" w16cid:durableId="1124815421">
    <w:abstractNumId w:val="5"/>
  </w:num>
  <w:num w:numId="4" w16cid:durableId="581260722">
    <w:abstractNumId w:val="4"/>
  </w:num>
  <w:num w:numId="5" w16cid:durableId="860432105">
    <w:abstractNumId w:val="7"/>
  </w:num>
  <w:num w:numId="6" w16cid:durableId="2032292399">
    <w:abstractNumId w:val="3"/>
  </w:num>
  <w:num w:numId="7" w16cid:durableId="243808555">
    <w:abstractNumId w:val="2"/>
  </w:num>
  <w:num w:numId="8" w16cid:durableId="916793206">
    <w:abstractNumId w:val="1"/>
  </w:num>
  <w:num w:numId="9" w16cid:durableId="1941403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2E3C"/>
    <w:rsid w:val="0015074B"/>
    <w:rsid w:val="001A2AC1"/>
    <w:rsid w:val="002700DA"/>
    <w:rsid w:val="0029639D"/>
    <w:rsid w:val="00326F90"/>
    <w:rsid w:val="003318F3"/>
    <w:rsid w:val="003F65DC"/>
    <w:rsid w:val="0047200F"/>
    <w:rsid w:val="004B7C42"/>
    <w:rsid w:val="00686FA4"/>
    <w:rsid w:val="009C3288"/>
    <w:rsid w:val="00A103A2"/>
    <w:rsid w:val="00A45124"/>
    <w:rsid w:val="00AA1D8D"/>
    <w:rsid w:val="00AD21D9"/>
    <w:rsid w:val="00B47730"/>
    <w:rsid w:val="00CB0664"/>
    <w:rsid w:val="00D63BB5"/>
    <w:rsid w:val="00F8536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053209"/>
  <w14:defaultImageDpi w14:val="300"/>
  <w15:docId w15:val="{9F33BB50-2165-4F68-BE0E-7CB31325E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17"/>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semiHidden/>
    <w:unhideWhenUsed/>
    <w:rsid w:val="003318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2285</Words>
  <Characters>13027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15282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 Casey</cp:lastModifiedBy>
  <cp:revision>2</cp:revision>
  <dcterms:created xsi:type="dcterms:W3CDTF">2026-10-02T09:10:00Z</dcterms:created>
  <dcterms:modified xsi:type="dcterms:W3CDTF">2026-10-02T09:10:00Z</dcterms:modified>
  <cp:category/>
</cp:coreProperties>
</file>